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Climate change is harming everyone, but hits native communities the hardest – empirics!</w:t>
      </w:r>
    </w:p>
    <w:p>
      <w:pPr>
        <w:spacing w:after="80"/>
      </w:pPr>
      <w:r>
        <w:rPr>
          <w:b/>
          <w:i w:val="0"/>
          <w:smallCaps w:val="0"/>
          <w:strike w:val="0"/>
          <w:sz w:val="26"/>
          <w:u w:val="none"/>
        </w:rPr>
        <w:t xml:space="preserve">Brewer* and Kronk Warner** 15 </w:t>
      </w:r>
      <w:r>
        <w:rPr>
          <w:b w:val="0"/>
          <w:i w:val="0"/>
          <w:smallCaps w:val="0"/>
          <w:strike w:val="0"/>
          <w:color w:val="000000"/>
          <w:u w:val="none"/>
        </w:rPr>
        <w:t xml:space="preserve">Brewer II is an Assistant Professor in Environmental Studies at the University of Kansas and a citizen of the Cherokee Nation of Oklahoma. Professor Brewer's research focuses on indigenous people, energy sovereignty, and natural resource management, </w:t>
      </w:r>
      <w:r>
        <w:rPr>
          <w:b w:val="0"/>
          <w:i w:val="0"/>
          <w:smallCaps w:val="0"/>
          <w:strike w:val="0"/>
          <w:u w:val="none"/>
        </w:rPr>
        <w:t>Kronk Warner is an Associate Dean of Academic Affairs, Professor of Law, and Director of the Tribal Law and Government Center at the University of Kansas School of Law. She is a citizen of the Sault Ste. Marie Tribe of Chippewa Indians and serves as acting Chief Judge of the Tribe.</w:t>
      </w:r>
      <w:r>
        <w:rPr>
          <w:b w:val="0"/>
          <w:i w:val="0"/>
          <w:smallCaps w:val="0"/>
          <w:strike w:val="0"/>
          <w:u w:val="none"/>
        </w:rPr>
        <w:t xml:space="preserve"> (*Joseph P., **Elizabeth Ann., “</w:t>
      </w:r>
      <w:r>
        <w:rPr>
          <w:b w:val="0"/>
          <w:i w:val="0"/>
          <w:smallCaps w:val="0"/>
          <w:strike w:val="0"/>
          <w:color w:val="000000"/>
          <w:u w:val="none"/>
        </w:rPr>
        <w:t>ARTICLE: Protecting Indigenous Knowledge in the Age of Climate Change</w:t>
      </w:r>
      <w:r>
        <w:rPr>
          <w:b w:val="0"/>
          <w:i w:val="0"/>
          <w:smallCaps w:val="0"/>
          <w:strike w:val="0"/>
          <w:color w:val="000000"/>
          <w:u w:val="none"/>
        </w:rPr>
        <w:t>, 27 Geo. Envtl. L. Rev. 585</w:t>
      </w:r>
      <w:r>
        <w:rPr>
          <w:b w:val="0"/>
          <w:i w:val="0"/>
          <w:smallCaps w:val="0"/>
          <w:strike w:val="0"/>
          <w:color w:val="000000"/>
          <w:u w:val="none"/>
        </w:rPr>
        <w:t xml:space="preserve">”, </w:t>
      </w:r>
      <w:r>
        <w:rPr>
          <w:b w:val="0"/>
          <w:i/>
          <w:smallCaps w:val="0"/>
          <w:strike w:val="0"/>
          <w:u w:val="none"/>
        </w:rPr>
        <w:t>Georgetown Environmental Law Review</w:t>
      </w:r>
      <w:r>
        <w:rPr>
          <w:b w:val="0"/>
          <w:i/>
          <w:smallCaps w:val="0"/>
          <w:strike w:val="0"/>
          <w:u w:val="none"/>
        </w:rPr>
        <w:t xml:space="preserve">, </w:t>
      </w:r>
      <w:r>
        <w:rPr>
          <w:b w:val="0"/>
          <w:i w:val="0"/>
          <w:smallCaps w:val="0"/>
          <w:strike w:val="0"/>
          <w:u w:val="none"/>
        </w:rPr>
        <w:t xml:space="preserve">2015, Nexis Uni via University of Michigan Library System)//LFS – LMH </w:t>
      </w:r>
    </w:p>
    <w:p>
      <w:pPr>
        <w:spacing w:after="60"/>
      </w:pPr>
      <w:r>
        <w:rPr>
          <w:b w:val="0"/>
          <w:i w:val="0"/>
          <w:smallCaps w:val="0"/>
          <w:strike w:val="0"/>
          <w:u w:val="none"/>
        </w:rPr>
        <w:t xml:space="preserve">A. THE THREAT OF CLIMATE CHANGE </w:t>
      </w:r>
      <w:r>
        <w:rPr>
          <w:b w:val="0"/>
          <w:i w:val="0"/>
          <w:smallCaps w:val="0"/>
          <w:strike w:val="0"/>
          <w:highlight w:val="cyan"/>
          <w:u w:val="single"/>
        </w:rPr>
        <w:t>Climate change threatens humankind's existence</w:t>
      </w:r>
      <w:r>
        <w:rPr>
          <w:b w:val="0"/>
          <w:i w:val="0"/>
          <w:smallCaps w:val="0"/>
          <w:strike w:val="0"/>
          <w:u w:val="single"/>
        </w:rPr>
        <w:t>. The Intergovernmental Panel on Climate Change states, "[</w:t>
      </w:r>
      <w:r>
        <w:rPr>
          <w:b w:val="0"/>
          <w:i w:val="0"/>
          <w:smallCaps w:val="0"/>
          <w:strike w:val="0"/>
          <w:highlight w:val="cyan"/>
          <w:u w:val="single"/>
        </w:rPr>
        <w:t>h]uman influence on the climate</w:t>
      </w:r>
      <w:r>
        <w:rPr>
          <w:b w:val="0"/>
          <w:i w:val="0"/>
          <w:smallCaps w:val="0"/>
          <w:strike w:val="0"/>
          <w:u w:val="single"/>
        </w:rPr>
        <w:t xml:space="preserve"> system </w:t>
      </w:r>
      <w:r>
        <w:rPr>
          <w:b w:val="0"/>
          <w:i w:val="0"/>
          <w:smallCaps w:val="0"/>
          <w:strike w:val="0"/>
          <w:highlight w:val="cyan"/>
          <w:u w:val="single"/>
        </w:rPr>
        <w:t>is clear</w:t>
      </w:r>
      <w:r>
        <w:rPr>
          <w:b w:val="0"/>
          <w:i w:val="0"/>
          <w:smallCaps w:val="0"/>
          <w:strike w:val="0"/>
          <w:u w:val="single"/>
        </w:rPr>
        <w:t xml:space="preserve">, and recent anthropogenic emissions of greenhouse gases are the highest in history. Recent climate changes have had widespread impacts on human and natural systems." </w:t>
      </w:r>
      <w:r>
        <w:rPr>
          <w:b/>
          <w:i w:val="0"/>
          <w:smallCaps w:val="0"/>
          <w:strike w:val="0"/>
          <w:u w:val="single"/>
        </w:rPr>
        <w:t>38</w:t>
      </w:r>
      <w:r>
        <w:rPr>
          <w:b w:val="0"/>
          <w:i w:val="0"/>
          <w:smallCaps w:val="0"/>
          <w:strike w:val="0"/>
          <w:u w:val="single"/>
        </w:rPr>
        <w:t xml:space="preserve"> </w:t>
      </w:r>
      <w:r>
        <w:rPr>
          <w:b w:val="0"/>
          <w:i w:val="0"/>
          <w:smallCaps w:val="0"/>
          <w:strike w:val="0"/>
          <w:highlight w:val="cyan"/>
          <w:u w:val="single"/>
        </w:rPr>
        <w:t>In the</w:t>
      </w:r>
      <w:r>
        <w:rPr>
          <w:b w:val="0"/>
          <w:i w:val="0"/>
          <w:smallCaps w:val="0"/>
          <w:strike w:val="0"/>
          <w:u w:val="single"/>
        </w:rPr>
        <w:t xml:space="preserve"> </w:t>
      </w:r>
      <w:r>
        <w:rPr>
          <w:b w:val="0"/>
          <w:i w:val="0"/>
          <w:smallCaps w:val="0"/>
          <w:strike w:val="0"/>
          <w:highlight w:val="cyan"/>
          <w:u w:val="single"/>
        </w:rPr>
        <w:t>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tates, climate change affects tribes on a daily basis</w:t>
      </w:r>
      <w:r>
        <w:rPr>
          <w:b w:val="0"/>
          <w:i w:val="0"/>
          <w:smallCaps w:val="0"/>
          <w:strike w:val="0"/>
          <w:u w:val="none"/>
        </w:rPr>
        <w:t xml:space="preserve">. </w:t>
      </w:r>
      <w:r>
        <w:rPr>
          <w:b w:val="0"/>
          <w:i w:val="0"/>
          <w:smallCaps w:val="0"/>
          <w:strike w:val="0"/>
          <w:u w:val="single"/>
        </w:rPr>
        <w:t xml:space="preserve">Because of their location and, in many instances, increased reliance on the environment, many </w:t>
      </w:r>
      <w:r>
        <w:rPr>
          <w:b w:val="0"/>
          <w:i w:val="0"/>
          <w:smallCaps w:val="0"/>
          <w:strike w:val="0"/>
          <w:highlight w:val="cyan"/>
          <w:u w:val="single"/>
        </w:rPr>
        <w:t>tribal communities are particularly vulnerable to the impacts of climate change.</w:t>
      </w:r>
      <w:r>
        <w:rPr>
          <w:b w:val="0"/>
          <w:i w:val="0"/>
          <w:smallCaps w:val="0"/>
          <w:strike w:val="0"/>
          <w:u w:val="single"/>
        </w:rPr>
        <w:t xml:space="preserve"> For example, </w:t>
      </w:r>
      <w:r>
        <w:rPr>
          <w:b w:val="0"/>
          <w:i w:val="0"/>
          <w:smallCaps w:val="0"/>
          <w:strike w:val="0"/>
          <w:highlight w:val="cyan"/>
          <w:u w:val="single"/>
        </w:rPr>
        <w:t>starting in 1998</w:t>
      </w:r>
      <w:r>
        <w:rPr>
          <w:b w:val="0"/>
          <w:i w:val="0"/>
          <w:smallCaps w:val="0"/>
          <w:strike w:val="0"/>
          <w:u w:val="single"/>
        </w:rPr>
        <w:t xml:space="preserve">, tribal </w:t>
      </w:r>
      <w:r>
        <w:rPr>
          <w:b w:val="0"/>
          <w:i w:val="0"/>
          <w:smallCaps w:val="0"/>
          <w:strike w:val="0"/>
          <w:highlight w:val="cyan"/>
          <w:u w:val="single"/>
        </w:rPr>
        <w:t>nations in the Pacific Coast and Rocky Mountain</w:t>
      </w:r>
      <w:r>
        <w:rPr>
          <w:b w:val="0"/>
          <w:i w:val="0"/>
          <w:smallCaps w:val="0"/>
          <w:strike w:val="0"/>
          <w:u w:val="single"/>
        </w:rPr>
        <w:t xml:space="preserve"> regions </w:t>
      </w:r>
      <w:r>
        <w:rPr>
          <w:b w:val="0"/>
          <w:i w:val="0"/>
          <w:smallCaps w:val="0"/>
          <w:strike w:val="0"/>
          <w:highlight w:val="cyan"/>
          <w:u w:val="single"/>
        </w:rPr>
        <w:t>reported</w:t>
      </w:r>
      <w:r>
        <w:rPr>
          <w:b w:val="0"/>
          <w:i w:val="0"/>
          <w:smallCaps w:val="0"/>
          <w:strike w:val="0"/>
          <w:u w:val="single"/>
        </w:rPr>
        <w:t xml:space="preserve"> the following climate change-related issues</w:t>
      </w:r>
      <w:r>
        <w:rPr>
          <w:b w:val="0"/>
          <w:i w:val="0"/>
          <w:smallCaps w:val="0"/>
          <w:strike w:val="0"/>
          <w:highlight w:val="cyan"/>
          <w:u w:val="single"/>
        </w:rPr>
        <w:t>: increased</w:t>
      </w:r>
      <w:r>
        <w:rPr>
          <w:b w:val="0"/>
          <w:i w:val="0"/>
          <w:smallCaps w:val="0"/>
          <w:strike w:val="0"/>
          <w:u w:val="single"/>
        </w:rPr>
        <w:t xml:space="preserve"> and more constant </w:t>
      </w:r>
      <w:r>
        <w:rPr>
          <w:b w:val="0"/>
          <w:i w:val="0"/>
          <w:smallCaps w:val="0"/>
          <w:strike w:val="0"/>
          <w:highlight w:val="cyan"/>
          <w:u w:val="single"/>
        </w:rPr>
        <w:t>winds</w:t>
      </w:r>
      <w:r>
        <w:rPr>
          <w:b w:val="0"/>
          <w:i w:val="0"/>
          <w:smallCaps w:val="0"/>
          <w:strike w:val="0"/>
          <w:u w:val="single"/>
        </w:rPr>
        <w:t xml:space="preserve">; </w:t>
      </w:r>
      <w:r>
        <w:rPr>
          <w:b w:val="0"/>
          <w:i w:val="0"/>
          <w:smallCaps w:val="0"/>
          <w:strike w:val="0"/>
          <w:highlight w:val="cyan"/>
          <w:u w:val="single"/>
        </w:rPr>
        <w:t>violent</w:t>
      </w:r>
      <w:r>
        <w:rPr>
          <w:b w:val="0"/>
          <w:i w:val="0"/>
          <w:smallCaps w:val="0"/>
          <w:strike w:val="0"/>
          <w:u w:val="single"/>
        </w:rPr>
        <w:t xml:space="preserve"> </w:t>
      </w:r>
      <w:r>
        <w:rPr>
          <w:b w:val="0"/>
          <w:i w:val="0"/>
          <w:smallCaps w:val="0"/>
          <w:strike w:val="0"/>
          <w:highlight w:val="cyan"/>
          <w:u w:val="single"/>
        </w:rPr>
        <w:t>weather</w:t>
      </w:r>
      <w:r>
        <w:rPr>
          <w:b w:val="0"/>
          <w:i w:val="0"/>
          <w:smallCaps w:val="0"/>
          <w:strike w:val="0"/>
          <w:u w:val="single"/>
        </w:rPr>
        <w:t xml:space="preserve"> </w:t>
      </w:r>
      <w:r>
        <w:rPr>
          <w:b w:val="0"/>
          <w:i w:val="0"/>
          <w:smallCaps w:val="0"/>
          <w:strike w:val="0"/>
          <w:highlight w:val="cyan"/>
          <w:u w:val="single"/>
        </w:rPr>
        <w:t>changes</w:t>
      </w:r>
      <w:r>
        <w:rPr>
          <w:b w:val="0"/>
          <w:i w:val="0"/>
          <w:smallCaps w:val="0"/>
          <w:strike w:val="0"/>
          <w:u w:val="single"/>
        </w:rPr>
        <w:t xml:space="preserve"> where storms wiped out intertidal shellfish; </w:t>
      </w:r>
      <w:r>
        <w:rPr>
          <w:b w:val="0"/>
          <w:i w:val="0"/>
          <w:smallCaps w:val="0"/>
          <w:strike w:val="0"/>
          <w:highlight w:val="cyan"/>
          <w:u w:val="single"/>
        </w:rPr>
        <w:t>declining</w:t>
      </w:r>
      <w:r>
        <w:rPr>
          <w:b w:val="0"/>
          <w:i w:val="0"/>
          <w:smallCaps w:val="0"/>
          <w:strike w:val="0"/>
          <w:u w:val="single"/>
        </w:rPr>
        <w:t xml:space="preserve"> </w:t>
      </w:r>
      <w:r>
        <w:rPr>
          <w:b w:val="0"/>
          <w:i w:val="0"/>
          <w:smallCaps w:val="0"/>
          <w:strike w:val="0"/>
          <w:highlight w:val="cyan"/>
          <w:u w:val="single"/>
        </w:rPr>
        <w:t>salmon</w:t>
      </w:r>
      <w:r>
        <w:rPr>
          <w:b w:val="0"/>
          <w:i w:val="0"/>
          <w:smallCaps w:val="0"/>
          <w:strike w:val="0"/>
          <w:u w:val="single"/>
        </w:rPr>
        <w:t xml:space="preserve"> </w:t>
      </w:r>
      <w:r>
        <w:rPr>
          <w:b w:val="0"/>
          <w:i w:val="0"/>
          <w:smallCaps w:val="0"/>
          <w:strike w:val="0"/>
          <w:highlight w:val="cyan"/>
          <w:u w:val="single"/>
        </w:rPr>
        <w:t>runs</w:t>
      </w:r>
      <w:r>
        <w:rPr>
          <w:b w:val="0"/>
          <w:i w:val="0"/>
          <w:smallCaps w:val="0"/>
          <w:strike w:val="0"/>
          <w:u w:val="single"/>
        </w:rPr>
        <w:t xml:space="preserve">; </w:t>
      </w:r>
      <w:r>
        <w:rPr>
          <w:b w:val="0"/>
          <w:i w:val="0"/>
          <w:smallCaps w:val="0"/>
          <w:strike w:val="0"/>
          <w:highlight w:val="cyan"/>
          <w:u w:val="single"/>
        </w:rPr>
        <w:t>deformed</w:t>
      </w:r>
      <w:r>
        <w:rPr>
          <w:b w:val="0"/>
          <w:i w:val="0"/>
          <w:smallCaps w:val="0"/>
          <w:strike w:val="0"/>
          <w:u w:val="single"/>
        </w:rPr>
        <w:t xml:space="preserve"> </w:t>
      </w:r>
      <w:r>
        <w:rPr>
          <w:b w:val="0"/>
          <w:i w:val="0"/>
          <w:smallCaps w:val="0"/>
          <w:strike w:val="0"/>
          <w:highlight w:val="cyan"/>
          <w:u w:val="single"/>
        </w:rPr>
        <w:t>fish</w:t>
      </w:r>
      <w:r>
        <w:rPr>
          <w:b w:val="0"/>
          <w:i w:val="0"/>
          <w:smallCaps w:val="0"/>
          <w:strike w:val="0"/>
          <w:u w:val="single"/>
        </w:rPr>
        <w:t xml:space="preserve">; significant </w:t>
      </w:r>
      <w:r>
        <w:rPr>
          <w:b w:val="0"/>
          <w:i w:val="0"/>
          <w:smallCaps w:val="0"/>
          <w:strike w:val="0"/>
          <w:highlight w:val="cyan"/>
          <w:u w:val="single"/>
        </w:rPr>
        <w:t>decreases in the life spans of individual Natives</w:t>
      </w:r>
      <w:r>
        <w:rPr>
          <w:b w:val="0"/>
          <w:i w:val="0"/>
          <w:smallCaps w:val="0"/>
          <w:strike w:val="0"/>
          <w:u w:val="single"/>
        </w:rPr>
        <w:t xml:space="preserve"> due to the unavailability of traditional foods; </w:t>
      </w:r>
      <w:r>
        <w:rPr>
          <w:b w:val="0"/>
          <w:i w:val="0"/>
          <w:smallCaps w:val="0"/>
          <w:strike w:val="0"/>
          <w:highlight w:val="cyan"/>
          <w:u w:val="single"/>
        </w:rPr>
        <w:t>air pollution</w:t>
      </w:r>
      <w:r>
        <w:rPr>
          <w:b w:val="0"/>
          <w:i w:val="0"/>
          <w:smallCaps w:val="0"/>
          <w:strike w:val="0"/>
          <w:u w:val="single"/>
        </w:rPr>
        <w:t xml:space="preserve"> from burning forests</w:t>
      </w:r>
      <w:r>
        <w:rPr>
          <w:b w:val="0"/>
          <w:i w:val="0"/>
          <w:smallCaps w:val="0"/>
          <w:strike w:val="0"/>
          <w:highlight w:val="cyan"/>
          <w:u w:val="single"/>
        </w:rPr>
        <w:t>; minimum river flows</w:t>
      </w:r>
      <w:r>
        <w:rPr>
          <w:b w:val="0"/>
          <w:i w:val="0"/>
          <w:smallCaps w:val="0"/>
          <w:strike w:val="0"/>
          <w:u w:val="single"/>
        </w:rPr>
        <w:t xml:space="preserve"> necessary for native fish species; and </w:t>
      </w:r>
      <w:r>
        <w:rPr>
          <w:b w:val="0"/>
          <w:i w:val="0"/>
          <w:smallCaps w:val="0"/>
          <w:strike w:val="0"/>
          <w:highlight w:val="cyan"/>
          <w:u w:val="single"/>
        </w:rPr>
        <w:t>erosion</w:t>
      </w:r>
      <w:r>
        <w:rPr>
          <w:b w:val="0"/>
          <w:i w:val="0"/>
          <w:smallCaps w:val="0"/>
          <w:strike w:val="0"/>
          <w:u w:val="single"/>
        </w:rPr>
        <w:t xml:space="preserve"> from rising sea levels.</w:t>
      </w:r>
      <w:r>
        <w:rPr>
          <w:b w:val="0"/>
          <w:i w:val="0"/>
          <w:smallCaps w:val="0"/>
          <w:strike w:val="0"/>
          <w:u w:val="none"/>
        </w:rPr>
        <w:t xml:space="preserve"> </w:t>
      </w:r>
      <w:r>
        <w:rPr>
          <w:b/>
          <w:i w:val="0"/>
          <w:smallCaps w:val="0"/>
          <w:strike w:val="0"/>
          <w:u w:val="none"/>
        </w:rPr>
        <w:t>39</w:t>
      </w:r>
      <w:r>
        <w:rPr>
          <w:b w:val="0"/>
          <w:i w:val="0"/>
          <w:smallCaps w:val="0"/>
          <w:strike w:val="0"/>
          <w:u w:val="none"/>
        </w:rPr>
        <w:t xml:space="preserve"> Tribal nations in other regions of the United States are also experiencing profound changes to their environments. </w:t>
      </w:r>
      <w:r>
        <w:rPr>
          <w:b/>
          <w:i w:val="0"/>
          <w:smallCaps w:val="0"/>
          <w:strike w:val="0"/>
          <w:u w:val="none"/>
        </w:rPr>
        <w:t>40</w:t>
      </w:r>
      <w:r>
        <w:rPr>
          <w:b w:val="0"/>
          <w:i w:val="0"/>
          <w:smallCaps w:val="0"/>
          <w:strike w:val="0"/>
          <w:u w:val="none"/>
        </w:rPr>
        <w:t xml:space="preserve"> </w:t>
      </w:r>
      <w:r>
        <w:rPr>
          <w:b w:val="0"/>
          <w:i w:val="0"/>
          <w:smallCaps w:val="0"/>
          <w:strike w:val="0"/>
          <w:u w:val="single"/>
        </w:rPr>
        <w:t xml:space="preserve">Climate change is causing </w:t>
      </w:r>
      <w:r>
        <w:rPr>
          <w:b w:val="0"/>
          <w:i w:val="0"/>
          <w:smallCaps w:val="0"/>
          <w:strike w:val="0"/>
          <w:highlight w:val="cyan"/>
          <w:u w:val="single"/>
        </w:rPr>
        <w:t>more frequent and intense weather events</w:t>
      </w:r>
      <w:r>
        <w:rPr>
          <w:b w:val="0"/>
          <w:i w:val="0"/>
          <w:smallCaps w:val="0"/>
          <w:strike w:val="0"/>
          <w:u w:val="single"/>
        </w:rPr>
        <w:t xml:space="preserve">, which are in turn disrupting whole ecological systems. These changes not only have biophysical outcomes (i.e., effects on both the living and non-living environment, such as on plant growth or on wind patterns), but are also </w:t>
      </w:r>
      <w:r>
        <w:rPr>
          <w:b w:val="0"/>
          <w:i w:val="0"/>
          <w:smallCaps w:val="0"/>
          <w:strike w:val="0"/>
          <w:highlight w:val="cyan"/>
          <w:u w:val="single"/>
        </w:rPr>
        <w:t>disrupting the cyclical connection between human</w:t>
      </w:r>
      <w:r>
        <w:rPr>
          <w:b w:val="0"/>
          <w:i w:val="0"/>
          <w:smallCaps w:val="0"/>
          <w:strike w:val="0"/>
          <w:u w:val="single"/>
        </w:rPr>
        <w:t xml:space="preserve"> beings </w:t>
      </w:r>
      <w:r>
        <w:rPr>
          <w:b w:val="0"/>
          <w:i w:val="0"/>
          <w:smallCaps w:val="0"/>
          <w:strike w:val="0"/>
          <w:highlight w:val="cyan"/>
          <w:u w:val="single"/>
        </w:rPr>
        <w:t>and</w:t>
      </w:r>
      <w:r>
        <w:rPr>
          <w:b w:val="0"/>
          <w:i w:val="0"/>
          <w:smallCaps w:val="0"/>
          <w:strike w:val="0"/>
          <w:u w:val="single"/>
        </w:rPr>
        <w:t xml:space="preserve"> the </w:t>
      </w:r>
      <w:r>
        <w:rPr>
          <w:b w:val="0"/>
          <w:i w:val="0"/>
          <w:smallCaps w:val="0"/>
          <w:strike w:val="0"/>
          <w:highlight w:val="cyan"/>
          <w:u w:val="single"/>
        </w:rPr>
        <w:t>natur</w:t>
      </w:r>
      <w:r>
        <w:rPr>
          <w:b w:val="0"/>
          <w:i w:val="0"/>
          <w:smallCaps w:val="0"/>
          <w:strike w:val="0"/>
          <w:u w:val="single"/>
        </w:rPr>
        <w:t xml:space="preserve">al world. </w:t>
      </w:r>
      <w:r>
        <w:rPr>
          <w:b/>
          <w:i w:val="0"/>
          <w:smallCaps w:val="0"/>
          <w:strike w:val="0"/>
          <w:u w:val="single"/>
        </w:rPr>
        <w:t>41</w:t>
      </w:r>
      <w:r>
        <w:rPr>
          <w:b w:val="0"/>
          <w:i w:val="0"/>
          <w:smallCaps w:val="0"/>
          <w:strike w:val="0"/>
          <w:u w:val="single"/>
        </w:rPr>
        <w:t xml:space="preserve"> For example, global  [*594]  warming is accelerating the rate at which the Greenland and Antarctic ice sheets are melting, contributing to </w:t>
      </w:r>
      <w:r>
        <w:rPr>
          <w:b w:val="0"/>
          <w:i w:val="0"/>
          <w:smallCaps w:val="0"/>
          <w:strike w:val="0"/>
          <w:highlight w:val="cyan"/>
          <w:u w:val="single"/>
        </w:rPr>
        <w:t>global sea-level rise</w:t>
      </w:r>
      <w:r>
        <w:rPr>
          <w:b w:val="0"/>
          <w:i w:val="0"/>
          <w:smallCaps w:val="0"/>
          <w:strike w:val="0"/>
          <w:u w:val="single"/>
        </w:rPr>
        <w:t xml:space="preserve">, which in turn </w:t>
      </w:r>
      <w:r>
        <w:rPr>
          <w:b w:val="0"/>
          <w:i w:val="0"/>
          <w:smallCaps w:val="0"/>
          <w:strike w:val="0"/>
          <w:highlight w:val="cyan"/>
          <w:u w:val="single"/>
        </w:rPr>
        <w:t>directly</w:t>
      </w:r>
      <w:r>
        <w:rPr>
          <w:b w:val="0"/>
          <w:i w:val="0"/>
          <w:smallCaps w:val="0"/>
          <w:strike w:val="0"/>
          <w:u w:val="single"/>
        </w:rPr>
        <w:t xml:space="preserve"> </w:t>
      </w:r>
      <w:r>
        <w:rPr>
          <w:b w:val="0"/>
          <w:i w:val="0"/>
          <w:smallCaps w:val="0"/>
          <w:strike w:val="0"/>
          <w:highlight w:val="cyan"/>
          <w:u w:val="single"/>
        </w:rPr>
        <w:t>threatens Pacific Island communities.</w:t>
      </w:r>
      <w:r>
        <w:rPr>
          <w:b w:val="0"/>
          <w:i w:val="0"/>
          <w:smallCaps w:val="0"/>
          <w:strike w:val="0"/>
          <w:highlight w:val="cyan"/>
          <w:u w:val="none"/>
        </w:rPr>
        <w:t xml:space="preserve"> </w:t>
      </w:r>
      <w:r>
        <w:rPr>
          <w:b/>
          <w:i w:val="0"/>
          <w:smallCaps w:val="0"/>
          <w:strike w:val="0"/>
          <w:highlight w:val="cyan"/>
          <w:u w:val="none"/>
        </w:rPr>
        <w:t>42</w:t>
      </w:r>
      <w:r>
        <w:rPr>
          <w:b w:val="0"/>
          <w:i w:val="0"/>
          <w:smallCaps w:val="0"/>
          <w:strike w:val="0"/>
          <w:highlight w:val="cyan"/>
          <w:u w:val="none"/>
        </w:rPr>
        <w:t xml:space="preserve"> </w:t>
      </w:r>
      <w:r>
        <w:rPr>
          <w:b w:val="0"/>
          <w:i w:val="0"/>
          <w:smallCaps w:val="0"/>
          <w:strike w:val="0"/>
          <w:highlight w:val="cyan"/>
          <w:u w:val="single"/>
        </w:rPr>
        <w:t>The problem of ocean acidification is also altering the</w:t>
      </w:r>
      <w:r>
        <w:rPr>
          <w:b w:val="0"/>
          <w:i w:val="0"/>
          <w:smallCaps w:val="0"/>
          <w:strike w:val="0"/>
          <w:u w:val="single"/>
        </w:rPr>
        <w:t xml:space="preserve"> </w:t>
      </w:r>
      <w:r>
        <w:rPr>
          <w:b w:val="0"/>
          <w:i w:val="0"/>
          <w:smallCaps w:val="0"/>
          <w:strike w:val="0"/>
          <w:highlight w:val="cyan"/>
          <w:u w:val="single"/>
        </w:rPr>
        <w:t>relationship</w:t>
      </w:r>
      <w:r>
        <w:rPr>
          <w:b w:val="0"/>
          <w:i w:val="0"/>
          <w:smallCaps w:val="0"/>
          <w:strike w:val="0"/>
          <w:u w:val="single"/>
        </w:rPr>
        <w:t xml:space="preserve"> that </w:t>
      </w:r>
      <w:r>
        <w:rPr>
          <w:b w:val="0"/>
          <w:i w:val="0"/>
          <w:smallCaps w:val="0"/>
          <w:strike w:val="0"/>
          <w:highlight w:val="cyan"/>
          <w:u w:val="single"/>
        </w:rPr>
        <w:t>fishermen</w:t>
      </w:r>
      <w:r>
        <w:rPr>
          <w:b w:val="0"/>
          <w:i w:val="0"/>
          <w:smallCaps w:val="0"/>
          <w:strike w:val="0"/>
          <w:u w:val="single"/>
        </w:rPr>
        <w:t xml:space="preserve"> </w:t>
      </w:r>
      <w:r>
        <w:rPr>
          <w:b w:val="0"/>
          <w:i w:val="0"/>
          <w:smallCaps w:val="0"/>
          <w:strike w:val="0"/>
          <w:highlight w:val="cyan"/>
          <w:u w:val="single"/>
        </w:rPr>
        <w:t>have</w:t>
      </w:r>
      <w:r>
        <w:rPr>
          <w:b w:val="0"/>
          <w:i w:val="0"/>
          <w:smallCaps w:val="0"/>
          <w:strike w:val="0"/>
          <w:u w:val="single"/>
        </w:rPr>
        <w:t xml:space="preserve"> with aquatic life.</w:t>
      </w:r>
      <w:r>
        <w:rPr>
          <w:b w:val="0"/>
          <w:i w:val="0"/>
          <w:smallCaps w:val="0"/>
          <w:strike w:val="0"/>
          <w:u w:val="none"/>
        </w:rPr>
        <w:t xml:space="preserve"> </w:t>
      </w:r>
      <w:r>
        <w:rPr>
          <w:b/>
          <w:i w:val="0"/>
          <w:smallCaps w:val="0"/>
          <w:strike w:val="0"/>
          <w:u w:val="none"/>
        </w:rPr>
        <w:t>43</w:t>
      </w:r>
      <w:r>
        <w:rPr>
          <w:b w:val="0"/>
          <w:i w:val="0"/>
          <w:smallCaps w:val="0"/>
          <w:strike w:val="0"/>
          <w:u w:val="none"/>
        </w:rPr>
        <w:t xml:space="preserve"> In the Northern Hemisphere, Alaskan Native peoples, in particular, are being forced to adapt to the accelerated effects of climate change while </w:t>
      </w:r>
      <w:r>
        <w:rPr>
          <w:b w:val="0"/>
          <w:i w:val="0"/>
          <w:smallCaps w:val="0"/>
          <w:strike w:val="0"/>
          <w:color w:val="000000"/>
          <w:u w:val="none"/>
        </w:rPr>
        <w:t>struggling</w:t>
      </w:r>
      <w:r>
        <w:rPr>
          <w:b w:val="0"/>
          <w:i w:val="0"/>
          <w:smallCaps w:val="0"/>
          <w:strike w:val="0"/>
          <w:u w:val="none"/>
        </w:rPr>
        <w:t xml:space="preserve"> to maintain their connection to place. The Alaskan interior has been experiencing drastic temperature changes over the last fifteen years--leading to, among other problems, increasingly destructive wildfires in the region. </w:t>
      </w:r>
      <w:r>
        <w:rPr>
          <w:b/>
          <w:i w:val="0"/>
          <w:smallCaps w:val="0"/>
          <w:strike w:val="0"/>
          <w:u w:val="none"/>
        </w:rPr>
        <w:t>44</w:t>
      </w:r>
      <w:r>
        <w:rPr>
          <w:b w:val="0"/>
          <w:i w:val="0"/>
          <w:smallCaps w:val="0"/>
          <w:strike w:val="0"/>
          <w:u w:val="none"/>
        </w:rPr>
        <w:t xml:space="preserve"> </w:t>
      </w:r>
      <w:r>
        <w:rPr>
          <w:b w:val="0"/>
          <w:i w:val="0"/>
          <w:smallCaps w:val="0"/>
          <w:strike w:val="0"/>
          <w:u w:val="single"/>
        </w:rPr>
        <w:t xml:space="preserve">These </w:t>
      </w:r>
      <w:r>
        <w:rPr>
          <w:b w:val="0"/>
          <w:i w:val="0"/>
          <w:smallCaps w:val="0"/>
          <w:strike w:val="0"/>
          <w:highlight w:val="cyan"/>
          <w:u w:val="single"/>
        </w:rPr>
        <w:t>wildfires</w:t>
      </w:r>
      <w:r>
        <w:rPr>
          <w:b w:val="0"/>
          <w:i w:val="0"/>
          <w:smallCaps w:val="0"/>
          <w:strike w:val="0"/>
          <w:u w:val="single"/>
        </w:rPr>
        <w:t xml:space="preserve"> are </w:t>
      </w:r>
      <w:r>
        <w:rPr>
          <w:b w:val="0"/>
          <w:i w:val="0"/>
          <w:smallCaps w:val="0"/>
          <w:strike w:val="0"/>
          <w:highlight w:val="cyan"/>
          <w:u w:val="single"/>
        </w:rPr>
        <w:t>becoming</w:t>
      </w:r>
      <w:r>
        <w:rPr>
          <w:b w:val="0"/>
          <w:i w:val="0"/>
          <w:smallCaps w:val="0"/>
          <w:strike w:val="0"/>
          <w:u w:val="single"/>
        </w:rPr>
        <w:t xml:space="preserve"> a "</w:t>
      </w:r>
      <w:r>
        <w:rPr>
          <w:b w:val="0"/>
          <w:i w:val="0"/>
          <w:smallCaps w:val="0"/>
          <w:strike w:val="0"/>
          <w:highlight w:val="cyan"/>
          <w:u w:val="single"/>
        </w:rPr>
        <w:t>wicked problem</w:t>
      </w:r>
      <w:r>
        <w:rPr>
          <w:b w:val="0"/>
          <w:i w:val="0"/>
          <w:smallCaps w:val="0"/>
          <w:strike w:val="0"/>
          <w:u w:val="single"/>
        </w:rPr>
        <w:t xml:space="preserve">," carrying both environmental and social consequences. </w:t>
      </w:r>
      <w:r>
        <w:rPr>
          <w:b/>
          <w:i w:val="0"/>
          <w:smallCaps w:val="0"/>
          <w:strike w:val="0"/>
          <w:u w:val="single"/>
        </w:rPr>
        <w:t>45</w:t>
      </w:r>
      <w:r>
        <w:rPr>
          <w:b w:val="0"/>
          <w:i w:val="0"/>
          <w:smallCaps w:val="0"/>
          <w:strike w:val="0"/>
          <w:u w:val="single"/>
        </w:rPr>
        <w:t xml:space="preserve"> </w:t>
      </w:r>
      <w:r>
        <w:rPr>
          <w:b w:val="0"/>
          <w:i w:val="0"/>
          <w:smallCaps w:val="0"/>
          <w:strike w:val="0"/>
          <w:highlight w:val="cyan"/>
          <w:u w:val="single"/>
        </w:rPr>
        <w:t>Fire has been a part of</w:t>
      </w:r>
      <w:r>
        <w:rPr>
          <w:b w:val="0"/>
          <w:i w:val="0"/>
          <w:smallCaps w:val="0"/>
          <w:strike w:val="0"/>
          <w:u w:val="single"/>
        </w:rPr>
        <w:t xml:space="preserve"> the </w:t>
      </w:r>
      <w:r>
        <w:rPr>
          <w:b w:val="0"/>
          <w:i w:val="0"/>
          <w:smallCaps w:val="0"/>
          <w:strike w:val="0"/>
          <w:highlight w:val="cyan"/>
          <w:u w:val="single"/>
        </w:rPr>
        <w:t>natural</w:t>
      </w:r>
      <w:r>
        <w:rPr>
          <w:b w:val="0"/>
          <w:i w:val="0"/>
          <w:smallCaps w:val="0"/>
          <w:strike w:val="0"/>
          <w:u w:val="single"/>
        </w:rPr>
        <w:t xml:space="preserve"> </w:t>
      </w:r>
      <w:r>
        <w:rPr>
          <w:b w:val="0"/>
          <w:i w:val="0"/>
          <w:smallCaps w:val="0"/>
          <w:strike w:val="0"/>
          <w:highlight w:val="cyan"/>
          <w:u w:val="single"/>
        </w:rPr>
        <w:t>Alaskan</w:t>
      </w:r>
      <w:r>
        <w:rPr>
          <w:b w:val="0"/>
          <w:i w:val="0"/>
          <w:smallCaps w:val="0"/>
          <w:strike w:val="0"/>
          <w:u w:val="single"/>
        </w:rPr>
        <w:t xml:space="preserve"> </w:t>
      </w:r>
      <w:r>
        <w:rPr>
          <w:b w:val="0"/>
          <w:i w:val="0"/>
          <w:smallCaps w:val="0"/>
          <w:strike w:val="0"/>
          <w:highlight w:val="cyan"/>
          <w:u w:val="single"/>
        </w:rPr>
        <w:t>landscape</w:t>
      </w:r>
      <w:r>
        <w:rPr>
          <w:b w:val="0"/>
          <w:i w:val="0"/>
          <w:smallCaps w:val="0"/>
          <w:strike w:val="0"/>
          <w:u w:val="single"/>
        </w:rPr>
        <w:t xml:space="preserve"> for nearly six thousand years; </w:t>
      </w:r>
      <w:r>
        <w:rPr>
          <w:b w:val="0"/>
          <w:i w:val="0"/>
          <w:smallCaps w:val="0"/>
          <w:strike w:val="0"/>
          <w:highlight w:val="cyan"/>
          <w:u w:val="single"/>
        </w:rPr>
        <w:t>what has changed</w:t>
      </w:r>
      <w:r>
        <w:rPr>
          <w:b w:val="0"/>
          <w:i w:val="0"/>
          <w:smallCaps w:val="0"/>
          <w:strike w:val="0"/>
          <w:u w:val="single"/>
        </w:rPr>
        <w:t xml:space="preserve"> since 2004 are the fires' </w:t>
      </w:r>
      <w:r>
        <w:rPr>
          <w:b w:val="0"/>
          <w:i w:val="0"/>
          <w:smallCaps w:val="0"/>
          <w:strike w:val="0"/>
          <w:highlight w:val="cyan"/>
          <w:u w:val="single"/>
        </w:rPr>
        <w:t xml:space="preserve">intensity, frequency, and </w:t>
      </w:r>
      <w:r>
        <w:rPr>
          <w:b w:val="0"/>
          <w:i w:val="0"/>
          <w:smallCaps w:val="0"/>
          <w:strike w:val="0"/>
          <w:u w:val="single"/>
        </w:rPr>
        <w:t xml:space="preserve">geographic </w:t>
      </w:r>
      <w:r>
        <w:rPr>
          <w:b w:val="0"/>
          <w:i w:val="0"/>
          <w:smallCaps w:val="0"/>
          <w:strike w:val="0"/>
          <w:highlight w:val="cyan"/>
          <w:u w:val="single"/>
        </w:rPr>
        <w:t>scope</w:t>
      </w:r>
      <w:r>
        <w:rPr>
          <w:b w:val="0"/>
          <w:i w:val="0"/>
          <w:smallCaps w:val="0"/>
          <w:strike w:val="0"/>
          <w:u w:val="single"/>
        </w:rPr>
        <w:t xml:space="preserve">. </w:t>
      </w:r>
      <w:r>
        <w:rPr>
          <w:b/>
          <w:i w:val="0"/>
          <w:smallCaps w:val="0"/>
          <w:strike w:val="0"/>
          <w:u w:val="single"/>
        </w:rPr>
        <w:t>46</w:t>
      </w:r>
      <w:r>
        <w:rPr>
          <w:b w:val="0"/>
          <w:i w:val="0"/>
          <w:smallCaps w:val="0"/>
          <w:strike w:val="0"/>
          <w:u w:val="single"/>
        </w:rPr>
        <w:t xml:space="preserve"> Major fires are more apparent in extraordinarily dry years, but in recorded history, there were multi-year gaps between these types of fires.</w:t>
      </w:r>
      <w:r>
        <w:rPr>
          <w:b w:val="0"/>
          <w:i w:val="0"/>
          <w:smallCaps w:val="0"/>
          <w:strike w:val="0"/>
          <w:u w:val="none"/>
        </w:rPr>
        <w:t xml:space="preserve"> </w:t>
      </w:r>
      <w:r>
        <w:rPr>
          <w:b/>
          <w:i w:val="0"/>
          <w:smallCaps w:val="0"/>
          <w:strike w:val="0"/>
          <w:u w:val="single"/>
        </w:rPr>
        <w:t>47</w:t>
      </w:r>
      <w:r>
        <w:rPr>
          <w:b w:val="0"/>
          <w:i w:val="0"/>
          <w:smallCaps w:val="0"/>
          <w:strike w:val="0"/>
          <w:u w:val="single"/>
        </w:rPr>
        <w:t xml:space="preserve"> The science shows that </w:t>
      </w:r>
      <w:r>
        <w:rPr>
          <w:b w:val="0"/>
          <w:i w:val="0"/>
          <w:smallCaps w:val="0"/>
          <w:strike w:val="0"/>
          <w:highlight w:val="cyan"/>
          <w:u w:val="single"/>
        </w:rPr>
        <w:t>increasing</w:t>
      </w:r>
      <w:r>
        <w:rPr>
          <w:b w:val="0"/>
          <w:i w:val="0"/>
          <w:smallCaps w:val="0"/>
          <w:strike w:val="0"/>
          <w:u w:val="single"/>
        </w:rPr>
        <w:t xml:space="preserve"> </w:t>
      </w:r>
      <w:r>
        <w:rPr>
          <w:b w:val="0"/>
          <w:i w:val="0"/>
          <w:smallCaps w:val="0"/>
          <w:strike w:val="0"/>
          <w:highlight w:val="cyan"/>
          <w:u w:val="single"/>
        </w:rPr>
        <w:t>g</w:t>
      </w:r>
      <w:r>
        <w:rPr>
          <w:b w:val="0"/>
          <w:i w:val="0"/>
          <w:smallCaps w:val="0"/>
          <w:strike w:val="0"/>
          <w:u w:val="single"/>
        </w:rPr>
        <w:t>reen</w:t>
      </w:r>
      <w:r>
        <w:rPr>
          <w:b w:val="0"/>
          <w:i w:val="0"/>
          <w:smallCaps w:val="0"/>
          <w:strike w:val="0"/>
          <w:highlight w:val="cyan"/>
          <w:u w:val="single"/>
        </w:rPr>
        <w:t>h</w:t>
      </w:r>
      <w:r>
        <w:rPr>
          <w:b w:val="0"/>
          <w:i w:val="0"/>
          <w:smallCaps w:val="0"/>
          <w:strike w:val="0"/>
          <w:u w:val="single"/>
        </w:rPr>
        <w:t xml:space="preserve">ouse </w:t>
      </w:r>
      <w:r>
        <w:rPr>
          <w:b w:val="0"/>
          <w:i w:val="0"/>
          <w:smallCaps w:val="0"/>
          <w:strike w:val="0"/>
          <w:highlight w:val="cyan"/>
          <w:u w:val="single"/>
        </w:rPr>
        <w:t>g</w:t>
      </w:r>
      <w:r>
        <w:rPr>
          <w:b w:val="0"/>
          <w:i w:val="0"/>
          <w:smallCaps w:val="0"/>
          <w:strike w:val="0"/>
          <w:u w:val="single"/>
        </w:rPr>
        <w:t>as emissions tend to "oscillate" toward higher latitudes; studies have specifically linked the Pacific Decadal Oscillation (PDO) to the occurrence of wildfires.</w:t>
      </w:r>
      <w:r>
        <w:rPr>
          <w:b w:val="0"/>
          <w:i w:val="0"/>
          <w:smallCaps w:val="0"/>
          <w:strike w:val="0"/>
          <w:u w:val="none"/>
        </w:rPr>
        <w:t xml:space="preserve"> </w:t>
      </w:r>
      <w:r>
        <w:rPr>
          <w:b/>
          <w:i w:val="0"/>
          <w:smallCaps w:val="0"/>
          <w:strike w:val="0"/>
          <w:u w:val="none"/>
        </w:rPr>
        <w:t>48</w:t>
      </w:r>
      <w:r>
        <w:rPr>
          <w:b w:val="0"/>
          <w:i w:val="0"/>
          <w:smallCaps w:val="0"/>
          <w:strike w:val="0"/>
          <w:u w:val="none"/>
        </w:rPr>
        <w:t xml:space="preserve"> </w:t>
      </w:r>
      <w:r>
        <w:rPr>
          <w:b w:val="0"/>
          <w:i w:val="0"/>
          <w:smallCaps w:val="0"/>
          <w:strike w:val="0"/>
          <w:u w:val="single"/>
        </w:rPr>
        <w:t xml:space="preserve">Thus, </w:t>
      </w:r>
      <w:r>
        <w:rPr>
          <w:b w:val="0"/>
          <w:i w:val="0"/>
          <w:smallCaps w:val="0"/>
          <w:strike w:val="0"/>
          <w:highlight w:val="cyan"/>
          <w:u w:val="single"/>
        </w:rPr>
        <w:t>Alaska is at the forefront</w:t>
      </w:r>
      <w:r>
        <w:rPr>
          <w:b w:val="0"/>
          <w:i w:val="0"/>
          <w:smallCaps w:val="0"/>
          <w:strike w:val="0"/>
          <w:u w:val="single"/>
        </w:rPr>
        <w:t xml:space="preserve"> of dangerous environmental change. </w:t>
      </w:r>
      <w:r>
        <w:rPr>
          <w:b/>
          <w:i w:val="0"/>
          <w:smallCaps w:val="0"/>
          <w:strike w:val="0"/>
          <w:u w:val="single"/>
        </w:rPr>
        <w:t>49</w:t>
      </w:r>
      <w:r>
        <w:rPr>
          <w:b w:val="0"/>
          <w:i w:val="0"/>
          <w:smallCaps w:val="0"/>
          <w:strike w:val="0"/>
          <w:u w:val="single"/>
        </w:rPr>
        <w:t xml:space="preserve"> As these changes unfold and as many communities confront more extreme fluctuations in patterns that once seemed relatively stable and familiar, some of them are rediscovering the observational experiences and traditional knowledge of Alaskan Native peoples.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