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state will never be able to benefit indigneous groups when it is built on exploiting them!</w:t>
      </w:r>
    </w:p>
    <w:p>
      <w:pPr>
        <w:spacing w:after="80"/>
      </w:pPr>
      <w:r>
        <w:rPr>
          <w:b/>
          <w:i w:val="0"/>
          <w:smallCaps w:val="0"/>
          <w:strike w:val="0"/>
          <w:sz w:val="26"/>
          <w:u w:val="none"/>
        </w:rPr>
        <w:t xml:space="preserve">The Red Nation 20, </w:t>
      </w:r>
      <w:r>
        <w:rPr>
          <w:b w:val="0"/>
          <w:i w:val="0"/>
          <w:smallCaps w:val="0"/>
          <w:strike w:val="0"/>
          <w:u w:val="none"/>
        </w:rPr>
        <w:t>The Red Nation is dedicated to the liberation of Native peoples from capitalism and colonialism. We center Native political agendas and struggles through direct action, advocacy, mobilization, and education.</w:t>
      </w:r>
      <w:r>
        <w:rPr>
          <w:b w:val="0"/>
          <w:i w:val="0"/>
          <w:smallCaps w:val="0"/>
          <w:strike w:val="0"/>
          <w:u w:val="none"/>
        </w:rPr>
        <w:t xml:space="preserve"> </w:t>
      </w:r>
      <w:r>
        <w:rPr>
          <w:b w:val="0"/>
          <w:i w:val="0"/>
          <w:smallCaps w:val="0"/>
          <w:strike w:val="0"/>
          <w:u w:val="none"/>
        </w:rPr>
        <w:t>We are a coalition of Native and non-Native activists, educators, students, and community organizers advocating Native liberation. We formed to address the marginalization and invisibility of Native struggles within mainstream social justice organizing, and to foreground the targeted destruction and violence towards Native life and land</w:t>
      </w:r>
      <w:r>
        <w:rPr>
          <w:b w:val="0"/>
          <w:i w:val="0"/>
          <w:smallCaps w:val="0"/>
          <w:strike w:val="0"/>
          <w:color w:val="1E1915"/>
          <w:u w:val="none"/>
        </w:rPr>
        <w:t xml:space="preserve">. </w:t>
      </w:r>
      <w:r>
        <w:rPr>
          <w:b w:val="0"/>
          <w:i w:val="0"/>
          <w:smallCaps w:val="0"/>
          <w:strike w:val="0"/>
          <w:u w:val="none"/>
        </w:rPr>
        <w:t>(“Communism is the Horizon, Queer indigenous feminism is the wa</w:t>
      </w:r>
      <w:r>
        <w:rPr>
          <w:b w:val="0"/>
          <w:i w:val="0"/>
          <w:smallCaps w:val="0"/>
          <w:strike w:val="0"/>
          <w:u w:val="none"/>
        </w:rPr>
        <w:t>y</w:t>
      </w:r>
      <w:r>
        <w:rPr>
          <w:b w:val="0"/>
          <w:i w:val="0"/>
          <w:smallCaps w:val="0"/>
          <w:strike w:val="0"/>
          <w:u w:val="none"/>
        </w:rPr>
        <w:t xml:space="preserve">”, </w:t>
      </w:r>
      <w:r>
        <w:rPr>
          <w:b w:val="0"/>
          <w:i/>
          <w:smallCaps w:val="0"/>
          <w:strike w:val="0"/>
          <w:u w:val="none"/>
        </w:rPr>
        <w:t>The Red Nation,</w:t>
      </w:r>
      <w:r>
        <w:rPr>
          <w:b w:val="0"/>
          <w:i/>
          <w:smallCaps w:val="0"/>
          <w:strike w:val="0"/>
          <w:color w:val="1E1915"/>
          <w:u w:val="none"/>
        </w:rPr>
        <w:t xml:space="preserve"> </w:t>
      </w:r>
      <w:r>
        <w:rPr>
          <w:b w:val="0"/>
          <w:i w:val="0"/>
          <w:smallCaps w:val="0"/>
          <w:strike w:val="0"/>
          <w:u w:val="none"/>
        </w:rPr>
        <w:t>September 21 2020</w:t>
      </w:r>
      <w:r>
        <w:rPr>
          <w:b w:val="0"/>
          <w:i w:val="0"/>
          <w:smallCaps w:val="0"/>
          <w:strike w:val="0"/>
          <w:u w:val="none"/>
        </w:rPr>
        <w:t xml:space="preserve">, </w:t>
      </w:r>
      <w:r>
        <w:rPr>
          <w:b w:val="0"/>
          <w:i w:val="0"/>
          <w:smallCaps w:val="0"/>
          <w:strike w:val="0"/>
          <w:u w:val="none"/>
        </w:rPr>
        <w:t>, DOA: 6/29/24)//LFS - LMH</w:t>
      </w:r>
    </w:p>
    <w:p>
      <w:pPr>
        <w:spacing w:after="60"/>
      </w:pPr>
      <w:r>
        <w:rPr>
          <w:b w:val="0"/>
          <w:i w:val="0"/>
          <w:smallCaps w:val="0"/>
          <w:strike w:val="0"/>
          <w:highlight w:val="cyan"/>
          <w:u w:val="single"/>
        </w:rPr>
        <w:t>Indigenous people know</w:t>
      </w:r>
      <w:r>
        <w:rPr>
          <w:b w:val="0"/>
          <w:i w:val="0"/>
          <w:smallCaps w:val="0"/>
          <w:strike w:val="0"/>
          <w:u w:val="single"/>
        </w:rPr>
        <w:t xml:space="preserve"> from direct experience that </w:t>
      </w:r>
      <w:r>
        <w:rPr>
          <w:b w:val="0"/>
          <w:i w:val="0"/>
          <w:smallCaps w:val="0"/>
          <w:strike w:val="0"/>
          <w:highlight w:val="cyan"/>
          <w:u w:val="single"/>
        </w:rPr>
        <w:t>every moment of</w:t>
      </w:r>
      <w:r>
        <w:rPr>
          <w:b w:val="0"/>
          <w:i w:val="0"/>
          <w:smallCaps w:val="0"/>
          <w:strike w:val="0"/>
          <w:u w:val="single"/>
        </w:rPr>
        <w:t xml:space="preserve"> our </w:t>
      </w:r>
      <w:r>
        <w:rPr>
          <w:b w:val="0"/>
          <w:i w:val="0"/>
          <w:smallCaps w:val="0"/>
          <w:strike w:val="0"/>
          <w:highlight w:val="cyan"/>
          <w:u w:val="single"/>
        </w:rPr>
        <w:t>existence</w:t>
      </w:r>
      <w:r>
        <w:rPr>
          <w:b w:val="0"/>
          <w:i w:val="0"/>
          <w:smallCaps w:val="0"/>
          <w:strike w:val="0"/>
          <w:u w:val="single"/>
        </w:rPr>
        <w:t xml:space="preserve"> </w:t>
      </w:r>
      <w:r>
        <w:rPr>
          <w:b w:val="0"/>
          <w:i w:val="0"/>
          <w:smallCaps w:val="0"/>
          <w:strike w:val="0"/>
          <w:highlight w:val="cyan"/>
          <w:u w:val="single"/>
        </w:rPr>
        <w:t>is mediated</w:t>
      </w:r>
      <w:r>
        <w:rPr>
          <w:b w:val="0"/>
          <w:i w:val="0"/>
          <w:smallCaps w:val="0"/>
          <w:strike w:val="0"/>
          <w:u w:val="single"/>
        </w:rPr>
        <w:t xml:space="preserve"> </w:t>
      </w:r>
      <w:r>
        <w:rPr>
          <w:b w:val="0"/>
          <w:i w:val="0"/>
          <w:smallCaps w:val="0"/>
          <w:strike w:val="0"/>
          <w:highlight w:val="cyan"/>
          <w:u w:val="single"/>
        </w:rPr>
        <w:t>by the state.</w:t>
      </w:r>
      <w:r>
        <w:rPr>
          <w:b w:val="0"/>
          <w:i w:val="0"/>
          <w:smallCaps w:val="0"/>
          <w:strike w:val="0"/>
          <w:u w:val="single"/>
        </w:rPr>
        <w:t xml:space="preserve"> Our </w:t>
      </w:r>
      <w:r>
        <w:rPr>
          <w:b w:val="0"/>
          <w:i w:val="0"/>
          <w:smallCaps w:val="0"/>
          <w:strike w:val="0"/>
          <w:highlight w:val="cyan"/>
          <w:u w:val="single"/>
        </w:rPr>
        <w:t>communities face state violence daily</w:t>
      </w:r>
      <w:r>
        <w:rPr>
          <w:b w:val="0"/>
          <w:i w:val="0"/>
          <w:smallCaps w:val="0"/>
          <w:strike w:val="0"/>
          <w:u w:val="single"/>
        </w:rPr>
        <w:t xml:space="preserve">, a violence that holds us hostage, forcing us to engage with it. We are the </w:t>
      </w:r>
      <w:r>
        <w:rPr>
          <w:b w:val="0"/>
          <w:i w:val="0"/>
          <w:smallCaps w:val="0"/>
          <w:strike w:val="0"/>
          <w:highlight w:val="cyan"/>
          <w:u w:val="single"/>
        </w:rPr>
        <w:t>group most likely to be murdered and harassed by the police and</w:t>
      </w:r>
      <w:r>
        <w:rPr>
          <w:b w:val="0"/>
          <w:i w:val="0"/>
          <w:smallCaps w:val="0"/>
          <w:strike w:val="0"/>
          <w:u w:val="single"/>
        </w:rPr>
        <w:t xml:space="preserve"> to experience </w:t>
      </w:r>
      <w:r>
        <w:rPr>
          <w:b w:val="0"/>
          <w:i w:val="0"/>
          <w:smallCaps w:val="0"/>
          <w:strike w:val="0"/>
          <w:highlight w:val="cyan"/>
          <w:u w:val="single"/>
        </w:rPr>
        <w:t>high rates of incarceration</w:t>
      </w:r>
      <w:r>
        <w:rPr>
          <w:b w:val="0"/>
          <w:i w:val="0"/>
          <w:smallCaps w:val="0"/>
          <w:strike w:val="0"/>
          <w:u w:val="single"/>
        </w:rPr>
        <w:t xml:space="preserve">. The for-profit </w:t>
      </w:r>
      <w:r>
        <w:rPr>
          <w:b w:val="0"/>
          <w:i w:val="0"/>
          <w:smallCaps w:val="0"/>
          <w:strike w:val="0"/>
          <w:highlight w:val="cyan"/>
          <w:u w:val="single"/>
        </w:rPr>
        <w:t>stateprison industrial complex disproportionately targets Black and Indigenous people</w:t>
      </w:r>
      <w:r>
        <w:rPr>
          <w:b w:val="0"/>
          <w:i w:val="0"/>
          <w:smallCaps w:val="0"/>
          <w:strike w:val="0"/>
          <w:u w:val="single"/>
        </w:rPr>
        <w:t xml:space="preserve">, exploiting our labor and time to put money into the pockets of the elite. The state harasses us at every turn. We face state </w:t>
      </w:r>
      <w:r>
        <w:rPr>
          <w:b w:val="0"/>
          <w:i w:val="0"/>
          <w:smallCaps w:val="0"/>
          <w:strike w:val="0"/>
          <w:highlight w:val="cyan"/>
          <w:u w:val="single"/>
        </w:rPr>
        <w:t>violence when we protect our lands and waters from the fossil fuel industry. Or when we protect our sacred sites from desecration by settler politicians for propaganda purposes.</w:t>
      </w:r>
      <w:r>
        <w:rPr>
          <w:b w:val="0"/>
          <w:i w:val="0"/>
          <w:smallCaps w:val="0"/>
          <w:strike w:val="0"/>
          <w:u w:val="single"/>
        </w:rPr>
        <w:t xml:space="preserve"> The US built its ruling capitalist class through the genocide and theft of land stolen from the Indigenous inhabitants of this continent, and by exploiting the enslaved labor of African people</w:t>
      </w:r>
      <w:r>
        <w:rPr>
          <w:b w:val="0"/>
          <w:i w:val="0"/>
          <w:smallCaps w:val="0"/>
          <w:strike w:val="0"/>
          <w:highlight w:val="cyan"/>
          <w:u w:val="single"/>
        </w:rPr>
        <w:t>. This country was founded on the class war of the rich upon the basis of racism, conducted, enabled and safeguarded by the state apparatus.</w:t>
      </w:r>
      <w:r>
        <w:rPr>
          <w:b w:val="0"/>
          <w:i w:val="0"/>
          <w:smallCaps w:val="0"/>
          <w:strike w:val="0"/>
          <w:u w:val="single"/>
        </w:rPr>
        <w:t xml:space="preserve"> The US created white supremacy to uphold this class war, constructing an empire of capitalist domination through westward expansion and colonization in the 1800s, and US imperialist subjugation of Black and Brown peoples across the Global South in the twentieth and twenty first centuries. </w:t>
      </w:r>
      <w:r>
        <w:rPr>
          <w:b w:val="0"/>
          <w:i w:val="0"/>
          <w:smallCaps w:val="0"/>
          <w:strike w:val="0"/>
          <w:highlight w:val="cyan"/>
          <w:u w:val="single"/>
        </w:rPr>
        <w:t>The police forces</w:t>
      </w:r>
      <w:r>
        <w:rPr>
          <w:b w:val="0"/>
          <w:i w:val="0"/>
          <w:smallCaps w:val="0"/>
          <w:strike w:val="0"/>
          <w:u w:val="single"/>
        </w:rPr>
        <w:t xml:space="preserve">, which have been militarized over the last several decades, </w:t>
      </w:r>
      <w:r>
        <w:rPr>
          <w:b w:val="0"/>
          <w:i w:val="0"/>
          <w:smallCaps w:val="0"/>
          <w:strike w:val="0"/>
          <w:highlight w:val="cyan"/>
          <w:u w:val="single"/>
        </w:rPr>
        <w:t>serve as an occupying army</w:t>
      </w:r>
      <w:r>
        <w:rPr>
          <w:b w:val="0"/>
          <w:i w:val="0"/>
          <w:smallCaps w:val="0"/>
          <w:strike w:val="0"/>
          <w:u w:val="single"/>
        </w:rPr>
        <w:t xml:space="preserve"> in Black and Brown neighborhoods and Indigenous bordertowns. </w:t>
      </w:r>
      <w:r>
        <w:rPr>
          <w:b w:val="0"/>
          <w:i w:val="0"/>
          <w:smallCaps w:val="0"/>
          <w:strike w:val="0"/>
          <w:u w:val="none"/>
        </w:rPr>
        <w:t xml:space="preserve">The wanton killing of Black and Indigenous people at the hands of the police in the United States is the product of racial capitalism, aimed at subjugating people through terror. Domestic repression in the United States reflects its colonial and imperial practices abroad. </w:t>
      </w:r>
      <w:r>
        <w:rPr>
          <w:b w:val="0"/>
          <w:i w:val="0"/>
          <w:smallCaps w:val="0"/>
          <w:strike w:val="0"/>
          <w:highlight w:val="cyan"/>
          <w:u w:val="single"/>
        </w:rPr>
        <w:t>Trillions of dollars are spent</w:t>
      </w:r>
      <w:r>
        <w:rPr>
          <w:b w:val="0"/>
          <w:i w:val="0"/>
          <w:smallCaps w:val="0"/>
          <w:strike w:val="0"/>
          <w:u w:val="single"/>
        </w:rPr>
        <w:t xml:space="preserve"> by the US government to maintain its political and military hegemony throughout the world and </w:t>
      </w:r>
      <w:r>
        <w:rPr>
          <w:b w:val="0"/>
          <w:i w:val="0"/>
          <w:smallCaps w:val="0"/>
          <w:strike w:val="0"/>
          <w:highlight w:val="cyan"/>
          <w:u w:val="single"/>
        </w:rPr>
        <w:t xml:space="preserve">to crush every attempt of the oppressed masses in the Global South to throw off the yoke of </w:t>
      </w:r>
      <w:r>
        <w:rPr>
          <w:b w:val="0"/>
          <w:i w:val="0"/>
          <w:smallCaps w:val="0"/>
          <w:strike w:val="0"/>
          <w:u w:val="single"/>
        </w:rPr>
        <w:t xml:space="preserve">US </w:t>
      </w:r>
      <w:r>
        <w:rPr>
          <w:b w:val="0"/>
          <w:i w:val="0"/>
          <w:smallCaps w:val="0"/>
          <w:strike w:val="0"/>
          <w:highlight w:val="cyan"/>
          <w:u w:val="single"/>
        </w:rPr>
        <w:t>imperial domination</w:t>
      </w:r>
      <w:r>
        <w:rPr>
          <w:b w:val="0"/>
          <w:i w:val="0"/>
          <w:smallCaps w:val="0"/>
          <w:strike w:val="0"/>
          <w:u w:val="single"/>
        </w:rPr>
        <w:t>. It is our sacred internationalist duty, as revolutionaries in the belly of the imperialist beast, to join forces with these oppressed masses in the fight for liberation. We are a contingent of the world revolution against capitalism and US imperialism.</w:t>
      </w:r>
      <w:r>
        <w:rPr>
          <w:b w:val="0"/>
          <w:i w:val="0"/>
          <w:smallCaps w:val="0"/>
          <w:strike w:val="0"/>
          <w:u w:val="none"/>
        </w:rPr>
        <w:t xml:space="preserve"> </w:t>
      </w:r>
      <w:r>
        <w:rPr>
          <w:b w:val="0"/>
          <w:i w:val="0"/>
          <w:smallCaps w:val="0"/>
          <w:strike w:val="0"/>
          <w:highlight w:val="cyan"/>
          <w:u w:val="single"/>
        </w:rPr>
        <w:t>In order to bring about the liberation</w:t>
      </w:r>
      <w:r>
        <w:rPr>
          <w:b w:val="0"/>
          <w:i w:val="0"/>
          <w:smallCaps w:val="0"/>
          <w:strike w:val="0"/>
          <w:u w:val="single"/>
        </w:rPr>
        <w:t xml:space="preserve"> of Indigenous peoples and all oppressed peoples in this country, and to free the world from the scourge of US imperialism</w:t>
      </w:r>
      <w:r>
        <w:rPr>
          <w:b w:val="0"/>
          <w:i w:val="0"/>
          <w:smallCaps w:val="0"/>
          <w:strike w:val="0"/>
          <w:highlight w:val="cyan"/>
          <w:u w:val="single"/>
        </w:rPr>
        <w:t>, the capitalist state apparatus and its systems of control must be dismantled, and Turtle Island must be decolonized. This means dismantling the police forces and prison-industrial complex, state surveillance and repressive apparatus, and the US military. It entails the mass return of all land stolen from Indigenous peoples and the right to self-determination for Indigenous nations</w:t>
      </w:r>
      <w:r>
        <w:rPr>
          <w:b w:val="0"/>
          <w:i w:val="0"/>
          <w:smallCaps w:val="0"/>
          <w:strike w:val="0"/>
          <w:u w:val="single"/>
        </w:rPr>
        <w:t>.</w:t>
      </w:r>
      <w:r>
        <w:rPr>
          <w:b w:val="0"/>
          <w:i w:val="0"/>
          <w:smallCaps w:val="0"/>
          <w:strike w:val="0"/>
          <w:u w:val="none"/>
        </w:rPr>
        <w:t xml:space="preserve"> This means, as well, self-determination for Black relatives and their right to live on the land. TRN looks forward to further collaborative study with Black-led organizations and Black communities to clarify our positions on land use and how to return the land to a decolonized commons. Our nationalism is not exclusive</w:t>
      </w:r>
      <w:r>
        <w:rPr>
          <w:b w:val="0"/>
          <w:i w:val="0"/>
          <w:smallCaps w:val="0"/>
          <w:strike w:val="0"/>
          <w:u w:val="none"/>
        </w:rPr>
        <w:t xml:space="preserve"> </w:t>
      </w:r>
      <w:r>
        <w:rPr>
          <w:b w:val="0"/>
          <w:i w:val="0"/>
          <w:smallCaps w:val="0"/>
          <w:strike w:val="0"/>
          <w:u w:val="none"/>
        </w:rPr>
        <w:t>but calls for a world where many worlds fit—whether these be expressed as Indigenous nations or not. Moreover, socialism means the self-transformation of the masses of people to free themselves from the ideological social control system that perpetuates capitalist and settler-colonial rule, what we consider imperialism on a so-called domestic front.</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