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Counterfeiting statistics are wildly inflated and include </w:t>
      </w:r>
      <w:r>
        <w:rPr>
          <w:b/>
          <w:i w:val="0"/>
          <w:smallCaps w:val="0"/>
          <w:strike w:val="0"/>
          <w:sz w:val="26"/>
          <w:u w:val="single"/>
        </w:rPr>
        <w:t>patent</w:t>
      </w:r>
      <w:r>
        <w:rPr>
          <w:b/>
          <w:i w:val="0"/>
          <w:smallCaps w:val="0"/>
          <w:strike w:val="0"/>
          <w:sz w:val="26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single"/>
        </w:rPr>
        <w:t>copyright</w:t>
      </w:r>
      <w:r>
        <w:rPr>
          <w:b/>
          <w:i w:val="0"/>
          <w:smallCaps w:val="0"/>
          <w:strike w:val="0"/>
          <w:sz w:val="26"/>
          <w:u w:val="none"/>
        </w:rPr>
        <w:t xml:space="preserve">, and </w:t>
      </w:r>
      <w:r>
        <w:rPr>
          <w:b/>
          <w:i w:val="0"/>
          <w:smallCaps w:val="0"/>
          <w:strike w:val="0"/>
          <w:sz w:val="26"/>
          <w:u w:val="single"/>
        </w:rPr>
        <w:t>physical</w:t>
      </w:r>
      <w:r>
        <w:rPr>
          <w:b/>
          <w:i w:val="0"/>
          <w:smallCaps w:val="0"/>
          <w:strike w:val="0"/>
          <w:sz w:val="26"/>
          <w:u w:val="none"/>
        </w:rPr>
        <w:t xml:space="preserve"> counterfeits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Matthew </w:t>
      </w:r>
      <w:r>
        <w:rPr>
          <w:b/>
          <w:i w:val="0"/>
          <w:smallCaps w:val="0"/>
          <w:strike w:val="0"/>
          <w:sz w:val="26"/>
          <w:u w:val="none"/>
        </w:rPr>
        <w:t>Schruers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President Computer &amp; Communications Industry Association “Back to School with the SHOP SAFE Act: Protecting Our Families from Unsafe Online Counterfeits” 10/3, </w:t>
      </w:r>
      <w:r>
        <w:rPr>
          <w:b w:val="0"/>
          <w:i w:val="0"/>
          <w:smallCaps w:val="0"/>
          <w:strike w:val="0"/>
          <w:u w:val="none"/>
        </w:rPr>
        <w:t>Proquest</w:t>
      </w:r>
      <w:r>
        <w:rPr>
          <w:b w:val="0"/>
          <w:i w:val="0"/>
          <w:smallCaps w:val="0"/>
          <w:strike w:val="0"/>
          <w:u w:val="none"/>
        </w:rPr>
        <w:t xml:space="preserve"> Congressional,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MATTHEW SCHRUERS: We're just talking about the scale of the problem. And I would note that </w:t>
      </w:r>
      <w:r>
        <w:rPr>
          <w:b w:val="0"/>
          <w:i w:val="0"/>
          <w:smallCaps w:val="0"/>
          <w:strike w:val="0"/>
          <w:u w:val="none"/>
        </w:rPr>
        <w:t>all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 statistics</w:t>
      </w:r>
      <w:r>
        <w:rPr>
          <w:b w:val="0"/>
          <w:i w:val="0"/>
          <w:smallCaps w:val="0"/>
          <w:strike w:val="0"/>
          <w:u w:val="none"/>
        </w:rPr>
        <w:t xml:space="preserve"> that we're looking 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none"/>
        </w:rPr>
        <w:t xml:space="preserve"> by their own terms,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wildly inflated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relative to the problem that we're talking about. </w:t>
      </w:r>
      <w:r>
        <w:rPr>
          <w:b w:val="0"/>
          <w:i w:val="0"/>
          <w:smallCaps w:val="0"/>
          <w:strike w:val="0"/>
          <w:u w:val="none"/>
        </w:rPr>
        <w:t>First of all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many of them are the upper range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 we get a site of between X and Y. And Y is the top figure and then Y becomes the figure</w:t>
      </w:r>
      <w:r>
        <w:rPr>
          <w:b w:val="0"/>
          <w:i w:val="0"/>
          <w:smallCaps w:val="0"/>
          <w:strike w:val="0"/>
          <w:u w:val="none"/>
        </w:rPr>
        <w:t xml:space="preserve">, so. We need to realize that --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outer bound is not the median figure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Secondly,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most of these figures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apply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include copyright piracy, patent infringement</w:t>
      </w:r>
      <w:r>
        <w:rPr>
          <w:b w:val="0"/>
          <w:i w:val="0"/>
          <w:smallCaps w:val="0"/>
          <w:strike w:val="0"/>
          <w:u w:val="none"/>
        </w:rPr>
        <w:t xml:space="preserve">. And -- and I'll be the first to acknowledge that infringement in foreign markets that have weak rule of law is a serious policy problem. That is not the problem that -- that we're talking about here.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bill is not going to do anything about pirated software in China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It's not going to prevent patent infringement</w:t>
      </w:r>
      <w:r>
        <w:rPr>
          <w:b w:val="0"/>
          <w:i w:val="0"/>
          <w:smallCaps w:val="0"/>
          <w:strike w:val="0"/>
          <w:u w:val="none"/>
        </w:rPr>
        <w:t xml:space="preserve">. It's --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it's not going to prevent</w:t>
      </w:r>
      <w:r>
        <w:rPr>
          <w:b w:val="0"/>
          <w:i w:val="0"/>
          <w:smallCaps w:val="0"/>
          <w:strike w:val="0"/>
          <w:u w:val="none"/>
        </w:rPr>
        <w:t xml:space="preserve"> the sale of --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physical sale of a bootleg handbag on the street of Moscow</w:t>
      </w:r>
      <w:r>
        <w:rPr>
          <w:b w:val="0"/>
          <w:i w:val="0"/>
          <w:smallCaps w:val="0"/>
          <w:strike w:val="0"/>
          <w:u w:val="none"/>
        </w:rPr>
        <w:t xml:space="preserve">, right? This is just about regulating online platforms. And </w:t>
      </w:r>
      <w:r>
        <w:rPr>
          <w:b w:val="0"/>
          <w:i w:val="0"/>
          <w:smallCaps w:val="0"/>
          <w:strike w:val="0"/>
          <w:sz w:val="22"/>
          <w:u w:val="single"/>
        </w:rPr>
        <w:t>those numbers are wildly over inclusive</w:t>
      </w:r>
      <w:r>
        <w:rPr>
          <w:b w:val="0"/>
          <w:i w:val="0"/>
          <w:smallCaps w:val="0"/>
          <w:strike w:val="0"/>
          <w:u w:val="none"/>
        </w:rPr>
        <w:t xml:space="preserve"> based on what we're talking about here. </w:t>
      </w:r>
      <w:r>
        <w:rPr>
          <w:b w:val="0"/>
          <w:i w:val="0"/>
          <w:smallCaps w:val="0"/>
          <w:strike w:val="0"/>
          <w:u w:val="none"/>
        </w:rPr>
        <w:t>So</w:t>
      </w:r>
      <w:r>
        <w:rPr>
          <w:b w:val="0"/>
          <w:i w:val="0"/>
          <w:smallCaps w:val="0"/>
          <w:strike w:val="0"/>
          <w:u w:val="none"/>
        </w:rPr>
        <w:t xml:space="preserve"> I think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 have to take these numbers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 many grains of salt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