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Food insecurity is a </w:t>
      </w:r>
      <w:r>
        <w:rPr>
          <w:b/>
          <w:i w:val="0"/>
          <w:smallCaps w:val="0"/>
          <w:strike w:val="0"/>
          <w:sz w:val="26"/>
          <w:u w:val="single"/>
        </w:rPr>
        <w:t>distribution</w:t>
      </w:r>
      <w:r>
        <w:rPr>
          <w:b/>
          <w:i w:val="0"/>
          <w:smallCaps w:val="0"/>
          <w:strike w:val="0"/>
          <w:sz w:val="26"/>
          <w:u w:val="none"/>
        </w:rPr>
        <w:t xml:space="preserve"> problem, not production</w:t>
      </w:r>
    </w:p>
    <w:p>
      <w:pPr>
        <w:spacing w:after="80"/>
      </w:pPr>
      <w:r>
        <w:rPr>
          <w:b/>
          <w:i w:val="0"/>
          <w:smallCaps w:val="0"/>
          <w:strike w:val="0"/>
          <w:sz w:val="26"/>
          <w:u w:val="none"/>
        </w:rPr>
        <w:t>World Food Program,</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“Is There a Global Food Shortage? What’s Causing Hunger, Famine and Rising Food Costs Around the World” Last updated 6/17/24, </w:t>
      </w:r>
      <w:r>
        <w:rPr>
          <w:b w:val="0"/>
          <w:i w:val="0"/>
          <w:smallCaps w:val="0"/>
          <w:strike w:val="0"/>
          <w:u w:val="none"/>
        </w:rPr>
        <w:t xml:space="preserve"> </w:t>
      </w:r>
      <w:r>
        <w:rPr>
          <w:b w:val="0"/>
          <w:i w:val="0"/>
          <w:smallCaps w:val="0"/>
          <w:strike w:val="0"/>
          <w:u w:val="none"/>
        </w:rPr>
        <w:t>//DH</w:t>
      </w:r>
    </w:p>
    <w:p>
      <w:pPr>
        <w:spacing w:after="60"/>
      </w:pPr>
      <w:r>
        <w:rPr>
          <w:b w:val="0"/>
          <w:i w:val="0"/>
          <w:smallCaps w:val="0"/>
          <w:strike w:val="0"/>
          <w:sz w:val="22"/>
          <w:u w:val="single"/>
        </w:rPr>
        <w:t xml:space="preserve">There is no global food shortage because we produce more than enough food to feed everyone </w:t>
      </w:r>
      <w:r>
        <w:rPr>
          <w:b w:val="0"/>
          <w:i w:val="0"/>
          <w:smallCaps w:val="0"/>
          <w:strike w:val="0"/>
          <w:u w:val="none"/>
        </w:rPr>
        <w:t xml:space="preserve">in the world. </w:t>
      </w:r>
      <w:r>
        <w:rPr>
          <w:b w:val="0"/>
          <w:i w:val="0"/>
          <w:smallCaps w:val="0"/>
          <w:strike w:val="0"/>
          <w:sz w:val="22"/>
          <w:u w:val="single"/>
        </w:rPr>
        <w:t>We produce so much food globally yet</w:t>
      </w:r>
      <w:r>
        <w:rPr>
          <w:b w:val="0"/>
          <w:i w:val="0"/>
          <w:smallCaps w:val="0"/>
          <w:strike w:val="0"/>
          <w:u w:val="none"/>
        </w:rPr>
        <w:t xml:space="preserve"> </w:t>
      </w:r>
      <w:r>
        <w:rPr>
          <w:b/>
          <w:i w:val="0"/>
          <w:smallCaps w:val="0"/>
          <w:strike w:val="0"/>
          <w:sz w:val="22"/>
          <w:u w:val="single"/>
        </w:rPr>
        <w:t>one–third</w:t>
      </w:r>
      <w:r>
        <w:rPr>
          <w:b w:val="0"/>
          <w:i w:val="0"/>
          <w:smallCaps w:val="0"/>
          <w:strike w:val="0"/>
          <w:u w:val="none"/>
        </w:rPr>
        <w:t xml:space="preserve"> of it – 1</w:t>
      </w:r>
      <w:r>
        <w:rPr>
          <w:b w:val="0"/>
          <w:i w:val="0"/>
          <w:smallCaps w:val="0"/>
          <w:strike w:val="0"/>
          <w:sz w:val="22"/>
          <w:u w:val="single"/>
        </w:rPr>
        <w:t>.3 billion tons – is wasted</w:t>
      </w:r>
      <w:r>
        <w:rPr>
          <w:b w:val="0"/>
          <w:i w:val="0"/>
          <w:smallCaps w:val="0"/>
          <w:strike w:val="0"/>
          <w:u w:val="none"/>
        </w:rPr>
        <w:t xml:space="preserve">. According to the U.N. Food and Agriculture Organization (FAO), all </w:t>
      </w:r>
      <w:r>
        <w:rPr>
          <w:b w:val="0"/>
          <w:i w:val="0"/>
          <w:smallCaps w:val="0"/>
          <w:strike w:val="0"/>
          <w:sz w:val="22"/>
          <w:u w:val="single"/>
        </w:rPr>
        <w:t>that wasted food is enough to feed 1.26 billion people</w:t>
      </w:r>
      <w:r>
        <w:rPr>
          <w:b w:val="0"/>
          <w:i w:val="0"/>
          <w:smallCaps w:val="0"/>
          <w:strike w:val="0"/>
          <w:u w:val="none"/>
        </w:rPr>
        <w:t xml:space="preserve">: almost </w:t>
      </w:r>
      <w:r>
        <w:rPr>
          <w:b w:val="0"/>
          <w:i w:val="0"/>
          <w:smallCaps w:val="0"/>
          <w:strike w:val="0"/>
          <w:sz w:val="22"/>
          <w:u w:val="single"/>
        </w:rPr>
        <w:t>twice the number of undernourished people</w:t>
      </w:r>
      <w:r>
        <w:rPr>
          <w:b w:val="0"/>
          <w:i w:val="0"/>
          <w:smallCaps w:val="0"/>
          <w:strike w:val="0"/>
          <w:u w:val="none"/>
        </w:rPr>
        <w:t xml:space="preserve"> across the globe.</w:t>
      </w:r>
    </w:p>
    <w:p>
      <w:pPr>
        <w:spacing w:after="60"/>
      </w:pPr>
      <w:r>
        <w:rPr>
          <w:b w:val="0"/>
          <w:i w:val="0"/>
          <w:smallCaps w:val="0"/>
          <w:strike w:val="0"/>
          <w:u w:val="none"/>
        </w:rPr>
        <w:t xml:space="preserve">So, if there’s enough food for everyone in the world, </w:t>
      </w:r>
      <w:r>
        <w:rPr>
          <w:b w:val="0"/>
          <w:i w:val="0"/>
          <w:smallCaps w:val="0"/>
          <w:strike w:val="0"/>
          <w:sz w:val="22"/>
          <w:u w:val="single"/>
        </w:rPr>
        <w:t>why do some countries face food shortages? It’s mostly due to a lack of access to food, technology and resilient food production systems</w:t>
      </w:r>
      <w:r>
        <w:rPr>
          <w:b w:val="0"/>
          <w:i w:val="0"/>
          <w:smallCaps w:val="0"/>
          <w:strike w:val="0"/>
          <w:u w:val="none"/>
        </w:rPr>
        <w:t>.</w:t>
      </w:r>
    </w:p>
    <w:p>
      <w:pPr>
        <w:spacing w:after="60"/>
      </w:pPr>
      <w:r>
        <w:rPr>
          <w:b w:val="0"/>
          <w:i w:val="0"/>
          <w:smallCaps w:val="0"/>
          <w:strike w:val="0"/>
          <w:u w:val="none"/>
        </w:rPr>
        <w:t>What Causes Food Shortages Around the World?</w:t>
      </w:r>
    </w:p>
    <w:p>
      <w:pPr>
        <w:spacing w:after="60"/>
      </w:pPr>
      <w:r>
        <w:rPr>
          <w:b w:val="0"/>
          <w:i w:val="0"/>
          <w:smallCaps w:val="0"/>
          <w:strike w:val="0"/>
          <w:u w:val="none"/>
        </w:rPr>
        <w:t>Some countries and regions can’t provide enough food for their people. Why does this happen?</w:t>
      </w:r>
    </w:p>
    <w:p>
      <w:pPr>
        <w:spacing w:after="60"/>
      </w:pPr>
      <w:r>
        <w:rPr>
          <w:b w:val="0"/>
          <w:i w:val="0"/>
          <w:smallCaps w:val="0"/>
          <w:strike w:val="0"/>
          <w:u w:val="none"/>
        </w:rPr>
        <w:t>Without enough:</w:t>
      </w:r>
    </w:p>
    <w:p>
      <w:pPr>
        <w:spacing w:after="60"/>
      </w:pPr>
      <w:r>
        <w:rPr>
          <w:b w:val="0"/>
          <w:i w:val="0"/>
          <w:smallCaps w:val="0"/>
          <w:strike w:val="0"/>
          <w:u w:val="none"/>
        </w:rPr>
        <w:t>People with skills like scientists, farmers, and logistics and transport experts who uphold efficient food systems</w:t>
      </w:r>
    </w:p>
    <w:p>
      <w:pPr>
        <w:spacing w:after="60"/>
      </w:pPr>
      <w:r>
        <w:rPr>
          <w:b w:val="0"/>
          <w:i w:val="0"/>
          <w:smallCaps w:val="0"/>
          <w:strike w:val="0"/>
          <w:u w:val="none"/>
        </w:rPr>
        <w:t>Financial capital</w:t>
      </w:r>
    </w:p>
    <w:p>
      <w:pPr>
        <w:spacing w:after="60"/>
      </w:pPr>
      <w:r>
        <w:rPr>
          <w:b w:val="0"/>
          <w:i w:val="0"/>
          <w:smallCaps w:val="0"/>
          <w:strike w:val="0"/>
          <w:u w:val="none"/>
        </w:rPr>
        <w:t>And environmental resources like arable land and water needed to grow food,</w:t>
      </w:r>
    </w:p>
    <w:p>
      <w:pPr>
        <w:spacing w:after="60"/>
      </w:pPr>
      <w:r>
        <w:rPr>
          <w:b w:val="0"/>
          <w:i w:val="0"/>
          <w:smallCaps w:val="0"/>
          <w:strike w:val="0"/>
          <w:u w:val="none"/>
        </w:rPr>
        <w:t>a country may be unable to provide enough food for its people.</w:t>
      </w:r>
    </w:p>
    <w:p>
      <w:pPr>
        <w:spacing w:after="60"/>
      </w:pPr>
      <w:r>
        <w:rPr>
          <w:b w:val="0"/>
          <w:i w:val="0"/>
          <w:smallCaps w:val="0"/>
          <w:strike w:val="0"/>
          <w:u w:val="none"/>
        </w:rPr>
        <w:t>In low-income countries especially, a lack of resources can also lead to high rates of food loss during the early stages of growth, harvest and storage. For example, poor storage can lead to infestations or mold that ruin food before it can be eaten.</w:t>
      </w:r>
    </w:p>
    <w:p>
      <w:pPr>
        <w:spacing w:after="60"/>
      </w:pPr>
      <w:r>
        <w:rPr>
          <w:b w:val="0"/>
          <w:i w:val="0"/>
          <w:smallCaps w:val="0"/>
          <w:strike w:val="0"/>
          <w:u w:val="none"/>
        </w:rPr>
        <w:t>Or,</w:t>
      </w:r>
      <w:r>
        <w:rPr>
          <w:b w:val="0"/>
          <w:i w:val="0"/>
          <w:smallCaps w:val="0"/>
          <w:strike w:val="0"/>
          <w:u w:val="none"/>
        </w:rPr>
        <w:t xml:space="preserve"> </w:t>
      </w:r>
      <w:r>
        <w:rPr>
          <w:b w:val="0"/>
          <w:i w:val="0"/>
          <w:smallCaps w:val="0"/>
          <w:strike w:val="0"/>
          <w:sz w:val="22"/>
          <w:u w:val="single"/>
        </w:rPr>
        <w:t>a country might produce or be able to import enough food for its population but shocks like climate disasters or political upheaval prevent the equitable distribution of food to vulnerable</w:t>
      </w:r>
      <w:r>
        <w:rPr>
          <w:b w:val="0"/>
          <w:i w:val="0"/>
          <w:smallCaps w:val="0"/>
          <w:strike w:val="0"/>
          <w:u w:val="none"/>
        </w:rPr>
        <w:t xml:space="preserve"> or isolated </w:t>
      </w:r>
      <w:r>
        <w:rPr>
          <w:b w:val="0"/>
          <w:i w:val="0"/>
          <w:smallCaps w:val="0"/>
          <w:strike w:val="0"/>
          <w:sz w:val="22"/>
          <w:u w:val="single"/>
        </w:rPr>
        <w:t>communities</w:t>
      </w:r>
      <w:r>
        <w:rPr>
          <w:b w:val="0"/>
          <w:i w:val="0"/>
          <w:smallCaps w:val="0"/>
          <w:strike w:val="0"/>
          <w:u w:val="none"/>
        </w:rPr>
        <w:t xml:space="preserve">. Those communities then lose access to food and can experience a shortage. And </w:t>
      </w:r>
      <w:r>
        <w:rPr>
          <w:b w:val="0"/>
          <w:i w:val="0"/>
          <w:smallCaps w:val="0"/>
          <w:strike w:val="0"/>
          <w:sz w:val="22"/>
          <w:u w:val="single"/>
        </w:rPr>
        <w:t>bigger disruptors, like war, can stop trade or destroy food systems entirely</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