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Too many obstacles exist</w:t>
      </w:r>
      <w:r>
        <w:rPr>
          <w:b/>
          <w:i w:val="0"/>
          <w:smallCaps w:val="0"/>
          <w:strike w:val="0"/>
          <w:sz w:val="26"/>
          <w:u w:val="none"/>
        </w:rPr>
        <w:t xml:space="preserve"> to getting a nuke</w:t>
      </w:r>
    </w:p>
    <w:p>
      <w:pPr>
        <w:spacing w:after="80"/>
      </w:pPr>
      <w:r>
        <w:rPr>
          <w:b w:val="0"/>
          <w:i w:val="0"/>
          <w:smallCaps w:val="0"/>
          <w:strike w:val="0"/>
          <w:u w:val="none"/>
        </w:rPr>
        <w:t xml:space="preserve">John </w:t>
      </w:r>
      <w:r>
        <w:rPr>
          <w:b/>
          <w:i w:val="0"/>
          <w:smallCaps w:val="0"/>
          <w:strike w:val="0"/>
          <w:sz w:val="26"/>
          <w:u w:val="none"/>
        </w:rPr>
        <w:t>Mueller,</w:t>
      </w:r>
      <w:r>
        <w:rPr>
          <w:b w:val="0"/>
          <w:i w:val="0"/>
          <w:smallCaps w:val="0"/>
          <w:strike w:val="0"/>
          <w:u w:val="none"/>
        </w:rPr>
        <w:t xml:space="preserve"> 20</w:t>
      </w:r>
      <w:r>
        <w:rPr>
          <w:b/>
          <w:i w:val="0"/>
          <w:smallCaps w:val="0"/>
          <w:strike w:val="0"/>
          <w:sz w:val="26"/>
          <w:u w:val="none"/>
        </w:rPr>
        <w:t xml:space="preserve">20 </w:t>
      </w:r>
      <w:r>
        <w:rPr>
          <w:b w:val="0"/>
          <w:i w:val="0"/>
          <w:smallCaps w:val="0"/>
          <w:strike w:val="0"/>
          <w:u w:val="none"/>
        </w:rPr>
        <w:t>– emeritus professor of political science at Ohio State “</w:t>
      </w:r>
      <w:r>
        <w:rPr>
          <w:b w:val="0"/>
          <w:i w:val="0"/>
          <w:smallCaps w:val="0"/>
          <w:strike w:val="0"/>
          <w:u w:val="none"/>
        </w:rPr>
        <w:t xml:space="preserve">Nuclear Alarmism: Proliferation and Terrorism” 6/24, </w:t>
      </w:r>
      <w:r>
        <w:rPr>
          <w:b w:val="0"/>
          <w:i w:val="0"/>
          <w:smallCaps w:val="0"/>
          <w:strike w:val="0"/>
          <w:u w:val="none"/>
        </w:rPr>
        <w:t xml:space="preserve"> //DH</w:t>
      </w:r>
    </w:p>
    <w:p>
      <w:pPr>
        <w:spacing w:after="60"/>
      </w:pPr>
      <w:r>
        <w:rPr>
          <w:b w:val="0"/>
          <w:i w:val="0"/>
          <w:smallCaps w:val="0"/>
          <w:strike w:val="0"/>
          <w:u w:val="none"/>
        </w:rPr>
        <w:t xml:space="preserve">However, thus far, </w:t>
      </w:r>
      <w:r>
        <w:rPr>
          <w:b w:val="0"/>
          <w:i w:val="0"/>
          <w:smallCaps w:val="0"/>
          <w:strike w:val="0"/>
          <w:sz w:val="22"/>
          <w:highlight w:val="cyan"/>
          <w:u w:val="single"/>
        </w:rPr>
        <w:t>terrorist groups seem to have exhibited only limited desire and even less progress in going atomic</w:t>
      </w:r>
      <w:r>
        <w:rPr>
          <w:b w:val="0"/>
          <w:i w:val="0"/>
          <w:smallCaps w:val="0"/>
          <w:strike w:val="0"/>
          <w:highlight w:val="cyan"/>
          <w:u w:val="none"/>
        </w:rPr>
        <w:t>.</w:t>
      </w:r>
      <w:r>
        <w:rPr>
          <w:b w:val="0"/>
          <w:i w:val="0"/>
          <w:smallCaps w:val="0"/>
          <w:strike w:val="0"/>
          <w:u w:val="none"/>
        </w:rPr>
        <w:t xml:space="preserve"> That lack of action may be because, after a brief exploration of the possible routes, they — unlike generations of alarmists — have discovered that </w:t>
      </w:r>
      <w:r>
        <w:rPr>
          <w:b w:val="0"/>
          <w:i w:val="0"/>
          <w:smallCaps w:val="0"/>
          <w:strike w:val="0"/>
          <w:sz w:val="22"/>
          <w:u w:val="single"/>
        </w:rPr>
        <w:t>the tremendous effort required is scarcely likely to be successful</w:t>
      </w:r>
      <w:r>
        <w:rPr>
          <w:b w:val="0"/>
          <w:i w:val="0"/>
          <w:smallCaps w:val="0"/>
          <w:strike w:val="0"/>
          <w:u w:val="none"/>
        </w:rPr>
        <w:t>.34</w:t>
      </w:r>
    </w:p>
    <w:p>
      <w:pPr>
        <w:spacing w:after="60"/>
      </w:pPr>
      <w:r>
        <w:rPr>
          <w:b w:val="0"/>
          <w:i w:val="0"/>
          <w:smallCaps w:val="0"/>
          <w:strike w:val="0"/>
          <w:u w:val="none"/>
        </w:rPr>
        <w:t>Obtaining a Finished Bomb: Assistance by a State</w:t>
      </w:r>
    </w:p>
    <w:p>
      <w:pPr>
        <w:spacing w:after="60"/>
      </w:pPr>
      <w:r>
        <w:rPr>
          <w:b w:val="0"/>
          <w:i w:val="0"/>
          <w:smallCaps w:val="0"/>
          <w:strike w:val="0"/>
          <w:u w:val="none"/>
        </w:rPr>
        <w:t xml:space="preserve">One route a </w:t>
      </w:r>
      <w:r>
        <w:rPr>
          <w:b w:val="0"/>
          <w:i w:val="0"/>
          <w:smallCaps w:val="0"/>
          <w:strike w:val="0"/>
          <w:u w:val="none"/>
        </w:rPr>
        <w:t>would</w:t>
      </w:r>
      <w:r>
        <w:rPr>
          <w:b w:val="0"/>
          <w:i w:val="0"/>
          <w:smallCaps w:val="0"/>
          <w:strike w:val="0"/>
          <w:u w:val="none"/>
        </w:rPr>
        <w:t xml:space="preserve">‐​be atomic terrorist might take would be </w:t>
      </w:r>
      <w:r>
        <w:rPr>
          <w:b w:val="0"/>
          <w:i w:val="0"/>
          <w:smallCaps w:val="0"/>
          <w:strike w:val="0"/>
          <w:sz w:val="22"/>
          <w:highlight w:val="cyan"/>
          <w:u w:val="single"/>
        </w:rPr>
        <w:t>to receive or buy a bomb</w:t>
      </w:r>
      <w:r>
        <w:rPr>
          <w:b w:val="0"/>
          <w:i w:val="0"/>
          <w:smallCaps w:val="0"/>
          <w:strike w:val="0"/>
          <w:highlight w:val="cyan"/>
          <w:u w:val="none"/>
        </w:rPr>
        <w:t xml:space="preserve"> </w:t>
      </w:r>
      <w:r>
        <w:rPr>
          <w:b w:val="0"/>
          <w:i w:val="0"/>
          <w:smallCaps w:val="0"/>
          <w:strike w:val="0"/>
          <w:sz w:val="22"/>
          <w:highlight w:val="cyan"/>
          <w:u w:val="single"/>
        </w:rPr>
        <w:t>from</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u w:val="none"/>
        </w:rPr>
        <w:t xml:space="preserve"> generous like‐​minded nuclear </w:t>
      </w:r>
      <w:r>
        <w:rPr>
          <w:b w:val="0"/>
          <w:i w:val="0"/>
          <w:smallCaps w:val="0"/>
          <w:strike w:val="0"/>
          <w:sz w:val="22"/>
          <w:highlight w:val="cyan"/>
          <w:u w:val="single"/>
        </w:rPr>
        <w:t>state</w:t>
      </w:r>
      <w:r>
        <w:rPr>
          <w:b w:val="0"/>
          <w:i w:val="0"/>
          <w:smallCaps w:val="0"/>
          <w:strike w:val="0"/>
          <w:sz w:val="22"/>
          <w:u w:val="single"/>
        </w:rPr>
        <w:t xml:space="preserve"> </w:t>
      </w:r>
      <w:r>
        <w:rPr>
          <w:b w:val="0"/>
          <w:i w:val="0"/>
          <w:smallCaps w:val="0"/>
          <w:strike w:val="0"/>
          <w:u w:val="none"/>
        </w:rPr>
        <w:t xml:space="preserve">for delivery abroad. That route </w:t>
      </w:r>
      <w:r>
        <w:rPr>
          <w:b w:val="0"/>
          <w:i w:val="0"/>
          <w:smallCaps w:val="0"/>
          <w:strike w:val="0"/>
          <w:sz w:val="22"/>
          <w:highlight w:val="cyan"/>
          <w:u w:val="single"/>
        </w:rPr>
        <w:t>is highly improbable</w:t>
      </w:r>
      <w:r>
        <w:rPr>
          <w:b w:val="0"/>
          <w:i w:val="0"/>
          <w:smallCaps w:val="0"/>
          <w:strike w:val="0"/>
          <w:u w:val="none"/>
        </w:rPr>
        <w:t xml:space="preserve">, however, </w:t>
      </w:r>
      <w:r>
        <w:rPr>
          <w:b w:val="0"/>
          <w:i w:val="0"/>
          <w:smallCaps w:val="0"/>
          <w:strike w:val="0"/>
          <w:sz w:val="22"/>
          <w:highlight w:val="cyan"/>
          <w:u w:val="single"/>
        </w:rPr>
        <w:t>because there would be too much risk</w:t>
      </w:r>
      <w:r>
        <w:rPr>
          <w:b w:val="0"/>
          <w:i w:val="0"/>
          <w:smallCaps w:val="0"/>
          <w:strike w:val="0"/>
          <w:u w:val="none"/>
        </w:rPr>
        <w:t xml:space="preserve"> — even for a country led by extremists — </w:t>
      </w:r>
      <w:r>
        <w:rPr>
          <w:b w:val="0"/>
          <w:i w:val="0"/>
          <w:smallCaps w:val="0"/>
          <w:strike w:val="0"/>
          <w:sz w:val="22"/>
          <w:u w:val="single"/>
        </w:rPr>
        <w:t>that the</w:t>
      </w:r>
      <w:r>
        <w:rPr>
          <w:b w:val="0"/>
          <w:i w:val="0"/>
          <w:smallCaps w:val="0"/>
          <w:strike w:val="0"/>
          <w:u w:val="none"/>
        </w:rPr>
        <w:t xml:space="preserve"> ultimate </w:t>
      </w:r>
      <w:r>
        <w:rPr>
          <w:b w:val="0"/>
          <w:i w:val="0"/>
          <w:smallCaps w:val="0"/>
          <w:strike w:val="0"/>
          <w:sz w:val="22"/>
          <w:u w:val="single"/>
        </w:rPr>
        <w:t>source of the weapon would be discovered</w:t>
      </w:r>
      <w:r>
        <w:rPr>
          <w:b w:val="0"/>
          <w:i w:val="0"/>
          <w:smallCaps w:val="0"/>
          <w:strike w:val="0"/>
          <w:u w:val="none"/>
        </w:rPr>
        <w:t xml:space="preserve">. As one prominent analyst, Matthew Bunn, puts it, “A dictator or oligarch bent on maintaining power is highly unlikely to take the immense risk of transferring such a devastating capability to terrorists they cannot control, given the ever‐​present possibility that the material would be traced back to its origin.” Important in this last consideration are </w:t>
      </w:r>
      <w:r>
        <w:rPr>
          <w:b w:val="0"/>
          <w:i w:val="0"/>
          <w:smallCaps w:val="0"/>
          <w:strike w:val="0"/>
          <w:u w:val="none"/>
        </w:rPr>
        <w:t>deterrent safeguards afforded by “nuclear forensics</w:t>
      </w:r>
      <w:r>
        <w:rPr>
          <w:b w:val="0"/>
          <w:i w:val="0"/>
          <w:smallCaps w:val="0"/>
          <w:strike w:val="0"/>
          <w:u w:val="none"/>
        </w:rPr>
        <w:t>,” which is the rapidly developing science (and art) of connecting nuclear materials to their sources even after a bomb has been exploded.35</w:t>
      </w:r>
    </w:p>
    <w:p>
      <w:pPr>
        <w:spacing w:after="60"/>
      </w:pPr>
      <w:r>
        <w:rPr>
          <w:b w:val="0"/>
          <w:i w:val="0"/>
          <w:smallCaps w:val="0"/>
          <w:strike w:val="0"/>
          <w:u w:val="none"/>
        </w:rPr>
        <w:t>Moreover</w:t>
      </w:r>
      <w:r>
        <w:rPr>
          <w:b w:val="0"/>
          <w:i w:val="0"/>
          <w:smallCaps w:val="0"/>
          <w:strike w:val="0"/>
          <w:highlight w:val="cyan"/>
          <w:u w:val="none"/>
        </w:rPr>
        <w:t xml:space="preserve">, </w:t>
      </w:r>
      <w:r>
        <w:rPr>
          <w:b w:val="0"/>
          <w:i w:val="0"/>
          <w:smallCaps w:val="0"/>
          <w:strike w:val="0"/>
          <w:sz w:val="22"/>
          <w:highlight w:val="cyan"/>
          <w:u w:val="single"/>
        </w:rPr>
        <w:t>there is</w:t>
      </w:r>
      <w:r>
        <w:rPr>
          <w:b w:val="0"/>
          <w:i w:val="0"/>
          <w:smallCaps w:val="0"/>
          <w:strike w:val="0"/>
          <w:sz w:val="22"/>
          <w:u w:val="single"/>
        </w:rPr>
        <w:t xml:space="preserve"> a very </w:t>
      </w:r>
      <w:r>
        <w:rPr>
          <w:b w:val="0"/>
          <w:i w:val="0"/>
          <w:smallCaps w:val="0"/>
          <w:strike w:val="0"/>
          <w:sz w:val="22"/>
          <w:highlight w:val="cyan"/>
          <w:u w:val="single"/>
        </w:rPr>
        <w:t>considerable danger to the donor that the bomb</w:t>
      </w:r>
      <w:r>
        <w:rPr>
          <w:b w:val="0"/>
          <w:i w:val="0"/>
          <w:smallCaps w:val="0"/>
          <w:strike w:val="0"/>
          <w:u w:val="none"/>
        </w:rPr>
        <w:t xml:space="preserve"> (and its source) </w:t>
      </w:r>
      <w:r>
        <w:rPr>
          <w:b w:val="0"/>
          <w:i w:val="0"/>
          <w:smallCaps w:val="0"/>
          <w:strike w:val="0"/>
          <w:sz w:val="22"/>
          <w:highlight w:val="cyan"/>
          <w:u w:val="single"/>
        </w:rPr>
        <w:t>would be discovered before delivery</w:t>
      </w:r>
      <w:r>
        <w:rPr>
          <w:b w:val="0"/>
          <w:i w:val="0"/>
          <w:smallCaps w:val="0"/>
          <w:strike w:val="0"/>
          <w:u w:val="none"/>
        </w:rPr>
        <w:t xml:space="preserve"> or that it would be exploded in a manner and on a target the donor would not approve of — including on the donor itself. Another concern would be that the terrorist group might be infiltrated by foreign intelligence.36</w:t>
      </w:r>
    </w:p>
    <w:p>
      <w:pPr>
        <w:spacing w:after="60"/>
      </w:pPr>
      <w:r>
        <w:rPr>
          <w:b w:val="0"/>
          <w:i w:val="0"/>
          <w:smallCaps w:val="0"/>
          <w:strike w:val="0"/>
          <w:u w:val="none"/>
        </w:rPr>
        <w:t>In addition, almost no one would trust al Qaeda. As one observer has pointed out, the terrorist group’s explicit enemies list includes not only Christians and Jews but also all Middle Eastern regimes; Muslims who don’t share its views; most Western countries; the governments of Afghanistan, India, Pakistan, and Russia; most news organizations; the United Nations; and international nongovernmental organizations.37 Most of the time, it didn’t get along all that well even with its host in Afghanistan, the Taliban government.38</w:t>
      </w:r>
    </w:p>
    <w:p>
      <w:pPr>
        <w:spacing w:after="60"/>
      </w:pPr>
      <w:r>
        <w:rPr>
          <w:b w:val="0"/>
          <w:i w:val="0"/>
          <w:smallCaps w:val="0"/>
          <w:strike w:val="0"/>
          <w:u w:val="none"/>
        </w:rPr>
        <w:t>Stealing or Illicitly Purchasing a Bomb: Loose Nukes</w:t>
      </w:r>
    </w:p>
    <w:p>
      <w:pPr>
        <w:spacing w:after="60"/>
      </w:pPr>
      <w:r>
        <w:rPr>
          <w:b w:val="0"/>
          <w:i w:val="0"/>
          <w:smallCaps w:val="0"/>
          <w:strike w:val="0"/>
          <w:sz w:val="22"/>
          <w:highlight w:val="cyan"/>
          <w:u w:val="single"/>
        </w:rPr>
        <w:t>There has</w:t>
      </w:r>
      <w:r>
        <w:rPr>
          <w:b w:val="0"/>
          <w:i w:val="0"/>
          <w:smallCaps w:val="0"/>
          <w:strike w:val="0"/>
          <w:sz w:val="22"/>
          <w:u w:val="single"/>
        </w:rPr>
        <w:t xml:space="preserve"> also </w:t>
      </w:r>
      <w:r>
        <w:rPr>
          <w:b w:val="0"/>
          <w:i w:val="0"/>
          <w:smallCaps w:val="0"/>
          <w:strike w:val="0"/>
          <w:sz w:val="22"/>
          <w:highlight w:val="cyan"/>
          <w:u w:val="single"/>
        </w:rPr>
        <w:t>been</w:t>
      </w:r>
      <w:r>
        <w:rPr>
          <w:b w:val="0"/>
          <w:i w:val="0"/>
          <w:smallCaps w:val="0"/>
          <w:strike w:val="0"/>
          <w:sz w:val="22"/>
          <w:u w:val="single"/>
        </w:rPr>
        <w:t xml:space="preserve"> great </w:t>
      </w:r>
      <w:r>
        <w:rPr>
          <w:b w:val="0"/>
          <w:i w:val="0"/>
          <w:smallCaps w:val="0"/>
          <w:strike w:val="0"/>
          <w:sz w:val="22"/>
          <w:highlight w:val="cyan"/>
          <w:u w:val="single"/>
        </w:rPr>
        <w:t>worry about “loose nukes</w:t>
      </w:r>
      <w:r>
        <w:rPr>
          <w:b w:val="0"/>
          <w:i w:val="0"/>
          <w:smallCaps w:val="0"/>
          <w:strike w:val="0"/>
          <w:u w:val="none"/>
        </w:rPr>
        <w:t xml:space="preserve">,” especially </w:t>
      </w:r>
      <w:r>
        <w:rPr>
          <w:b w:val="0"/>
          <w:i w:val="0"/>
          <w:smallCaps w:val="0"/>
          <w:strike w:val="0"/>
          <w:sz w:val="22"/>
          <w:u w:val="single"/>
        </w:rPr>
        <w:t xml:space="preserve">in </w:t>
      </w:r>
      <w:r>
        <w:rPr>
          <w:b w:val="0"/>
          <w:i w:val="0"/>
          <w:smallCaps w:val="0"/>
          <w:strike w:val="0"/>
          <w:sz w:val="22"/>
          <w:u w:val="single"/>
        </w:rPr>
        <w:t>postcommunist</w:t>
      </w:r>
      <w:r>
        <w:rPr>
          <w:b w:val="0"/>
          <w:i w:val="0"/>
          <w:smallCaps w:val="0"/>
          <w:strike w:val="0"/>
          <w:sz w:val="22"/>
          <w:u w:val="single"/>
        </w:rPr>
        <w:t xml:space="preserve"> Russia</w:t>
      </w:r>
      <w:r>
        <w:rPr>
          <w:b w:val="0"/>
          <w:i w:val="0"/>
          <w:smallCaps w:val="0"/>
          <w:strike w:val="0"/>
          <w:u w:val="none"/>
        </w:rPr>
        <w:t xml:space="preserve"> — weapons, “suitcase bombs” in particular, that can be stolen or bought illicitly. </w:t>
      </w:r>
      <w:r>
        <w:rPr>
          <w:b w:val="0"/>
          <w:i w:val="0"/>
          <w:smallCaps w:val="0"/>
          <w:strike w:val="0"/>
          <w:sz w:val="22"/>
          <w:highlight w:val="cyan"/>
          <w:u w:val="single"/>
        </w:rPr>
        <w:t>A careful assessment conducted by the Center for Nonproliferation Studies has concluded that it is unlikely that any of those devices have been lost</w:t>
      </w:r>
      <w:r>
        <w:rPr>
          <w:b w:val="0"/>
          <w:i w:val="0"/>
          <w:smallCaps w:val="0"/>
          <w:strike w:val="0"/>
          <w:u w:val="none"/>
        </w:rPr>
        <w:t xml:space="preserve"> and that, regardless, their effectiveness would be very low or even nonexistent because they (like all nuclear weapons) require continual maintenance.39 Even some of those people most alarmed by the prospect of atomic terrorism have concluded, “It is probably true that there are no ‘loose nukes,’ transportable nuclear weapons missing from their proper storage locations and available for purchase in some way.“40</w:t>
      </w:r>
    </w:p>
    <w:p>
      <w:pPr>
        <w:spacing w:after="60"/>
      </w:pPr>
      <w:r>
        <w:rPr>
          <w:b w:val="0"/>
          <w:i w:val="0"/>
          <w:smallCaps w:val="0"/>
          <w:strike w:val="0"/>
          <w:u w:val="none"/>
        </w:rPr>
        <w:t xml:space="preserve">It might be added that Russia has an intense interest in controlling any weapons on its territory because it is likely to be a prime target of any illicit use by terrorist groups, particularly Chechen ones of course, with whom it has been waging a vicious on‐​and‐​off war for two decades. The government of Pakistan, which has been repeatedly threatened by terrorists, has a similar interest in controlling its nuclear weapons and material — and scientists. As noted by Stephen Younger, former head of nuclear weapons research and development at Los Alamos National Laboratory, “Regardless of what is reported in the news, all nuclear nations take the security of their weapons very </w:t>
      </w:r>
      <w:r>
        <w:rPr>
          <w:b w:val="0"/>
          <w:i w:val="0"/>
          <w:smallCaps w:val="0"/>
          <w:strike w:val="0"/>
          <w:u w:val="none"/>
        </w:rPr>
        <w:t>seriously.“</w:t>
      </w:r>
      <w:r>
        <w:rPr>
          <w:b w:val="0"/>
          <w:i w:val="0"/>
          <w:smallCaps w:val="0"/>
          <w:strike w:val="0"/>
          <w:u w:val="none"/>
        </w:rPr>
        <w:t>41 Even if a finished bomb were somehow lifted somewhere, the loss would soon be noted and a worldwide pursuit launched.</w:t>
      </w:r>
    </w:p>
    <w:p>
      <w:pPr>
        <w:spacing w:after="60"/>
      </w:pPr>
      <w:r>
        <w:rPr>
          <w:b w:val="0"/>
          <w:i w:val="0"/>
          <w:smallCaps w:val="0"/>
          <w:strike w:val="0"/>
          <w:u w:val="none"/>
        </w:rPr>
        <w:t xml:space="preserve">Moreover, finished bombs are outfitted with devices designed to trigger a nonnuclear explosion that would destroy the bomb if it were tampered with. And there are other security techniques: bombs can be kept disassembled with the components stored in separate high‐​security vaults, and security can be organized so that two people and multiple codes are required not only to use the bomb but also to store, maintain, and deploy it. If the terrorists seek to enlist (or force) the services of someone who already knows how to set off the bomb, they </w:t>
      </w:r>
      <w:r>
        <w:rPr>
          <w:b w:val="0"/>
          <w:i w:val="0"/>
          <w:smallCaps w:val="0"/>
          <w:strike w:val="0"/>
          <w:u w:val="none"/>
        </w:rPr>
        <w:t>would</w:t>
      </w:r>
      <w:r>
        <w:rPr>
          <w:b w:val="0"/>
          <w:i w:val="0"/>
          <w:smallCaps w:val="0"/>
          <w:strike w:val="0"/>
          <w:u w:val="none"/>
        </w:rPr>
        <w:t xml:space="preserve"> find, as Younger stresses, that “only few people in the world have the knowledge to cause an unauthorized detonation of a nuclear weapon.” Weapons designers know how a weapon works, he explains, but not the multiple types of signals necessary to set it off, and maintenance personnel are trained in only a limited set of functions.42</w:t>
      </w:r>
    </w:p>
    <w:p>
      <w:pPr>
        <w:spacing w:after="60"/>
      </w:pPr>
      <w:r>
        <w:rPr>
          <w:b w:val="0"/>
          <w:i w:val="0"/>
          <w:smallCaps w:val="0"/>
          <w:strike w:val="0"/>
          <w:u w:val="none"/>
        </w:rPr>
        <w:t>There could be dangers in the chaos that would emerge if a nuclear state were to fail, collapsing in full disarray — Pakistan is frequently brought up in this context and sometimes North Korea as well. However, even under those conditions, nuclear weapons would likely remain under heavy guard by people who know that a purloined bomb would most likely end up going off in their own territory; would still have locks (and in the case of Pakistan would be disassembled); and could probably be followed, located, and hunted down by an alarmed international community. The worst‐​case scenario in that instance requires not only a failed state but also a considerable series of additional permissive conditions, including consistent (and perfect) insider complicity and a sequence of hasty, opportunistic decisions or developments that click flawlessly in a manner far more familiar to Hollywood scriptwriters than to people experienced with reality.43</w:t>
      </w:r>
    </w:p>
    <w:p>
      <w:pPr>
        <w:spacing w:after="60"/>
      </w:pPr>
      <w:r>
        <w:rPr>
          <w:b w:val="0"/>
          <w:i w:val="0"/>
          <w:smallCaps w:val="0"/>
          <w:strike w:val="0"/>
          <w:u w:val="none"/>
        </w:rPr>
        <w:t>Building a Bomb of One’s Own</w:t>
      </w:r>
    </w:p>
    <w:p>
      <w:pPr>
        <w:spacing w:after="60"/>
      </w:pPr>
      <w:r>
        <w:rPr>
          <w:b w:val="0"/>
          <w:i w:val="0"/>
          <w:smallCaps w:val="0"/>
          <w:strike w:val="0"/>
          <w:u w:val="none"/>
        </w:rPr>
        <w:t xml:space="preserve">Because they are unlikely to be able to buy or steal a usable bomb and because they are further unlikely to have one handed off to them by an established nuclear state, the most plausible route for terrorists would be to manufacture the device themselves from purloined materials. That is the course identified by </w:t>
      </w:r>
      <w:r>
        <w:rPr>
          <w:b w:val="0"/>
          <w:i w:val="0"/>
          <w:smallCaps w:val="0"/>
          <w:strike w:val="0"/>
          <w:u w:val="none"/>
        </w:rPr>
        <w:t>a majority of</w:t>
      </w:r>
      <w:r>
        <w:rPr>
          <w:b w:val="0"/>
          <w:i w:val="0"/>
          <w:smallCaps w:val="0"/>
          <w:strike w:val="0"/>
          <w:u w:val="none"/>
        </w:rPr>
        <w:t xml:space="preserve"> leading experts as the one most likely to lead to nuclear terrorism.44</w:t>
      </w:r>
    </w:p>
    <w:p>
      <w:pPr>
        <w:spacing w:after="60"/>
      </w:pPr>
      <w:r>
        <w:rPr>
          <w:b w:val="0"/>
          <w:i w:val="0"/>
          <w:smallCaps w:val="0"/>
          <w:strike w:val="0"/>
          <w:u w:val="none"/>
        </w:rPr>
        <w:t xml:space="preserve">The simplest design is a “gun” type of device in which masses of highly enriched uranium are hurled at each other within a tube. Such a device would be, as Allison acknowledges, “large, cumbersome, unsafe, unreliable, unpredictable, and </w:t>
      </w:r>
      <w:r>
        <w:rPr>
          <w:b w:val="0"/>
          <w:i w:val="0"/>
          <w:smallCaps w:val="0"/>
          <w:strike w:val="0"/>
          <w:u w:val="none"/>
        </w:rPr>
        <w:t>inefficient.“</w:t>
      </w:r>
      <w:r>
        <w:rPr>
          <w:b w:val="0"/>
          <w:i w:val="0"/>
          <w:smallCaps w:val="0"/>
          <w:strike w:val="0"/>
          <w:u w:val="none"/>
        </w:rPr>
        <w:t>45</w:t>
      </w:r>
    </w:p>
    <w:p>
      <w:pPr>
        <w:spacing w:after="60"/>
      </w:pPr>
      <w:r>
        <w:rPr>
          <w:b w:val="0"/>
          <w:i w:val="0"/>
          <w:smallCaps w:val="0"/>
          <w:strike w:val="0"/>
          <w:sz w:val="22"/>
          <w:highlight w:val="cyan"/>
          <w:u w:val="single"/>
        </w:rPr>
        <w:t>The process of making</w:t>
      </w:r>
      <w:r>
        <w:rPr>
          <w:b w:val="0"/>
          <w:i w:val="0"/>
          <w:smallCaps w:val="0"/>
          <w:strike w:val="0"/>
          <w:sz w:val="22"/>
          <w:u w:val="single"/>
        </w:rPr>
        <w:t xml:space="preserve"> </w:t>
      </w:r>
      <w:r>
        <w:rPr>
          <w:b w:val="0"/>
          <w:i w:val="0"/>
          <w:smallCaps w:val="0"/>
          <w:strike w:val="0"/>
          <w:u w:val="none"/>
        </w:rPr>
        <w:t xml:space="preserve">such </w:t>
      </w:r>
      <w:r>
        <w:rPr>
          <w:b w:val="0"/>
          <w:i w:val="0"/>
          <w:smallCaps w:val="0"/>
          <w:strike w:val="0"/>
          <w:sz w:val="22"/>
          <w:highlight w:val="cyan"/>
          <w:u w:val="single"/>
        </w:rPr>
        <w:t>a weapon is daunting even in this minimal case</w:t>
      </w:r>
      <w:r>
        <w:rPr>
          <w:b w:val="0"/>
          <w:i w:val="0"/>
          <w:smallCaps w:val="0"/>
          <w:strike w:val="0"/>
          <w:u w:val="none"/>
        </w:rPr>
        <w:t>. In particular, the task requires that a considerable series of difficult hurdles be conquered and in sequence.</w:t>
      </w:r>
    </w:p>
    <w:p>
      <w:pPr>
        <w:spacing w:after="60"/>
      </w:pPr>
      <w:r>
        <w:rPr>
          <w:b w:val="0"/>
          <w:i w:val="0"/>
          <w:smallCaps w:val="0"/>
          <w:strike w:val="0"/>
          <w:u w:val="none"/>
        </w:rPr>
        <w:t xml:space="preserve">To begin with, now and likely for the foreseeable future, </w:t>
      </w:r>
      <w:r>
        <w:rPr>
          <w:b w:val="0"/>
          <w:i w:val="0"/>
          <w:smallCaps w:val="0"/>
          <w:strike w:val="0"/>
          <w:sz w:val="22"/>
          <w:highlight w:val="cyan"/>
          <w:u w:val="single"/>
        </w:rPr>
        <w:t>stateless groups are incapable of manufacturing the requisite weapons‐​grade uranium themselves</w:t>
      </w:r>
      <w:r>
        <w:rPr>
          <w:b w:val="0"/>
          <w:i w:val="0"/>
          <w:smallCaps w:val="0"/>
          <w:strike w:val="0"/>
          <w:u w:val="none"/>
        </w:rPr>
        <w:t xml:space="preserve"> because the process requires an effort on an industrial scale. Moreover, they are unlikely to be supplied with the material by a state for the same reasons a state is unlikely to give them a workable bomb.46 Thus, they would need to steal or illicitly purchase the crucial material.</w:t>
      </w:r>
    </w:p>
    <w:p>
      <w:pPr>
        <w:spacing w:after="60"/>
      </w:pPr>
      <w:r>
        <w:rPr>
          <w:b w:val="0"/>
          <w:i w:val="0"/>
          <w:smallCaps w:val="0"/>
          <w:strike w:val="0"/>
          <w:u w:val="none"/>
        </w:rPr>
        <w:t xml:space="preserve">A </w:t>
      </w:r>
      <w:r>
        <w:rPr>
          <w:b w:val="0"/>
          <w:i w:val="0"/>
          <w:smallCaps w:val="0"/>
          <w:strike w:val="0"/>
          <w:sz w:val="22"/>
          <w:highlight w:val="cyan"/>
          <w:u w:val="single"/>
        </w:rPr>
        <w:t>successful</w:t>
      </w:r>
      <w:r>
        <w:rPr>
          <w:b w:val="0"/>
          <w:i w:val="0"/>
          <w:smallCaps w:val="0"/>
          <w:strike w:val="0"/>
          <w:u w:val="none"/>
        </w:rPr>
        <w:t xml:space="preserve"> armed </w:t>
      </w:r>
      <w:r>
        <w:rPr>
          <w:b w:val="0"/>
          <w:i w:val="0"/>
          <w:smallCaps w:val="0"/>
          <w:strike w:val="0"/>
          <w:sz w:val="22"/>
          <w:highlight w:val="cyan"/>
          <w:u w:val="single"/>
        </w:rPr>
        <w:t>theft is exceedingly unlikely, not only because of the resistance of guards but also because chase would be immediate.</w:t>
      </w:r>
      <w:r>
        <w:rPr>
          <w:b w:val="0"/>
          <w:i w:val="0"/>
          <w:smallCaps w:val="0"/>
          <w:strike w:val="0"/>
          <w:u w:val="none"/>
        </w:rPr>
        <w:t xml:space="preserve"> A more plausible route would be to corrupt insiders to smuggle out the necessary fissile material. However, that approach requires the terrorists to pay off a host of greedy confederates, including brokers and money transmitters, any one of whom could turn on them or — either out of guile or incompetence — furnish them with stuff that is useless.47 Moreover, because of improved safeguards and accounting practices, it is decreasingly likely that the theft would remain undetected.48 That development is important because if any missing uranium is noticed, the authorities would investigate the few people who might have been able to assist the thieves, and one who seems suddenly to have become prosperous is likely to arrest their attention right from the start. Even one initially tempted by, seduced by, or sympathetic to, the blandishments of the smooth‐​talking foreign terrorists might soon develop sobering second thoughts and go to the authorities. Insiders tempted to assist terrorists might also come to ruminate over the fact that, once the heist was accomplished, the terrorists would, as analyst Brian Jenkins puts it none too delicately, “have every incentive to cover their trail, beginning with eliminating their </w:t>
      </w:r>
      <w:r>
        <w:rPr>
          <w:b w:val="0"/>
          <w:i w:val="0"/>
          <w:smallCaps w:val="0"/>
          <w:strike w:val="0"/>
          <w:u w:val="none"/>
        </w:rPr>
        <w:t>confederates.“</w:t>
      </w:r>
      <w:r>
        <w:rPr>
          <w:b w:val="0"/>
          <w:i w:val="0"/>
          <w:smallCaps w:val="0"/>
          <w:strike w:val="0"/>
          <w:u w:val="none"/>
        </w:rPr>
        <w:t>49</w:t>
      </w:r>
    </w:p>
    <w:p>
      <w:pPr>
        <w:spacing w:after="60"/>
      </w:pPr>
      <w:r>
        <w:rPr>
          <w:b w:val="0"/>
          <w:i w:val="0"/>
          <w:smallCaps w:val="0"/>
          <w:strike w:val="0"/>
          <w:u w:val="none"/>
        </w:rPr>
        <w:t xml:space="preserve">It is also relevant to note that over the years, </w:t>
      </w:r>
      <w:r>
        <w:rPr>
          <w:b w:val="0"/>
          <w:i w:val="0"/>
          <w:smallCaps w:val="0"/>
          <w:strike w:val="0"/>
          <w:sz w:val="22"/>
          <w:highlight w:val="cyan"/>
          <w:u w:val="single"/>
        </w:rPr>
        <w:t>known thefts of highly enriched uranium have totaled fewer than 16 pounds</w:t>
      </w:r>
      <w:r>
        <w:rPr>
          <w:b w:val="0"/>
          <w:i w:val="0"/>
          <w:smallCaps w:val="0"/>
          <w:strike w:val="0"/>
          <w:sz w:val="22"/>
          <w:u w:val="single"/>
        </w:rPr>
        <w:t>. That amount is far less than that required for an atomic explosion</w:t>
      </w:r>
      <w:r>
        <w:rPr>
          <w:b w:val="0"/>
          <w:i w:val="0"/>
          <w:smallCaps w:val="0"/>
          <w:strike w:val="0"/>
          <w:u w:val="none"/>
        </w:rPr>
        <w:t xml:space="preserve">: for a crude bomb, </w:t>
      </w:r>
      <w:r>
        <w:rPr>
          <w:b w:val="0"/>
          <w:i w:val="0"/>
          <w:smallCaps w:val="0"/>
          <w:strike w:val="0"/>
          <w:sz w:val="22"/>
          <w:highlight w:val="cyan"/>
          <w:u w:val="single"/>
        </w:rPr>
        <w:t>more than 100 pounds are necessary</w:t>
      </w:r>
      <w:r>
        <w:rPr>
          <w:b w:val="0"/>
          <w:i w:val="0"/>
          <w:smallCaps w:val="0"/>
          <w:strike w:val="0"/>
          <w:highlight w:val="cyan"/>
          <w:u w:val="none"/>
        </w:rPr>
        <w:t xml:space="preserve"> </w:t>
      </w:r>
      <w:r>
        <w:rPr>
          <w:b w:val="0"/>
          <w:i w:val="0"/>
          <w:smallCaps w:val="0"/>
          <w:strike w:val="0"/>
          <w:sz w:val="22"/>
          <w:highlight w:val="cyan"/>
          <w:u w:val="single"/>
        </w:rPr>
        <w:t>to produce a</w:t>
      </w:r>
      <w:r>
        <w:rPr>
          <w:b w:val="0"/>
          <w:i w:val="0"/>
          <w:smallCaps w:val="0"/>
          <w:strike w:val="0"/>
          <w:u w:val="none"/>
        </w:rPr>
        <w:t xml:space="preserve"> likely </w:t>
      </w:r>
      <w:r>
        <w:rPr>
          <w:b w:val="0"/>
          <w:i w:val="0"/>
          <w:smallCaps w:val="0"/>
          <w:strike w:val="0"/>
          <w:sz w:val="22"/>
          <w:highlight w:val="cyan"/>
          <w:u w:val="single"/>
        </w:rPr>
        <w:t>yield of one kiloton</w:t>
      </w:r>
      <w:r>
        <w:rPr>
          <w:b w:val="0"/>
          <w:i w:val="0"/>
          <w:smallCaps w:val="0"/>
          <w:strike w:val="0"/>
          <w:highlight w:val="cyan"/>
          <w:u w:val="none"/>
        </w:rPr>
        <w:t>.</w:t>
      </w:r>
      <w:r>
        <w:rPr>
          <w:b w:val="0"/>
          <w:i w:val="0"/>
          <w:smallCaps w:val="0"/>
          <w:strike w:val="0"/>
          <w:u w:val="none"/>
        </w:rPr>
        <w:t xml:space="preserve"> Moreover, </w:t>
      </w:r>
      <w:r>
        <w:rPr>
          <w:b w:val="0"/>
          <w:i w:val="0"/>
          <w:smallCaps w:val="0"/>
          <w:strike w:val="0"/>
          <w:sz w:val="22"/>
          <w:highlight w:val="cyan"/>
          <w:u w:val="single"/>
        </w:rPr>
        <w:t>none of those thieves was connected to al Qaeda, and</w:t>
      </w:r>
      <w:r>
        <w:rPr>
          <w:b w:val="0"/>
          <w:i w:val="0"/>
          <w:smallCaps w:val="0"/>
          <w:strike w:val="0"/>
          <w:u w:val="none"/>
        </w:rPr>
        <w:t xml:space="preserve">, most arrestingly, </w:t>
      </w:r>
      <w:r>
        <w:rPr>
          <w:b/>
          <w:i w:val="0"/>
          <w:smallCaps w:val="0"/>
          <w:strike w:val="0"/>
          <w:sz w:val="22"/>
          <w:highlight w:val="cyan"/>
          <w:u w:val="single"/>
        </w:rPr>
        <w:t>none had buyers lined up</w:t>
      </w:r>
      <w:r>
        <w:rPr>
          <w:b w:val="0"/>
          <w:i w:val="0"/>
          <w:smallCaps w:val="0"/>
          <w:strike w:val="0"/>
          <w:u w:val="none"/>
        </w:rPr>
        <w:t xml:space="preserve"> — nearly all were caught while trying to peddle their wares. Indeed, concludes analyst Robin Frost, “There appears to be no true demand, except where the buyers were government agents running a sting.” Because </w:t>
      </w:r>
      <w:r>
        <w:rPr>
          <w:b w:val="0"/>
          <w:i w:val="0"/>
          <w:smallCaps w:val="0"/>
          <w:strike w:val="0"/>
          <w:sz w:val="22"/>
          <w:u w:val="single"/>
        </w:rPr>
        <w:t>there appears to be no commercial market for fissile material</w:t>
      </w:r>
      <w:r>
        <w:rPr>
          <w:b w:val="0"/>
          <w:i w:val="0"/>
          <w:smallCaps w:val="0"/>
          <w:strike w:val="0"/>
          <w:u w:val="none"/>
        </w:rPr>
        <w:t>, each sale would be a one‐​time affair, not a continuing source of profit such as drugs, and there is no evidence of established underworld commercial trade in this illicit commodity.50</w:t>
      </w:r>
    </w:p>
    <w:p>
      <w:pPr>
        <w:spacing w:after="60"/>
      </w:pPr>
      <w:r>
        <w:rPr>
          <w:b w:val="0"/>
          <w:i w:val="0"/>
          <w:smallCaps w:val="0"/>
          <w:strike w:val="0"/>
          <w:u w:val="none"/>
        </w:rPr>
        <w:t>If terrorists were somehow successful in obtaining a sufficient mass of relevant material, they would then have to transport it out of the country over unfamiliar terrain, probably while being pursued by security forces. Then, they would need to set up a large and well‐​equipped machine shop to manufacture a bomb and populate it with a select team of highly skilled scientists, technicians, and machinists. The process would also require good managers and organizers. The group would have to be assembled and retained for the monumental task without generating consequential suspicions among friends, family, and police about their curious and sudden absence from normal pursuits back home. Pakistan, for example, maintains a strict watch on many of its nuclear scientists even after retirement.51</w:t>
      </w:r>
    </w:p>
    <w:p>
      <w:pPr>
        <w:spacing w:after="60"/>
      </w:pPr>
      <w:r>
        <w:rPr>
          <w:b w:val="0"/>
          <w:i w:val="0"/>
          <w:smallCaps w:val="0"/>
          <w:strike w:val="0"/>
          <w:u w:val="none"/>
        </w:rPr>
        <w:t xml:space="preserve">Some observers have insisted that it would be “easy” for terrorists </w:t>
      </w:r>
      <w:r>
        <w:rPr>
          <w:b w:val="0"/>
          <w:i w:val="0"/>
          <w:smallCaps w:val="0"/>
          <w:strike w:val="0"/>
          <w:sz w:val="22"/>
          <w:highlight w:val="cyan"/>
          <w:u w:val="single"/>
        </w:rPr>
        <w:t>to assemble a crude bomb</w:t>
      </w:r>
      <w:r>
        <w:rPr>
          <w:b w:val="0"/>
          <w:i w:val="0"/>
          <w:smallCaps w:val="0"/>
          <w:strike w:val="0"/>
          <w:u w:val="none"/>
        </w:rPr>
        <w:t xml:space="preserve"> if they could get enough fissile material.52 However, Christoph Wirz and Emmanuel Egger, two senior physicists in charge of nuclear issues at Switzerland’s </w:t>
      </w:r>
      <w:r>
        <w:rPr>
          <w:b w:val="0"/>
          <w:i w:val="0"/>
          <w:smallCaps w:val="0"/>
          <w:strike w:val="0"/>
          <w:u w:val="none"/>
        </w:rPr>
        <w:t>Spiez</w:t>
      </w:r>
      <w:r>
        <w:rPr>
          <w:b w:val="0"/>
          <w:i w:val="0"/>
          <w:smallCaps w:val="0"/>
          <w:strike w:val="0"/>
          <w:u w:val="none"/>
        </w:rPr>
        <w:t xml:space="preserve"> Laboratory, conclude that the task “could hardly be accomplished by a subnational group.” They point out that </w:t>
      </w:r>
      <w:r>
        <w:rPr>
          <w:b w:val="0"/>
          <w:i w:val="0"/>
          <w:smallCaps w:val="0"/>
          <w:strike w:val="0"/>
          <w:sz w:val="22"/>
          <w:u w:val="single"/>
        </w:rPr>
        <w:t>precise blueprints are required, not just sketches and general ideas</w:t>
      </w:r>
      <w:r>
        <w:rPr>
          <w:b w:val="0"/>
          <w:i w:val="0"/>
          <w:smallCaps w:val="0"/>
          <w:strike w:val="0"/>
          <w:u w:val="none"/>
        </w:rPr>
        <w:t xml:space="preserve">, and that even with a good blueprint, the terrorist group “would most certainly be forced to redesign.” They also stress that </w:t>
      </w:r>
      <w:r>
        <w:rPr>
          <w:b w:val="0"/>
          <w:i w:val="0"/>
          <w:smallCaps w:val="0"/>
          <w:strike w:val="0"/>
          <w:sz w:val="22"/>
          <w:u w:val="single"/>
        </w:rPr>
        <w:t>the work</w:t>
      </w:r>
      <w:r>
        <w:rPr>
          <w:b w:val="0"/>
          <w:i w:val="0"/>
          <w:smallCaps w:val="0"/>
          <w:strike w:val="0"/>
          <w:u w:val="none"/>
        </w:rPr>
        <w:t xml:space="preserve">, far from </w:t>
      </w:r>
      <w:r>
        <w:rPr>
          <w:b w:val="0"/>
          <w:i w:val="0"/>
          <w:smallCaps w:val="0"/>
          <w:strike w:val="0"/>
          <w:u w:val="none"/>
        </w:rPr>
        <w:t>being “easy,”</w:t>
      </w:r>
      <w:r>
        <w:rPr>
          <w:b w:val="0"/>
          <w:i w:val="0"/>
          <w:smallCaps w:val="0"/>
          <w:strike w:val="0"/>
          <w:sz w:val="22"/>
          <w:u w:val="single"/>
        </w:rPr>
        <w:t xml:space="preserve"> </w:t>
      </w:r>
      <w:r>
        <w:rPr>
          <w:b w:val="0"/>
          <w:i w:val="0"/>
          <w:smallCaps w:val="0"/>
          <w:strike w:val="0"/>
          <w:sz w:val="22"/>
          <w:highlight w:val="cyan"/>
          <w:u w:val="single"/>
        </w:rPr>
        <w:t xml:space="preserve">is difficult, dangerous, and extremely exacting and that the technical requirements “in several fields verge on the </w:t>
      </w:r>
      <w:r>
        <w:rPr>
          <w:b w:val="0"/>
          <w:i w:val="0"/>
          <w:smallCaps w:val="0"/>
          <w:strike w:val="0"/>
          <w:sz w:val="22"/>
          <w:highlight w:val="cyan"/>
          <w:u w:val="single"/>
        </w:rPr>
        <w:t>unfeasible</w:t>
      </w:r>
      <w:r>
        <w:rPr>
          <w:b w:val="0"/>
          <w:i w:val="0"/>
          <w:smallCaps w:val="0"/>
          <w:strike w:val="0"/>
          <w:u w:val="none"/>
        </w:rPr>
        <w:t>.“</w:t>
      </w:r>
      <w:r>
        <w:rPr>
          <w:b w:val="0"/>
          <w:i w:val="0"/>
          <w:smallCaps w:val="0"/>
          <w:strike w:val="0"/>
          <w:u w:val="none"/>
        </w:rPr>
        <w:t>53</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