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Plan’s ambiguous on requirements to meet a safe harbor – that prevents it from functioning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Patricia E. </w:t>
      </w:r>
      <w:r>
        <w:rPr>
          <w:b/>
          <w:i w:val="0"/>
          <w:smallCaps w:val="0"/>
          <w:strike w:val="0"/>
          <w:sz w:val="26"/>
          <w:u w:val="none"/>
        </w:rPr>
        <w:t>Campbell,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Law School Professor and Director of the Intellectual Property Law Program at the University of Maryland Carey School of Law “Debugging the Trademark Laws: The Lanham Act and Counterfeit Microelectronics,” 31 TEX. INTELL. PROP. L.J. 211 (2023). Hein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SHOP SAFE</w:t>
      </w:r>
      <w:r>
        <w:rPr>
          <w:b w:val="0"/>
          <w:i w:val="0"/>
          <w:smallCaps w:val="0"/>
          <w:strike w:val="0"/>
          <w:u w:val="none"/>
        </w:rPr>
        <w:t xml:space="preserve"> Act had a laudable goal (to reduce or eradicate the use of counterfeit marks in connection with the sale and distribution of goods that implicate health and safety on e-commerce platforms), but the Act simply </w:t>
      </w:r>
      <w:r>
        <w:rPr>
          <w:b w:val="0"/>
          <w:i w:val="0"/>
          <w:smallCaps w:val="0"/>
          <w:strike w:val="0"/>
          <w:sz w:val="22"/>
          <w:u w:val="single"/>
        </w:rPr>
        <w:t>went too far. Rather than addressing the real question-the level of knowledge required for any third party accused of contributory infringement-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SHOP SAFE </w:t>
      </w:r>
      <w:r>
        <w:rPr>
          <w:b w:val="0"/>
          <w:i w:val="0"/>
          <w:smallCaps w:val="0"/>
          <w:strike w:val="0"/>
          <w:sz w:val="22"/>
          <w:u w:val="single"/>
        </w:rPr>
        <w:t>was limited to e-commerce platforms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attempted to impose on the platform the burden of demonstrating that it took twelve separate steps to verify the identity of the listing party and the authenticity of marks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used in connection with the sale of goods, in 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avoid liability</w:t>
      </w:r>
      <w:r>
        <w:rPr>
          <w:b w:val="0"/>
          <w:i w:val="0"/>
          <w:smallCaps w:val="0"/>
          <w:strike w:val="0"/>
          <w:u w:val="none"/>
        </w:rPr>
        <w:t xml:space="preserve">. The processes to be implemented were not gauged to any perceived risk that the items offered for sale might be counterfeit or could potentially cause a level of harm to purchasers or end users. Further,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terms in the act were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ill-defined,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was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much ambiguity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about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precisely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what was required from the ecommerce platforms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order for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them to avoid contributory liability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proposed act required "reasonable proactive technological measures for screening goods before displaying the goods to the public"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prevent use of a counterfeit mark</w:t>
      </w:r>
      <w:r>
        <w:rPr>
          <w:b w:val="0"/>
          <w:i w:val="0"/>
          <w:smallCaps w:val="0"/>
          <w:strike w:val="0"/>
          <w:u w:val="none"/>
        </w:rPr>
        <w:t xml:space="preserve">,416 </w:t>
      </w:r>
      <w:r>
        <w:rPr>
          <w:b w:val="0"/>
          <w:i w:val="0"/>
          <w:smallCaps w:val="0"/>
          <w:strike w:val="0"/>
          <w:sz w:val="22"/>
          <w:u w:val="single"/>
        </w:rPr>
        <w:t>but it was unclear whether this was intended to require screening of the actual goods themselves, images depicting the goods, descriptions of the goods, or something else entirely.</w:t>
      </w:r>
      <w:r>
        <w:rPr>
          <w:b w:val="0"/>
          <w:i w:val="0"/>
          <w:smallCaps w:val="0"/>
          <w:strike w:val="0"/>
          <w:u w:val="none"/>
        </w:rPr>
        <w:t xml:space="preserve"> "Reasonable technological measures for screening third-party sellers" were also required, </w:t>
      </w:r>
      <w:r>
        <w:rPr>
          <w:b w:val="0"/>
          <w:i w:val="0"/>
          <w:smallCaps w:val="0"/>
          <w:strike w:val="0"/>
          <w:u w:val="none"/>
        </w:rPr>
        <w:t>in order to</w:t>
      </w:r>
      <w:r>
        <w:rPr>
          <w:b w:val="0"/>
          <w:i w:val="0"/>
          <w:smallCaps w:val="0"/>
          <w:strike w:val="0"/>
          <w:u w:val="none"/>
        </w:rPr>
        <w:t xml:space="preserve"> ensure that terminated sellers do not later rejoin the platform under an alias,417 but again no further details were provided.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