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Modernization prevents </w:t>
      </w:r>
      <w:r>
        <w:rPr>
          <w:b/>
          <w:i w:val="0"/>
          <w:smallCaps w:val="0"/>
          <w:strike w:val="0"/>
          <w:sz w:val="26"/>
          <w:u w:val="single"/>
        </w:rPr>
        <w:t>costly litigation</w:t>
      </w:r>
      <w:r>
        <w:rPr>
          <w:b/>
          <w:i w:val="0"/>
          <w:smallCaps w:val="0"/>
          <w:strike w:val="0"/>
          <w:sz w:val="26"/>
          <w:u w:val="none"/>
        </w:rPr>
        <w:t xml:space="preserve"> that destroys </w:t>
      </w:r>
      <w:r>
        <w:rPr>
          <w:b/>
          <w:i w:val="0"/>
          <w:smallCaps w:val="0"/>
          <w:strike w:val="0"/>
          <w:sz w:val="26"/>
          <w:u w:val="single"/>
        </w:rPr>
        <w:t>small businesses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Abby </w:t>
      </w:r>
      <w:r>
        <w:rPr>
          <w:b/>
          <w:i w:val="0"/>
          <w:smallCaps w:val="0"/>
          <w:strike w:val="0"/>
          <w:sz w:val="26"/>
          <w:u w:val="none"/>
        </w:rPr>
        <w:t>Rives 22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I</w:t>
      </w:r>
      <w:r>
        <w:rPr>
          <w:b w:val="0"/>
          <w:i w:val="0"/>
          <w:smallCaps w:val="0"/>
          <w:strike w:val="0"/>
          <w:u w:val="none"/>
        </w:rPr>
        <w:t>P counsel at Engine, a D.C.-based policy, advocacy and research organization supporting startups. "Copyright Law &amp; Startup Innovation: Policies That Matter and Where They May be Headed". Medium.https://engineadvocacyfoundation.medium.com/copyright-law-startup-innovation-policies-that-matter-and-where-they-may-be-headed-dea034904e25. accessed 7-4-2024 //nm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Startups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need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balanced</w:t>
      </w:r>
      <w:r>
        <w:rPr>
          <w:b/>
          <w:i w:val="0"/>
          <w:smallCaps w:val="0"/>
          <w:strike w:val="0"/>
          <w:sz w:val="22"/>
          <w:u w:val="single"/>
        </w:rPr>
        <w:t xml:space="preserve">, certain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copyright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frameworks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Well-tailored laws that focus on enforcement of legitimate rights can support innovation. But it is </w:t>
      </w:r>
      <w:r>
        <w:rPr>
          <w:b/>
          <w:i w:val="0"/>
          <w:smallCaps w:val="0"/>
          <w:strike w:val="0"/>
          <w:sz w:val="22"/>
          <w:u w:val="single"/>
        </w:rPr>
        <w:t xml:space="preserve">too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easy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for those</w:t>
      </w:r>
      <w:r>
        <w:rPr>
          <w:b/>
          <w:i w:val="0"/>
          <w:smallCaps w:val="0"/>
          <w:strike w:val="0"/>
          <w:sz w:val="22"/>
          <w:u w:val="single"/>
        </w:rPr>
        <w:t xml:space="preserve"> frameworks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/>
          <w:i w:val="0"/>
          <w:smallCaps w:val="0"/>
          <w:strike w:val="0"/>
          <w:sz w:val="22"/>
          <w:u w:val="single"/>
        </w:rPr>
        <w:t xml:space="preserve"> get </w:t>
      </w:r>
      <w:r>
        <w:rPr>
          <w:b/>
          <w:i w:val="0"/>
          <w:smallCaps w:val="0"/>
          <w:strike w:val="0"/>
          <w:sz w:val="22"/>
          <w:u w:val="single"/>
        </w:rPr>
        <w:t>out of whack</w:t>
      </w:r>
      <w:r>
        <w:rPr>
          <w:b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become imbalanced</w:t>
      </w:r>
      <w:r>
        <w:rPr>
          <w:b/>
          <w:i w:val="0"/>
          <w:smallCaps w:val="0"/>
          <w:strike w:val="0"/>
          <w:sz w:val="22"/>
          <w:u w:val="single"/>
        </w:rPr>
        <w:t>, which we’ve seen time and again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right now the law allows bogus infringement allegations to dictate that non-infringing content is (routinely) removed from the Internet.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Uncertainty</w:t>
      </w:r>
      <w:r>
        <w:rPr>
          <w:b/>
          <w:i w:val="0"/>
          <w:smallCaps w:val="0"/>
          <w:strike w:val="0"/>
          <w:sz w:val="22"/>
          <w:u w:val="single"/>
        </w:rPr>
        <w:t xml:space="preserve"> over what copyright law permits, coupled 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high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litigation costs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slows startups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down</w:t>
      </w:r>
      <w:r>
        <w:rPr>
          <w:b/>
          <w:i w:val="0"/>
          <w:smallCaps w:val="0"/>
          <w:strike w:val="0"/>
          <w:sz w:val="22"/>
          <w:u w:val="single"/>
        </w:rPr>
        <w:t xml:space="preserve"> and has even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forced some out of business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 risk of a startup being sued for something a user does — and something the startup knows nothing about — alone can scare away investors.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</w:t>
      </w:r>
      <w:r>
        <w:rPr>
          <w:b/>
          <w:i w:val="0"/>
          <w:smallCaps w:val="0"/>
          <w:strike w:val="0"/>
          <w:sz w:val="22"/>
          <w:u w:val="single"/>
        </w:rPr>
        <w:t xml:space="preserve">what does </w:t>
      </w:r>
      <w:r>
        <w:rPr>
          <w:b/>
          <w:i w:val="0"/>
          <w:smallCaps w:val="0"/>
          <w:strike w:val="0"/>
          <w:sz w:val="22"/>
          <w:u w:val="single"/>
        </w:rPr>
        <w:t>balanced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innovation-friendly</w:t>
      </w:r>
      <w:r>
        <w:rPr>
          <w:b/>
          <w:i w:val="0"/>
          <w:smallCaps w:val="0"/>
          <w:strike w:val="0"/>
          <w:sz w:val="22"/>
          <w:u w:val="single"/>
        </w:rPr>
        <w:t xml:space="preserve"> copyright policy look like? And how does this play out in today’s policy debates?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Here are just a few examples: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Fair use and interoperability: </w:t>
      </w:r>
      <w:r>
        <w:rPr>
          <w:b/>
          <w:i w:val="0"/>
          <w:smallCaps w:val="0"/>
          <w:strike w:val="0"/>
          <w:sz w:val="22"/>
          <w:u w:val="single"/>
        </w:rPr>
        <w:t xml:space="preserve">Some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big companies would like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expand</w:t>
      </w:r>
      <w:r>
        <w:rPr>
          <w:b/>
          <w:i w:val="0"/>
          <w:smallCaps w:val="0"/>
          <w:strike w:val="0"/>
          <w:sz w:val="22"/>
          <w:u w:val="single"/>
        </w:rPr>
        <w:t xml:space="preserve"> the universe</w:t>
      </w:r>
      <w:r>
        <w:rPr>
          <w:b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what software is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protected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copyright</w:t>
      </w:r>
      <w:r>
        <w:rPr>
          <w:b/>
          <w:i w:val="0"/>
          <w:smallCaps w:val="0"/>
          <w:strike w:val="0"/>
          <w:sz w:val="22"/>
          <w:u w:val="single"/>
        </w:rPr>
        <w:t xml:space="preserve"> and which development activities constitute infringement. If that happened, it 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prevent startups from using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fundamental software dev</w:t>
      </w:r>
      <w:r>
        <w:rPr>
          <w:b/>
          <w:i w:val="0"/>
          <w:smallCaps w:val="0"/>
          <w:strike w:val="0"/>
          <w:sz w:val="22"/>
          <w:u w:val="single"/>
        </w:rPr>
        <w:t xml:space="preserve">elopment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tools</w:t>
      </w:r>
      <w:r>
        <w:rPr>
          <w:b/>
          <w:i w:val="0"/>
          <w:smallCaps w:val="0"/>
          <w:strike w:val="0"/>
          <w:sz w:val="22"/>
          <w:u w:val="single"/>
        </w:rPr>
        <w:t xml:space="preserve">, expose them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new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litigation risks</w:t>
      </w:r>
      <w:r>
        <w:rPr>
          <w:b/>
          <w:i w:val="0"/>
          <w:smallCaps w:val="0"/>
          <w:strike w:val="0"/>
          <w:sz w:val="22"/>
          <w:u w:val="single"/>
        </w:rPr>
        <w:t xml:space="preserve">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make it harder to launch</w:t>
      </w:r>
      <w:r>
        <w:rPr>
          <w:b/>
          <w:i w:val="0"/>
          <w:smallCaps w:val="0"/>
          <w:strike w:val="0"/>
          <w:sz w:val="22"/>
          <w:u w:val="single"/>
        </w:rPr>
        <w:t xml:space="preserve"> and compete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after a decade of litigation, the Supreme Court recently confirmed that developers can use software interfaces — known as application programming interfaces (APIs) — without infringing copyright. </w:t>
      </w:r>
      <w:r>
        <w:rPr>
          <w:b/>
          <w:i w:val="0"/>
          <w:smallCaps w:val="0"/>
          <w:strike w:val="0"/>
          <w:sz w:val="22"/>
          <w:u w:val="single"/>
        </w:rPr>
        <w:t xml:space="preserve">The Court held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reimplementing APIs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,</w:t>
      </w:r>
      <w:r>
        <w:rPr>
          <w:b/>
          <w:i w:val="0"/>
          <w:smallCaps w:val="0"/>
          <w:strike w:val="0"/>
          <w:sz w:val="22"/>
          <w:u w:val="single"/>
        </w:rPr>
        <w:t xml:space="preserve"> which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creates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interoperability</w:t>
      </w:r>
      <w:r>
        <w:rPr>
          <w:b/>
          <w:i w:val="0"/>
          <w:smallCaps w:val="0"/>
          <w:strike w:val="0"/>
          <w:sz w:val="22"/>
          <w:u w:val="single"/>
        </w:rPr>
        <w:t xml:space="preserve"> and compatibility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between</w:t>
      </w:r>
      <w:r>
        <w:rPr>
          <w:b/>
          <w:i w:val="0"/>
          <w:smallCaps w:val="0"/>
          <w:strike w:val="0"/>
          <w:sz w:val="22"/>
          <w:u w:val="single"/>
        </w:rPr>
        <w:t xml:space="preserve"> computer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programs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fair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use</w:t>
      </w:r>
      <w:r>
        <w:rPr>
          <w:b/>
          <w:i w:val="0"/>
          <w:smallCaps w:val="0"/>
          <w:strike w:val="0"/>
          <w:sz w:val="22"/>
          <w:u w:val="single"/>
        </w:rPr>
        <w:t xml:space="preserve"> under copyright law.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Intermediary liability and the ability to host user-generated content: </w:t>
      </w:r>
      <w:r>
        <w:rPr>
          <w:b/>
          <w:i w:val="0"/>
          <w:smallCaps w:val="0"/>
          <w:strike w:val="0"/>
          <w:sz w:val="22"/>
          <w:u w:val="single"/>
        </w:rPr>
        <w:t xml:space="preserve">Scores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startups engage with user content</w:t>
      </w:r>
      <w:r>
        <w:rPr>
          <w:b/>
          <w:i w:val="0"/>
          <w:smallCaps w:val="0"/>
          <w:strike w:val="0"/>
          <w:sz w:val="22"/>
          <w:u w:val="single"/>
        </w:rPr>
        <w:t xml:space="preserve"> — </w:t>
      </w:r>
      <w:r>
        <w:rPr>
          <w:b/>
          <w:i w:val="0"/>
          <w:smallCaps w:val="0"/>
          <w:strike w:val="0"/>
          <w:sz w:val="22"/>
          <w:u w:val="single"/>
        </w:rPr>
        <w:t>helping artists connect with fans, providing e-commerce platforms</w:t>
      </w:r>
      <w:r>
        <w:rPr>
          <w:b/>
          <w:i w:val="0"/>
          <w:smallCaps w:val="0"/>
          <w:strike w:val="0"/>
          <w:sz w:val="22"/>
          <w:u w:val="single"/>
        </w:rPr>
        <w:t xml:space="preserve">, hosting podcasts, 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offering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basic Internet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infrastructure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companies, and the creators and small businesses that depend on the Internet, interact with the copyright system every day. And they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rely on balanced laws</w:t>
      </w:r>
      <w:r>
        <w:rPr>
          <w:b/>
          <w:i w:val="0"/>
          <w:smallCaps w:val="0"/>
          <w:strike w:val="0"/>
          <w:sz w:val="22"/>
          <w:u w:val="single"/>
        </w:rPr>
        <w:t xml:space="preserve"> that allow the startups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resolve allegations of infringement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without scrutinizing every post</w:t>
      </w:r>
      <w:r>
        <w:rPr>
          <w:b/>
          <w:i w:val="0"/>
          <w:smallCaps w:val="0"/>
          <w:strike w:val="0"/>
          <w:sz w:val="22"/>
          <w:u w:val="single"/>
        </w:rPr>
        <w:t xml:space="preserve">, upload,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and comment </w:t>
      </w:r>
      <w:r>
        <w:rPr>
          <w:b/>
          <w:i w:val="0"/>
          <w:smallCaps w:val="0"/>
          <w:strike w:val="0"/>
          <w:sz w:val="22"/>
          <w:u w:val="single"/>
        </w:rPr>
        <w:t xml:space="preserve">for </w:t>
      </w:r>
      <w:r>
        <w:rPr>
          <w:b/>
          <w:i w:val="0"/>
          <w:smallCaps w:val="0"/>
          <w:strike w:val="0"/>
          <w:sz w:val="22"/>
          <w:u w:val="single"/>
        </w:rPr>
        <w:t xml:space="preserve">potential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copyright violations</w:t>
      </w:r>
      <w:r>
        <w:rPr>
          <w:b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Some countries have started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replace</w:t>
      </w:r>
      <w:r>
        <w:rPr>
          <w:b/>
          <w:i w:val="0"/>
          <w:smallCaps w:val="0"/>
          <w:strike w:val="0"/>
          <w:sz w:val="22"/>
          <w:u w:val="single"/>
        </w:rPr>
        <w:t xml:space="preserve"> those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laws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instead moving to complex and expensive regimes that would </w:t>
      </w:r>
      <w:r>
        <w:rPr>
          <w:b/>
          <w:i w:val="0"/>
          <w:smallCaps w:val="0"/>
          <w:strike w:val="0"/>
          <w:sz w:val="22"/>
          <w:u w:val="single"/>
        </w:rPr>
        <w:t xml:space="preserve">force Internet companies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purchase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expensive</w:t>
      </w:r>
      <w:r>
        <w:rPr>
          <w:b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imperfect upload filters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remove</w:t>
      </w:r>
      <w:r>
        <w:rPr>
          <w:b/>
          <w:i w:val="0"/>
          <w:smallCaps w:val="0"/>
          <w:strike w:val="0"/>
          <w:sz w:val="22"/>
          <w:u w:val="single"/>
        </w:rPr>
        <w:t xml:space="preserve"> more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non-infringing content</w:t>
      </w:r>
      <w:r>
        <w:rPr>
          <w:b/>
          <w:i w:val="0"/>
          <w:smallCaps w:val="0"/>
          <w:strike w:val="0"/>
          <w:sz w:val="22"/>
          <w:u w:val="single"/>
        </w:rPr>
        <w:t xml:space="preserve">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negotiate licenses</w:t>
      </w:r>
      <w:r>
        <w:rPr>
          <w:b/>
          <w:i w:val="0"/>
          <w:smallCaps w:val="0"/>
          <w:strike w:val="0"/>
          <w:sz w:val="22"/>
          <w:u w:val="single"/>
        </w:rPr>
        <w:t xml:space="preserve"> with big organizations that own a lot of copyrights. That is all do-able for big Internet platforms, but it will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put startups at a substantial disadvantage</w:t>
      </w:r>
      <w:r>
        <w:rPr>
          <w:b/>
          <w:i w:val="0"/>
          <w:smallCaps w:val="0"/>
          <w:strike w:val="0"/>
          <w:sz w:val="22"/>
          <w:u w:val="single"/>
        </w:rPr>
        <w:t xml:space="preserve">. Yet similar ideas are being floated in the U.S. — where policymakers have proposed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changes to copyright law</w:t>
      </w:r>
      <w:r>
        <w:rPr>
          <w:b/>
          <w:i w:val="0"/>
          <w:smallCaps w:val="0"/>
          <w:strike w:val="0"/>
          <w:sz w:val="22"/>
          <w:u w:val="single"/>
        </w:rPr>
        <w:t xml:space="preserve"> (and trademark law).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Ancillary copyright and link taxes: </w:t>
      </w:r>
      <w:r>
        <w:rPr>
          <w:b/>
          <w:i w:val="0"/>
          <w:smallCaps w:val="0"/>
          <w:strike w:val="0"/>
          <w:sz w:val="22"/>
          <w:u w:val="single"/>
        </w:rPr>
        <w:t xml:space="preserve">Countries around the world have adopted or considered new copyright-like laws that 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require websites to pay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licensing fees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face lawsuits</w:t>
      </w:r>
      <w:r>
        <w:rPr>
          <w:b/>
          <w:i w:val="0"/>
          <w:smallCaps w:val="0"/>
          <w:strike w:val="0"/>
          <w:sz w:val="22"/>
          <w:u w:val="single"/>
        </w:rPr>
        <w:t xml:space="preserve"> whenever they — or their users —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link to </w:t>
      </w:r>
      <w:r>
        <w:rPr>
          <w:b/>
          <w:i w:val="0"/>
          <w:smallCaps w:val="0"/>
          <w:strike w:val="0"/>
          <w:sz w:val="22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news </w:t>
      </w:r>
      <w:r>
        <w:rPr>
          <w:b/>
          <w:i w:val="0"/>
          <w:smallCaps w:val="0"/>
          <w:strike w:val="0"/>
          <w:sz w:val="22"/>
          <w:u w:val="single"/>
        </w:rPr>
        <w:t>article</w:t>
      </w:r>
      <w:r>
        <w:rPr>
          <w:b/>
          <w:i w:val="0"/>
          <w:smallCaps w:val="0"/>
          <w:strike w:val="0"/>
          <w:sz w:val="22"/>
          <w:u w:val="single"/>
        </w:rPr>
        <w:t xml:space="preserve"> or quote the headline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These proposals, positioned as a solution to problems facing local media, have so far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failed to deliver</w:t>
      </w:r>
      <w:r>
        <w:rPr>
          <w:b/>
          <w:i w:val="0"/>
          <w:smallCaps w:val="0"/>
          <w:strike w:val="0"/>
          <w:sz w:val="22"/>
          <w:u w:val="single"/>
        </w:rPr>
        <w:t xml:space="preserve"> those benefits, but they carry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substantial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unintended consequences</w:t>
      </w:r>
      <w:r>
        <w:rPr>
          <w:b/>
          <w:i w:val="0"/>
          <w:smallCaps w:val="0"/>
          <w:strike w:val="0"/>
          <w:sz w:val="22"/>
          <w:u w:val="single"/>
        </w:rPr>
        <w:t xml:space="preserve">. Linking to news articles is something many startups and innovators — from media to edtech —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rely on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But engaging with information and current events, which is central to public discourse and free speech, requires being able to link to and quote the news. </w:t>
      </w:r>
      <w:r>
        <w:rPr>
          <w:b/>
          <w:i w:val="0"/>
          <w:smallCaps w:val="0"/>
          <w:strike w:val="0"/>
          <w:sz w:val="22"/>
          <w:u w:val="single"/>
        </w:rPr>
        <w:t xml:space="preserve">Using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copyright-like law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restrict</w:t>
      </w:r>
      <w:r>
        <w:rPr>
          <w:b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engagement</w:t>
      </w:r>
      <w:r>
        <w:rPr>
          <w:b/>
          <w:i w:val="0"/>
          <w:smallCaps w:val="0"/>
          <w:strike w:val="0"/>
          <w:sz w:val="22"/>
          <w:u w:val="single"/>
        </w:rPr>
        <w:t xml:space="preserve"> 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hinder innovation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/>
          <w:i w:val="0"/>
          <w:smallCaps w:val="0"/>
          <w:strike w:val="0"/>
          <w:sz w:val="22"/>
          <w:u w:val="single"/>
        </w:rPr>
        <w:t xml:space="preserve"> the creation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exchange of ideas online.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Intersection of copyright and artificial intelligence: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Startups</w:t>
      </w:r>
      <w:r>
        <w:rPr>
          <w:b/>
          <w:i w:val="0"/>
          <w:smallCaps w:val="0"/>
          <w:strike w:val="0"/>
          <w:sz w:val="22"/>
          <w:u w:val="single"/>
        </w:rPr>
        <w:t xml:space="preserve"> and other companies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developing AI</w:t>
      </w:r>
      <w:r>
        <w:rPr>
          <w:b/>
          <w:i w:val="0"/>
          <w:smallCaps w:val="0"/>
          <w:strike w:val="0"/>
          <w:sz w:val="22"/>
          <w:u w:val="single"/>
        </w:rPr>
        <w:t xml:space="preserve"> technology </w:t>
      </w:r>
      <w:r>
        <w:rPr>
          <w:b/>
          <w:i w:val="0"/>
          <w:smallCaps w:val="0"/>
          <w:strike w:val="0"/>
          <w:sz w:val="22"/>
          <w:u w:val="single"/>
        </w:rPr>
        <w:t>have to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input a lot of data</w:t>
      </w:r>
      <w:r>
        <w:rPr>
          <w:b/>
          <w:i w:val="0"/>
          <w:smallCaps w:val="0"/>
          <w:strike w:val="0"/>
          <w:sz w:val="22"/>
          <w:u w:val="single"/>
        </w:rPr>
        <w:t xml:space="preserve"> into their systems,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ingesting content to train</w:t>
      </w:r>
      <w:r>
        <w:rPr>
          <w:b/>
          <w:i w:val="0"/>
          <w:smallCaps w:val="0"/>
          <w:strike w:val="0"/>
          <w:sz w:val="22"/>
          <w:u w:val="single"/>
        </w:rPr>
        <w:t>, tune, and test new AI.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countries around the world review how intellectual property law applies to emerging AI, some are asking how copyright law should account for this ingesting of information, data, and content. </w:t>
      </w:r>
      <w:r>
        <w:rPr>
          <w:b/>
          <w:i w:val="0"/>
          <w:smallCaps w:val="0"/>
          <w:strike w:val="0"/>
          <w:sz w:val="22"/>
          <w:u w:val="single"/>
        </w:rPr>
        <w:t xml:space="preserve">But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redefining copyright infringement to cover</w:t>
      </w:r>
      <w:r>
        <w:rPr>
          <w:b/>
          <w:i w:val="0"/>
          <w:smallCaps w:val="0"/>
          <w:strike w:val="0"/>
          <w:sz w:val="22"/>
          <w:u w:val="single"/>
        </w:rPr>
        <w:t xml:space="preserve"> these uses of content to train AI could substantially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hamper innovation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Copyright Office modernization and regulatory capture: </w:t>
      </w:r>
      <w:r>
        <w:rPr>
          <w:b/>
          <w:i w:val="0"/>
          <w:smallCaps w:val="0"/>
          <w:strike w:val="0"/>
          <w:sz w:val="22"/>
          <w:u w:val="single"/>
        </w:rPr>
        <w:t xml:space="preserve">The U.S. Copyright Office is in a multi-year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modernization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process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 update IT systems</w:t>
      </w:r>
      <w:r>
        <w:rPr>
          <w:b/>
          <w:i w:val="0"/>
          <w:smallCaps w:val="0"/>
          <w:strike w:val="0"/>
          <w:sz w:val="22"/>
          <w:u w:val="single"/>
        </w:rPr>
        <w:t xml:space="preserve"> and processes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have been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lagging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must remain a priority, as startups and the broader public need an improved, user-friendly database that allows them to search for copyrighted works and find owners and licensees. </w:t>
      </w:r>
      <w:r>
        <w:rPr>
          <w:b/>
          <w:i w:val="0"/>
          <w:smallCaps w:val="0"/>
          <w:strike w:val="0"/>
          <w:sz w:val="22"/>
          <w:u w:val="single"/>
        </w:rPr>
        <w:t xml:space="preserve">Without that type of information,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avoiding infringement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is like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walking through a minefield in a blindfold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/>
          <w:i w:val="0"/>
          <w:smallCaps w:val="0"/>
          <w:strike w:val="0"/>
          <w:sz w:val="22"/>
          <w:u w:val="single"/>
        </w:rPr>
        <w:t xml:space="preserve"> But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agency is also subject to regulatory capture</w:t>
      </w:r>
      <w:r>
        <w:rPr>
          <w:b/>
          <w:i w:val="0"/>
          <w:smallCaps w:val="0"/>
          <w:strike w:val="0"/>
          <w:sz w:val="22"/>
          <w:u w:val="single"/>
        </w:rPr>
        <w:t xml:space="preserve"> —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exhibiting bias</w:t>
      </w:r>
      <w:r>
        <w:rPr>
          <w:b/>
          <w:i w:val="0"/>
          <w:smallCaps w:val="0"/>
          <w:strike w:val="0"/>
          <w:sz w:val="22"/>
          <w:u w:val="single"/>
        </w:rPr>
        <w:t xml:space="preserve"> in favor of certain copyright holders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(particularly large corporate interests) and away from the public’s interest. In thinking about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modernization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policymakers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should </w:t>
      </w:r>
      <w:r>
        <w:rPr>
          <w:b/>
          <w:i w:val="0"/>
          <w:smallCaps w:val="0"/>
          <w:strike w:val="0"/>
          <w:sz w:val="22"/>
          <w:u w:val="single"/>
        </w:rPr>
        <w:t xml:space="preserve">look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bring</w:t>
      </w:r>
      <w:r>
        <w:rPr>
          <w:b/>
          <w:i w:val="0"/>
          <w:smallCaps w:val="0"/>
          <w:strike w:val="0"/>
          <w:sz w:val="22"/>
          <w:u w:val="single"/>
        </w:rPr>
        <w:t xml:space="preserve"> more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balance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 the system, perhaps through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positive influence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from</w:t>
      </w:r>
      <w:r>
        <w:rPr>
          <w:b/>
          <w:i w:val="0"/>
          <w:smallCaps w:val="0"/>
          <w:strike w:val="0"/>
          <w:sz w:val="22"/>
          <w:u w:val="single"/>
        </w:rPr>
        <w:t xml:space="preserve"> the Library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Congress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Copyright Reform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