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We’ll </w:t>
      </w:r>
      <w:r>
        <w:rPr>
          <w:b/>
          <w:i w:val="0"/>
          <w:smallCaps w:val="0"/>
          <w:strike w:val="0"/>
          <w:sz w:val="26"/>
          <w:u w:val="single"/>
        </w:rPr>
        <w:t>bounce back</w:t>
      </w:r>
      <w:r>
        <w:rPr>
          <w:b/>
          <w:i w:val="0"/>
          <w:smallCaps w:val="0"/>
          <w:strike w:val="0"/>
          <w:sz w:val="26"/>
          <w:u w:val="none"/>
        </w:rPr>
        <w:t>.</w:t>
      </w:r>
    </w:p>
    <w:p>
      <w:pPr>
        <w:spacing w:after="80"/>
      </w:pPr>
      <w:r>
        <w:rPr>
          <w:b/>
          <w:i w:val="0"/>
          <w:smallCaps w:val="0"/>
          <w:strike w:val="0"/>
          <w:sz w:val="26"/>
          <w:u w:val="none"/>
        </w:rPr>
        <w:t>Koh 23</w:t>
      </w:r>
      <w:r>
        <w:rPr>
          <w:b w:val="0"/>
          <w:i w:val="0"/>
          <w:smallCaps w:val="0"/>
          <w:strike w:val="0"/>
          <w:u w:val="none"/>
        </w:rPr>
        <w:t xml:space="preserve"> </w:t>
      </w:r>
      <w:r>
        <w:rPr>
          <w:b w:val="0"/>
          <w:i w:val="0"/>
          <w:smallCaps w:val="0"/>
          <w:strike w:val="0"/>
          <w:u w:val="none"/>
        </w:rPr>
        <w:t xml:space="preserve">[Liz; Author and speaker, Liz Koh brings a wealth of experience to retirement planning. She is a certified financial planner and chartered accountant and ran a successful financial planning business, </w:t>
      </w:r>
      <w:r>
        <w:rPr>
          <w:b w:val="0"/>
          <w:i w:val="0"/>
          <w:smallCaps w:val="0"/>
          <w:strike w:val="0"/>
          <w:u w:val="none"/>
        </w:rPr>
        <w:t>Moneymax</w:t>
      </w:r>
      <w:r>
        <w:rPr>
          <w:b w:val="0"/>
          <w:i w:val="0"/>
          <w:smallCaps w:val="0"/>
          <w:strike w:val="0"/>
          <w:u w:val="none"/>
        </w:rPr>
        <w:t xml:space="preserve">, for over twenty years, </w:t>
      </w:r>
      <w:r>
        <w:rPr>
          <w:b w:val="0"/>
          <w:i w:val="0"/>
          <w:smallCaps w:val="0"/>
          <w:strike w:val="0"/>
          <w:u w:val="none"/>
        </w:rPr>
        <w:t>specialising</w:t>
      </w:r>
      <w:r>
        <w:rPr>
          <w:b w:val="0"/>
          <w:i w:val="0"/>
          <w:smallCaps w:val="0"/>
          <w:strike w:val="0"/>
          <w:u w:val="none"/>
        </w:rPr>
        <w:t xml:space="preserve"> in retirement planning. Liz has spent many years writing about financial matters, sharing the knowledge she has acquired from working with clients over the last two decades. She is also in demand as a speaker, presenter and media commentator. Liz is based on the Kapiti Coast, New Zealand.; 7-17-2023; "Recessions Are Not All Bad"; Enrich Retirement; https://enrichretirement.com/recessions-are-not-all-bad/</w:t>
      </w:r>
      <w:r>
        <w:rPr>
          <w:b w:val="0"/>
          <w:i w:val="0"/>
          <w:smallCaps w:val="0"/>
          <w:strike w:val="0"/>
          <w:u w:val="none"/>
        </w:rPr>
        <w:t xml:space="preserve">; </w:t>
      </w:r>
      <w:r>
        <w:rPr>
          <w:b w:val="0"/>
          <w:i w:val="0"/>
          <w:smallCaps w:val="0"/>
          <w:strike w:val="0"/>
          <w:u w:val="none"/>
        </w:rPr>
        <w:t>بلال</w:t>
      </w:r>
      <w:r>
        <w:rPr>
          <w:b w:val="0"/>
          <w:i w:val="0"/>
          <w:smallCaps w:val="0"/>
          <w:strike w:val="0"/>
          <w:u w:val="none"/>
        </w:rPr>
        <w:t>]</w:t>
      </w:r>
    </w:p>
    <w:p>
      <w:pPr>
        <w:spacing w:after="60"/>
      </w:pPr>
      <w:r>
        <w:rPr>
          <w:b w:val="0"/>
          <w:i w:val="0"/>
          <w:smallCaps w:val="0"/>
          <w:strike w:val="0"/>
          <w:sz w:val="16"/>
          <w:u w:val="none"/>
        </w:rPr>
        <w:t xml:space="preserve">However, there are </w:t>
      </w:r>
      <w:r>
        <w:rPr>
          <w:b/>
          <w:i w:val="0"/>
          <w:smallCaps w:val="0"/>
          <w:strike w:val="0"/>
          <w:sz w:val="22"/>
          <w:u w:val="single"/>
        </w:rPr>
        <w:t xml:space="preserve">some benefits to </w:t>
      </w:r>
      <w:r>
        <w:rPr>
          <w:b/>
          <w:i w:val="0"/>
          <w:smallCaps w:val="0"/>
          <w:strike w:val="0"/>
          <w:sz w:val="22"/>
          <w:u w:val="single"/>
        </w:rPr>
        <w:t xml:space="preserve">being in a </w:t>
      </w:r>
      <w:r>
        <w:rPr>
          <w:b/>
          <w:i w:val="0"/>
          <w:smallCaps w:val="0"/>
          <w:strike w:val="0"/>
          <w:sz w:val="22"/>
          <w:highlight w:val="cyan"/>
          <w:u w:val="single"/>
        </w:rPr>
        <w:t>recession</w:t>
      </w:r>
      <w:r>
        <w:rPr>
          <w:b/>
          <w:i w:val="0"/>
          <w:smallCaps w:val="0"/>
          <w:strike w:val="0"/>
          <w:sz w:val="22"/>
          <w:u w:val="single"/>
        </w:rPr>
        <w:t xml:space="preserve">, so </w:t>
      </w:r>
      <w:r>
        <w:rPr>
          <w:b/>
          <w:i w:val="0"/>
          <w:smallCaps w:val="0"/>
          <w:strike w:val="0"/>
          <w:sz w:val="22"/>
          <w:u w:val="single"/>
        </w:rPr>
        <w:t>its</w:t>
      </w:r>
      <w:r>
        <w:rPr>
          <w:b/>
          <w:i w:val="0"/>
          <w:smallCaps w:val="0"/>
          <w:strike w:val="0"/>
          <w:sz w:val="22"/>
          <w:u w:val="single"/>
        </w:rPr>
        <w:t xml:space="preserve"> </w:t>
      </w:r>
      <w:r>
        <w:rPr>
          <w:b/>
          <w:i w:val="0"/>
          <w:smallCaps w:val="0"/>
          <w:strike w:val="0"/>
          <w:sz w:val="22"/>
          <w:highlight w:val="cyan"/>
          <w:u w:val="single"/>
        </w:rPr>
        <w:t>not</w:t>
      </w:r>
      <w:r>
        <w:rPr>
          <w:b/>
          <w:i w:val="0"/>
          <w:smallCaps w:val="0"/>
          <w:strike w:val="0"/>
          <w:sz w:val="22"/>
          <w:u w:val="single"/>
        </w:rPr>
        <w:t xml:space="preserve"> all </w:t>
      </w:r>
      <w:r>
        <w:rPr>
          <w:b/>
          <w:i w:val="0"/>
          <w:smallCaps w:val="0"/>
          <w:strike w:val="0"/>
          <w:sz w:val="22"/>
          <w:highlight w:val="cyan"/>
          <w:u w:val="single"/>
        </w:rPr>
        <w:t>bad</w:t>
      </w:r>
      <w:r>
        <w:rPr>
          <w:b/>
          <w:i w:val="0"/>
          <w:smallCaps w:val="0"/>
          <w:strike w:val="0"/>
          <w:sz w:val="22"/>
          <w:u w:val="single"/>
        </w:rPr>
        <w:t>.</w:t>
      </w:r>
    </w:p>
    <w:p>
      <w:pPr>
        <w:spacing w:after="60"/>
      </w:pPr>
      <w:r>
        <w:rPr>
          <w:b w:val="0"/>
          <w:i w:val="0"/>
          <w:smallCaps w:val="0"/>
          <w:strike w:val="0"/>
          <w:sz w:val="16"/>
          <w:u w:val="none"/>
        </w:rPr>
        <w:t xml:space="preserve">A recession is a </w:t>
      </w:r>
      <w:r>
        <w:rPr>
          <w:b/>
          <w:i w:val="0"/>
          <w:smallCaps w:val="0"/>
          <w:strike w:val="0"/>
          <w:sz w:val="22"/>
          <w:u w:val="single"/>
        </w:rPr>
        <w:t xml:space="preserve">good </w:t>
      </w:r>
      <w:r>
        <w:rPr>
          <w:b/>
          <w:i w:val="0"/>
          <w:smallCaps w:val="0"/>
          <w:strike w:val="0"/>
          <w:sz w:val="22"/>
          <w:highlight w:val="cyan"/>
          <w:u w:val="single"/>
        </w:rPr>
        <w:t>antidote for inflation</w:t>
      </w:r>
      <w:r>
        <w:rPr>
          <w:b w:val="0"/>
          <w:i w:val="0"/>
          <w:smallCaps w:val="0"/>
          <w:strike w:val="0"/>
          <w:sz w:val="16"/>
          <w:u w:val="none"/>
        </w:rPr>
        <w:t xml:space="preserve">. </w:t>
      </w:r>
      <w:r>
        <w:rPr>
          <w:b/>
          <w:i w:val="0"/>
          <w:smallCaps w:val="0"/>
          <w:strike w:val="0"/>
          <w:sz w:val="22"/>
          <w:u w:val="single"/>
        </w:rPr>
        <w:t>Inflation occurs when demand outstrips supply</w:t>
      </w:r>
      <w:r>
        <w:rPr>
          <w:b w:val="0"/>
          <w:i w:val="0"/>
          <w:smallCaps w:val="0"/>
          <w:strike w:val="0"/>
          <w:sz w:val="16"/>
          <w:u w:val="none"/>
        </w:rPr>
        <w:t xml:space="preserve"> – that is, when there is a high level of spending by consumers that suppliers find difficult to keep up with. We have </w:t>
      </w:r>
      <w:r>
        <w:rPr>
          <w:b/>
          <w:i w:val="0"/>
          <w:smallCaps w:val="0"/>
          <w:strike w:val="0"/>
          <w:sz w:val="22"/>
          <w:highlight w:val="cyan"/>
          <w:u w:val="single"/>
        </w:rPr>
        <w:t>seen this over</w:t>
      </w:r>
      <w:r>
        <w:rPr>
          <w:b/>
          <w:i w:val="0"/>
          <w:smallCaps w:val="0"/>
          <w:strike w:val="0"/>
          <w:sz w:val="22"/>
          <w:u w:val="single"/>
        </w:rPr>
        <w:t xml:space="preserve"> the </w:t>
      </w:r>
      <w:r>
        <w:rPr>
          <w:b/>
          <w:i w:val="0"/>
          <w:smallCaps w:val="0"/>
          <w:strike w:val="0"/>
          <w:sz w:val="22"/>
          <w:highlight w:val="cyan"/>
          <w:u w:val="single"/>
        </w:rPr>
        <w:t>last couple of years</w:t>
      </w:r>
      <w:r>
        <w:rPr>
          <w:b w:val="0"/>
          <w:i w:val="0"/>
          <w:smallCaps w:val="0"/>
          <w:strike w:val="0"/>
          <w:sz w:val="16"/>
          <w:highlight w:val="cyan"/>
          <w:u w:val="none"/>
        </w:rPr>
        <w:t xml:space="preserve">, </w:t>
      </w:r>
      <w:r>
        <w:rPr>
          <w:b/>
          <w:i w:val="0"/>
          <w:smallCaps w:val="0"/>
          <w:strike w:val="0"/>
          <w:sz w:val="22"/>
          <w:highlight w:val="cyan"/>
          <w:u w:val="single"/>
        </w:rPr>
        <w:t>with</w:t>
      </w:r>
      <w:r>
        <w:rPr>
          <w:b/>
          <w:i w:val="0"/>
          <w:smallCaps w:val="0"/>
          <w:strike w:val="0"/>
          <w:sz w:val="22"/>
          <w:u w:val="single"/>
        </w:rPr>
        <w:t xml:space="preserve"> extreme </w:t>
      </w:r>
      <w:r>
        <w:rPr>
          <w:b/>
          <w:i w:val="0"/>
          <w:smallCaps w:val="0"/>
          <w:strike w:val="0"/>
          <w:sz w:val="22"/>
          <w:highlight w:val="cyan"/>
          <w:u w:val="single"/>
        </w:rPr>
        <w:t>shortages</w:t>
      </w:r>
      <w:r>
        <w:rPr>
          <w:b w:val="0"/>
          <w:i w:val="0"/>
          <w:smallCaps w:val="0"/>
          <w:strike w:val="0"/>
          <w:sz w:val="16"/>
          <w:u w:val="none"/>
        </w:rPr>
        <w:t xml:space="preserve"> of some goods and services. </w:t>
      </w:r>
      <w:r>
        <w:rPr>
          <w:b/>
          <w:i w:val="0"/>
          <w:smallCaps w:val="0"/>
          <w:strike w:val="0"/>
          <w:sz w:val="22"/>
          <w:u w:val="single"/>
        </w:rPr>
        <w:t xml:space="preserve">People have had to go on waiting lists to buy things they </w:t>
      </w:r>
      <w:r>
        <w:rPr>
          <w:b/>
          <w:i w:val="0"/>
          <w:smallCaps w:val="0"/>
          <w:strike w:val="0"/>
          <w:sz w:val="22"/>
          <w:u w:val="single"/>
        </w:rPr>
        <w:t>want, and</w:t>
      </w:r>
      <w:r>
        <w:rPr>
          <w:b/>
          <w:i w:val="0"/>
          <w:smallCaps w:val="0"/>
          <w:strike w:val="0"/>
          <w:sz w:val="22"/>
          <w:u w:val="single"/>
        </w:rPr>
        <w:t xml:space="preserve"> have had to wait weeks or months to get a tradesperson</w:t>
      </w:r>
      <w:r>
        <w:rPr>
          <w:b w:val="0"/>
          <w:i w:val="0"/>
          <w:smallCaps w:val="0"/>
          <w:strike w:val="0"/>
          <w:sz w:val="16"/>
          <w:u w:val="none"/>
        </w:rPr>
        <w:t xml:space="preserve">. These </w:t>
      </w:r>
      <w:r>
        <w:rPr>
          <w:b/>
          <w:i w:val="0"/>
          <w:smallCaps w:val="0"/>
          <w:strike w:val="0"/>
          <w:sz w:val="22"/>
          <w:u w:val="single"/>
        </w:rPr>
        <w:t>are signs of an overheated economy</w:t>
      </w:r>
      <w:r>
        <w:rPr>
          <w:b w:val="0"/>
          <w:i w:val="0"/>
          <w:smallCaps w:val="0"/>
          <w:strike w:val="0"/>
          <w:sz w:val="16"/>
          <w:u w:val="none"/>
        </w:rPr>
        <w:t xml:space="preserve">, </w:t>
      </w:r>
      <w:r>
        <w:rPr>
          <w:b/>
          <w:i w:val="0"/>
          <w:smallCaps w:val="0"/>
          <w:strike w:val="0"/>
          <w:sz w:val="22"/>
          <w:u w:val="single"/>
        </w:rPr>
        <w:t>fuelled</w:t>
      </w:r>
      <w:r>
        <w:rPr>
          <w:b/>
          <w:i w:val="0"/>
          <w:smallCaps w:val="0"/>
          <w:strike w:val="0"/>
          <w:sz w:val="22"/>
          <w:u w:val="single"/>
        </w:rPr>
        <w:t xml:space="preserve"> by low interest rates and massive Government spending</w:t>
      </w:r>
      <w:r>
        <w:rPr>
          <w:b w:val="0"/>
          <w:i w:val="0"/>
          <w:smallCaps w:val="0"/>
          <w:strike w:val="0"/>
          <w:sz w:val="16"/>
          <w:u w:val="none"/>
        </w:rPr>
        <w:t xml:space="preserve">. A </w:t>
      </w:r>
      <w:r>
        <w:rPr>
          <w:b/>
          <w:i w:val="0"/>
          <w:smallCaps w:val="0"/>
          <w:strike w:val="0"/>
          <w:sz w:val="22"/>
          <w:u w:val="single"/>
        </w:rPr>
        <w:t xml:space="preserve">recession is </w:t>
      </w:r>
      <w:r>
        <w:rPr>
          <w:b/>
          <w:i w:val="0"/>
          <w:smallCaps w:val="0"/>
          <w:strike w:val="0"/>
          <w:sz w:val="22"/>
          <w:highlight w:val="cyan"/>
          <w:u w:val="single"/>
        </w:rPr>
        <w:t xml:space="preserve">a </w:t>
      </w:r>
      <w:r>
        <w:rPr>
          <w:b/>
          <w:i w:val="0"/>
          <w:smallCaps w:val="0"/>
          <w:strike w:val="0"/>
          <w:sz w:val="22"/>
          <w:highlight w:val="cyan"/>
          <w:u w:val="single"/>
        </w:rPr>
        <w:t>cooling off</w:t>
      </w:r>
      <w:r>
        <w:rPr>
          <w:b/>
          <w:i w:val="0"/>
          <w:smallCaps w:val="0"/>
          <w:strike w:val="0"/>
          <w:sz w:val="22"/>
          <w:highlight w:val="cyan"/>
          <w:u w:val="single"/>
        </w:rPr>
        <w:t xml:space="preserve"> period</w:t>
      </w:r>
      <w:r>
        <w:rPr>
          <w:b/>
          <w:i w:val="0"/>
          <w:smallCaps w:val="0"/>
          <w:strike w:val="0"/>
          <w:sz w:val="22"/>
          <w:u w:val="single"/>
        </w:rPr>
        <w:t xml:space="preserve"> </w:t>
      </w:r>
      <w:r>
        <w:rPr>
          <w:b w:val="0"/>
          <w:i w:val="0"/>
          <w:smallCaps w:val="0"/>
          <w:strike w:val="0"/>
          <w:sz w:val="16"/>
          <w:u w:val="none"/>
        </w:rPr>
        <w:t>that takes the heat out of inflation and takes the pressure off suppliers. Inflation has caused considerable pain for people on low incomes or with high expenses, such as young families. For these people, recession is a welcome relief.</w:t>
      </w:r>
    </w:p>
    <w:p>
      <w:pPr>
        <w:spacing w:after="60"/>
      </w:pPr>
      <w:r>
        <w:rPr>
          <w:b w:val="0"/>
          <w:i w:val="0"/>
          <w:smallCaps w:val="0"/>
          <w:strike w:val="0"/>
          <w:sz w:val="16"/>
          <w:u w:val="none"/>
        </w:rPr>
        <w:t xml:space="preserve">There are other wider benefits of a recession. The </w:t>
      </w:r>
      <w:r>
        <w:rPr>
          <w:b/>
          <w:i w:val="0"/>
          <w:smallCaps w:val="0"/>
          <w:strike w:val="0"/>
          <w:sz w:val="22"/>
          <w:u w:val="single"/>
        </w:rPr>
        <w:t xml:space="preserve">economy </w:t>
      </w:r>
      <w:r>
        <w:rPr>
          <w:b/>
          <w:i w:val="0"/>
          <w:smallCaps w:val="0"/>
          <w:strike w:val="0"/>
          <w:sz w:val="22"/>
          <w:highlight w:val="cyan"/>
          <w:u w:val="single"/>
        </w:rPr>
        <w:t>works in a cycle</w:t>
      </w:r>
      <w:r>
        <w:rPr>
          <w:b w:val="0"/>
          <w:i w:val="0"/>
          <w:smallCaps w:val="0"/>
          <w:strike w:val="0"/>
          <w:sz w:val="16"/>
          <w:u w:val="none"/>
        </w:rPr>
        <w:t xml:space="preserve"> – in simple terms </w:t>
      </w:r>
      <w:r>
        <w:rPr>
          <w:b/>
          <w:i w:val="0"/>
          <w:smallCaps w:val="0"/>
          <w:strike w:val="0"/>
          <w:sz w:val="22"/>
          <w:u w:val="single"/>
        </w:rPr>
        <w:t xml:space="preserve">we go </w:t>
      </w:r>
      <w:r>
        <w:rPr>
          <w:b/>
          <w:i w:val="0"/>
          <w:smallCaps w:val="0"/>
          <w:strike w:val="0"/>
          <w:sz w:val="22"/>
          <w:u w:val="single"/>
        </w:rPr>
        <w:t>from ‘boom’ to ‘bust’</w:t>
      </w:r>
      <w:r>
        <w:rPr>
          <w:b/>
          <w:i w:val="0"/>
          <w:smallCaps w:val="0"/>
          <w:strike w:val="0"/>
          <w:sz w:val="22"/>
          <w:u w:val="single"/>
        </w:rPr>
        <w:t>.</w:t>
      </w:r>
      <w:r>
        <w:rPr>
          <w:b w:val="0"/>
          <w:i w:val="0"/>
          <w:smallCaps w:val="0"/>
          <w:strike w:val="0"/>
          <w:sz w:val="16"/>
          <w:u w:val="none"/>
        </w:rPr>
        <w:t xml:space="preserve"> However, </w:t>
      </w:r>
      <w:r>
        <w:rPr>
          <w:b/>
          <w:i w:val="0"/>
          <w:smallCaps w:val="0"/>
          <w:strike w:val="0"/>
          <w:sz w:val="22"/>
          <w:u w:val="single"/>
        </w:rPr>
        <w:t xml:space="preserve">there is an </w:t>
      </w:r>
      <w:r>
        <w:rPr>
          <w:b/>
          <w:i w:val="0"/>
          <w:smallCaps w:val="0"/>
          <w:strike w:val="0"/>
          <w:sz w:val="22"/>
          <w:highlight w:val="cyan"/>
          <w:u w:val="single"/>
        </w:rPr>
        <w:t>upward trend to each cycle</w:t>
      </w:r>
      <w:r>
        <w:rPr>
          <w:b/>
          <w:i w:val="0"/>
          <w:smallCaps w:val="0"/>
          <w:strike w:val="0"/>
          <w:sz w:val="22"/>
          <w:u w:val="single"/>
        </w:rPr>
        <w:t>, so the level of economic activity in this recession is likely to be higher than the level of economic activity in previous recessions</w:t>
      </w:r>
      <w:r>
        <w:rPr>
          <w:b w:val="0"/>
          <w:i w:val="0"/>
          <w:smallCaps w:val="0"/>
          <w:strike w:val="0"/>
          <w:sz w:val="16"/>
          <w:u w:val="none"/>
        </w:rPr>
        <w:t xml:space="preserve">. The fact is, </w:t>
      </w:r>
      <w:r>
        <w:rPr>
          <w:b/>
          <w:i w:val="0"/>
          <w:smallCaps w:val="0"/>
          <w:strike w:val="0"/>
          <w:sz w:val="22"/>
          <w:u w:val="single"/>
        </w:rPr>
        <w:t xml:space="preserve">we would be </w:t>
      </w:r>
      <w:r>
        <w:rPr>
          <w:b/>
          <w:i w:val="0"/>
          <w:smallCaps w:val="0"/>
          <w:strike w:val="0"/>
          <w:sz w:val="22"/>
          <w:highlight w:val="cyan"/>
          <w:u w:val="single"/>
        </w:rPr>
        <w:t>unlikely to have</w:t>
      </w:r>
      <w:r>
        <w:rPr>
          <w:b/>
          <w:i w:val="0"/>
          <w:smallCaps w:val="0"/>
          <w:strike w:val="0"/>
          <w:sz w:val="22"/>
          <w:u w:val="single"/>
        </w:rPr>
        <w:t xml:space="preserve"> this </w:t>
      </w:r>
      <w:r>
        <w:rPr>
          <w:b/>
          <w:i w:val="0"/>
          <w:smallCaps w:val="0"/>
          <w:strike w:val="0"/>
          <w:sz w:val="22"/>
          <w:u w:val="single"/>
        </w:rPr>
        <w:t>long term</w:t>
      </w:r>
      <w:r>
        <w:rPr>
          <w:b/>
          <w:i w:val="0"/>
          <w:smallCaps w:val="0"/>
          <w:strike w:val="0"/>
          <w:sz w:val="22"/>
          <w:u w:val="single"/>
        </w:rPr>
        <w:t xml:space="preserve"> </w:t>
      </w:r>
      <w:r>
        <w:rPr>
          <w:b/>
          <w:i w:val="0"/>
          <w:smallCaps w:val="0"/>
          <w:strike w:val="0"/>
          <w:sz w:val="22"/>
          <w:highlight w:val="cyan"/>
          <w:u w:val="single"/>
        </w:rPr>
        <w:t>growth if we didn’t have recessions</w:t>
      </w:r>
      <w:r>
        <w:rPr>
          <w:b w:val="0"/>
          <w:i w:val="0"/>
          <w:smallCaps w:val="0"/>
          <w:strike w:val="0"/>
          <w:sz w:val="16"/>
          <w:u w:val="none"/>
        </w:rPr>
        <w:t>. Let me explain why.</w:t>
      </w:r>
    </w:p>
    <w:p>
      <w:pPr>
        <w:spacing w:after="60"/>
      </w:pPr>
      <w:r>
        <w:rPr>
          <w:b/>
          <w:i w:val="0"/>
          <w:smallCaps w:val="0"/>
          <w:strike w:val="0"/>
          <w:sz w:val="22"/>
          <w:u w:val="single"/>
        </w:rPr>
        <w:t>When we are in a boom period</w:t>
      </w:r>
      <w:r>
        <w:rPr>
          <w:b w:val="0"/>
          <w:i w:val="0"/>
          <w:smallCaps w:val="0"/>
          <w:strike w:val="0"/>
          <w:sz w:val="16"/>
          <w:u w:val="none"/>
        </w:rPr>
        <w:t xml:space="preserve">, with excessive spending and shortages, </w:t>
      </w:r>
      <w:r>
        <w:rPr>
          <w:b/>
          <w:i w:val="0"/>
          <w:smallCaps w:val="0"/>
          <w:strike w:val="0"/>
          <w:sz w:val="22"/>
          <w:u w:val="single"/>
        </w:rPr>
        <w:t>even poorly managed companies can succeed</w:t>
      </w:r>
      <w:r>
        <w:rPr>
          <w:b w:val="0"/>
          <w:i w:val="0"/>
          <w:smallCaps w:val="0"/>
          <w:strike w:val="0"/>
          <w:sz w:val="16"/>
          <w:u w:val="none"/>
        </w:rPr>
        <w:t xml:space="preserve">. Our </w:t>
      </w:r>
      <w:r>
        <w:rPr>
          <w:b/>
          <w:i w:val="0"/>
          <w:smallCaps w:val="0"/>
          <w:strike w:val="0"/>
          <w:sz w:val="22"/>
          <w:u w:val="single"/>
        </w:rPr>
        <w:t>economic resources are limited, and to get the most out of them, they need to be used efficiently and effectively</w:t>
      </w:r>
      <w:r>
        <w:rPr>
          <w:b w:val="0"/>
          <w:i w:val="0"/>
          <w:smallCaps w:val="0"/>
          <w:strike w:val="0"/>
          <w:sz w:val="16"/>
          <w:u w:val="none"/>
        </w:rPr>
        <w:t xml:space="preserve">. When we have a recession, poorly managed or inefficient companies are usually the first to suffer. As they shrink or shut down, they release resources (people, money and time). These </w:t>
      </w:r>
      <w:r>
        <w:rPr>
          <w:b/>
          <w:i w:val="0"/>
          <w:smallCaps w:val="0"/>
          <w:strike w:val="0"/>
          <w:sz w:val="22"/>
          <w:u w:val="single"/>
        </w:rPr>
        <w:t>resources are then freed up for more efficient companies</w:t>
      </w:r>
      <w:r>
        <w:rPr>
          <w:b w:val="0"/>
          <w:i w:val="0"/>
          <w:smallCaps w:val="0"/>
          <w:strike w:val="0"/>
          <w:sz w:val="16"/>
          <w:u w:val="none"/>
        </w:rPr>
        <w:t xml:space="preserve">, or for new industries. </w:t>
      </w:r>
      <w:r>
        <w:rPr>
          <w:b/>
          <w:i w:val="0"/>
          <w:smallCaps w:val="0"/>
          <w:strike w:val="0"/>
          <w:sz w:val="22"/>
          <w:highlight w:val="cyan"/>
          <w:u w:val="single"/>
        </w:rPr>
        <w:t xml:space="preserve">Recessions can </w:t>
      </w:r>
      <w:r>
        <w:rPr>
          <w:b/>
          <w:i w:val="0"/>
          <w:smallCaps w:val="0"/>
          <w:strike w:val="0"/>
          <w:sz w:val="22"/>
          <w:highlight w:val="cyan"/>
          <w:u w:val="single"/>
        </w:rPr>
        <w:t>be</w:t>
      </w:r>
      <w:r>
        <w:rPr>
          <w:b/>
          <w:i w:val="0"/>
          <w:smallCaps w:val="0"/>
          <w:strike w:val="0"/>
          <w:sz w:val="22"/>
          <w:u w:val="single"/>
        </w:rPr>
        <w:t xml:space="preserve"> a </w:t>
      </w:r>
      <w:r>
        <w:rPr>
          <w:b/>
          <w:i w:val="0"/>
          <w:smallCaps w:val="0"/>
          <w:strike w:val="0"/>
          <w:sz w:val="22"/>
          <w:highlight w:val="cyan"/>
          <w:u w:val="single"/>
        </w:rPr>
        <w:t>great</w:t>
      </w:r>
      <w:r>
        <w:rPr>
          <w:b/>
          <w:i w:val="0"/>
          <w:smallCaps w:val="0"/>
          <w:strike w:val="0"/>
          <w:sz w:val="22"/>
          <w:u w:val="single"/>
        </w:rPr>
        <w:t xml:space="preserve"> time </w:t>
      </w:r>
      <w:r>
        <w:rPr>
          <w:b/>
          <w:i w:val="0"/>
          <w:smallCaps w:val="0"/>
          <w:strike w:val="0"/>
          <w:sz w:val="22"/>
          <w:highlight w:val="cyan"/>
          <w:u w:val="single"/>
        </w:rPr>
        <w:t>for innovation</w:t>
      </w:r>
      <w:r>
        <w:rPr>
          <w:b/>
          <w:i w:val="0"/>
          <w:smallCaps w:val="0"/>
          <w:strike w:val="0"/>
          <w:sz w:val="22"/>
          <w:u w:val="single"/>
        </w:rPr>
        <w:t>,</w:t>
      </w:r>
      <w:r>
        <w:rPr>
          <w:b w:val="0"/>
          <w:i w:val="0"/>
          <w:smallCaps w:val="0"/>
          <w:strike w:val="0"/>
          <w:sz w:val="16"/>
          <w:u w:val="none"/>
        </w:rPr>
        <w:t xml:space="preserve"> as </w:t>
      </w:r>
      <w:r>
        <w:rPr>
          <w:b/>
          <w:i w:val="0"/>
          <w:smallCaps w:val="0"/>
          <w:strike w:val="0"/>
          <w:sz w:val="22"/>
          <w:highlight w:val="cyan"/>
          <w:u w:val="single"/>
        </w:rPr>
        <w:t xml:space="preserve">companies </w:t>
      </w:r>
      <w:r>
        <w:rPr>
          <w:b/>
          <w:i w:val="0"/>
          <w:smallCaps w:val="0"/>
          <w:strike w:val="0"/>
          <w:sz w:val="22"/>
          <w:highlight w:val="cyan"/>
          <w:u w:val="single"/>
        </w:rPr>
        <w:t>have to</w:t>
      </w:r>
      <w:r>
        <w:rPr>
          <w:b/>
          <w:i w:val="0"/>
          <w:smallCaps w:val="0"/>
          <w:strike w:val="0"/>
          <w:sz w:val="22"/>
          <w:highlight w:val="cyan"/>
          <w:u w:val="single"/>
        </w:rPr>
        <w:t xml:space="preserve"> work smarter</w:t>
      </w:r>
      <w:r>
        <w:rPr>
          <w:b/>
          <w:i w:val="0"/>
          <w:smallCaps w:val="0"/>
          <w:strike w:val="0"/>
          <w:sz w:val="22"/>
          <w:u w:val="single"/>
        </w:rPr>
        <w:t xml:space="preserve"> to succeed</w:t>
      </w:r>
      <w:r>
        <w:rPr>
          <w:b w:val="0"/>
          <w:i w:val="0"/>
          <w:smallCaps w:val="0"/>
          <w:strike w:val="0"/>
          <w:sz w:val="16"/>
          <w:u w:val="none"/>
        </w:rPr>
        <w:t xml:space="preserve">. Think of a </w:t>
      </w:r>
      <w:r>
        <w:rPr>
          <w:b/>
          <w:i w:val="0"/>
          <w:smallCaps w:val="0"/>
          <w:strike w:val="0"/>
          <w:sz w:val="22"/>
          <w:u w:val="single"/>
        </w:rPr>
        <w:t xml:space="preserve">recession as </w:t>
      </w:r>
      <w:r>
        <w:rPr>
          <w:b/>
          <w:i w:val="0"/>
          <w:smallCaps w:val="0"/>
          <w:strike w:val="0"/>
          <w:sz w:val="22"/>
          <w:u w:val="single"/>
        </w:rPr>
        <w:t>a period of time</w:t>
      </w:r>
      <w:r>
        <w:rPr>
          <w:b/>
          <w:i w:val="0"/>
          <w:smallCaps w:val="0"/>
          <w:strike w:val="0"/>
          <w:sz w:val="22"/>
          <w:u w:val="single"/>
        </w:rPr>
        <w:t xml:space="preserve"> when there is a clearing of poor performers</w:t>
      </w:r>
      <w:r>
        <w:rPr>
          <w:b w:val="0"/>
          <w:i w:val="0"/>
          <w:smallCaps w:val="0"/>
          <w:strike w:val="0"/>
          <w:sz w:val="16"/>
          <w:u w:val="none"/>
        </w:rPr>
        <w:t xml:space="preserve">, </w:t>
      </w:r>
      <w:r>
        <w:rPr>
          <w:b/>
          <w:i w:val="0"/>
          <w:smallCaps w:val="0"/>
          <w:strike w:val="0"/>
          <w:sz w:val="22"/>
          <w:u w:val="single"/>
        </w:rPr>
        <w:t>leaving our economy in better shape for growth</w:t>
      </w:r>
      <w:r>
        <w:rPr>
          <w:b w:val="0"/>
          <w:i w:val="0"/>
          <w:smallCaps w:val="0"/>
          <w:strike w:val="0"/>
          <w:sz w:val="16"/>
          <w:u w:val="none"/>
        </w:rPr>
        <w:t>.</w:t>
      </w:r>
    </w:p>
    <w:p>
      <w:pPr>
        <w:spacing w:after="60"/>
      </w:pPr>
      <w:r>
        <w:rPr>
          <w:b w:val="0"/>
          <w:i w:val="0"/>
          <w:smallCaps w:val="0"/>
          <w:strike w:val="0"/>
          <w:sz w:val="16"/>
          <w:u w:val="none"/>
        </w:rPr>
        <w:t xml:space="preserve">It’s important to remember that </w:t>
      </w:r>
      <w:r>
        <w:rPr>
          <w:b/>
          <w:i w:val="0"/>
          <w:smallCaps w:val="0"/>
          <w:strike w:val="0"/>
          <w:sz w:val="22"/>
          <w:u w:val="single"/>
        </w:rPr>
        <w:t xml:space="preserve">a recession is a </w:t>
      </w:r>
      <w:r>
        <w:rPr>
          <w:b/>
          <w:i w:val="0"/>
          <w:smallCaps w:val="0"/>
          <w:strike w:val="0"/>
          <w:sz w:val="22"/>
          <w:highlight w:val="cyan"/>
          <w:u w:val="single"/>
        </w:rPr>
        <w:t>natural part of the economic cycle</w:t>
      </w:r>
      <w:r>
        <w:rPr>
          <w:b w:val="0"/>
          <w:i w:val="0"/>
          <w:smallCaps w:val="0"/>
          <w:strike w:val="0"/>
          <w:sz w:val="16"/>
          <w:u w:val="none"/>
        </w:rPr>
        <w:t xml:space="preserve">. </w:t>
      </w:r>
      <w:r>
        <w:rPr>
          <w:b/>
          <w:i w:val="0"/>
          <w:smallCaps w:val="0"/>
          <w:strike w:val="0"/>
          <w:sz w:val="22"/>
          <w:u w:val="single"/>
        </w:rPr>
        <w:t>If there is one thing for sure</w:t>
      </w:r>
      <w:r>
        <w:rPr>
          <w:b w:val="0"/>
          <w:i w:val="0"/>
          <w:smallCaps w:val="0"/>
          <w:strike w:val="0"/>
          <w:sz w:val="16"/>
          <w:u w:val="none"/>
        </w:rPr>
        <w:t xml:space="preserve">, </w:t>
      </w:r>
      <w:r>
        <w:rPr>
          <w:b/>
          <w:i w:val="0"/>
          <w:smallCaps w:val="0"/>
          <w:strike w:val="0"/>
          <w:sz w:val="22"/>
          <w:u w:val="single"/>
        </w:rPr>
        <w:t xml:space="preserve">a recession is </w:t>
      </w:r>
      <w:r>
        <w:rPr>
          <w:b/>
          <w:i w:val="0"/>
          <w:smallCaps w:val="0"/>
          <w:strike w:val="0"/>
          <w:sz w:val="22"/>
          <w:highlight w:val="cyan"/>
          <w:u w:val="single"/>
        </w:rPr>
        <w:t>always followed by a period of strong growth</w:t>
      </w:r>
      <w:r>
        <w:rPr>
          <w:b w:val="0"/>
          <w:i w:val="0"/>
          <w:smallCaps w:val="0"/>
          <w:strike w:val="0"/>
          <w:sz w:val="16"/>
          <w:u w:val="none"/>
        </w:rPr>
        <w:t xml:space="preserve">. The </w:t>
      </w:r>
      <w:r>
        <w:rPr>
          <w:b/>
          <w:i w:val="0"/>
          <w:smallCaps w:val="0"/>
          <w:strike w:val="0"/>
          <w:sz w:val="22"/>
          <w:u w:val="single"/>
        </w:rPr>
        <w:t>only uncertainty is how long the recession will last and how soon economic growth will return.</w:t>
      </w:r>
    </w:p>
    <w:p>
      <w:pPr>
        <w:spacing w:after="60"/>
      </w:pPr>
      <w:r>
        <w:rPr>
          <w:b w:val="0"/>
          <w:i w:val="0"/>
          <w:smallCaps w:val="0"/>
          <w:strike w:val="0"/>
          <w:sz w:val="16"/>
          <w:u w:val="none"/>
        </w:rPr>
        <w:t xml:space="preserve">This will be determined by </w:t>
      </w:r>
      <w:r>
        <w:rPr>
          <w:b w:val="0"/>
          <w:i w:val="0"/>
          <w:smallCaps w:val="0"/>
          <w:strike w:val="0"/>
          <w:sz w:val="16"/>
          <w:u w:val="none"/>
        </w:rPr>
        <w:t>a number of</w:t>
      </w:r>
      <w:r>
        <w:rPr>
          <w:b w:val="0"/>
          <w:i w:val="0"/>
          <w:smallCaps w:val="0"/>
          <w:strike w:val="0"/>
          <w:sz w:val="16"/>
          <w:u w:val="none"/>
        </w:rPr>
        <w:t xml:space="preserve"> factors including the state of the global economy, and the actions of our policy makers, particularly the Reserve Bank. Interest rates are </w:t>
      </w:r>
      <w:r>
        <w:rPr>
          <w:b w:val="0"/>
          <w:i w:val="0"/>
          <w:smallCaps w:val="0"/>
          <w:strike w:val="0"/>
          <w:sz w:val="16"/>
          <w:u w:val="none"/>
        </w:rPr>
        <w:t>strong</w:t>
      </w:r>
      <w:r>
        <w:rPr>
          <w:b w:val="0"/>
          <w:i w:val="0"/>
          <w:smallCaps w:val="0"/>
          <w:strike w:val="0"/>
          <w:sz w:val="16"/>
          <w:u w:val="none"/>
        </w:rPr>
        <w:t xml:space="preserve"> lever for influencing the speed at which our economy operates. </w:t>
      </w:r>
      <w:r>
        <w:rPr>
          <w:b/>
          <w:i w:val="0"/>
          <w:smallCaps w:val="0"/>
          <w:strike w:val="0"/>
          <w:sz w:val="22"/>
          <w:u w:val="single"/>
        </w:rPr>
        <w:t>High interest rates will slow the economy down and low interest rates will speed it up</w:t>
      </w:r>
      <w:r>
        <w:rPr>
          <w:b w:val="0"/>
          <w:i w:val="0"/>
          <w:smallCaps w:val="0"/>
          <w:strike w:val="0"/>
          <w:sz w:val="16"/>
          <w:u w:val="none"/>
        </w:rPr>
        <w:t xml:space="preserve">. The </w:t>
      </w:r>
      <w:r>
        <w:rPr>
          <w:b/>
          <w:i w:val="0"/>
          <w:smallCaps w:val="0"/>
          <w:strike w:val="0"/>
          <w:sz w:val="22"/>
          <w:u w:val="single"/>
        </w:rPr>
        <w:t>challenge of the Reserve Bank is to keep interest rates at a level that will promote economic stability</w:t>
      </w:r>
      <w:r>
        <w:rPr>
          <w:b w:val="0"/>
          <w:i w:val="0"/>
          <w:smallCaps w:val="0"/>
          <w:strike w:val="0"/>
          <w:sz w:val="16"/>
          <w:u w:val="none"/>
        </w:rPr>
        <w:t xml:space="preserve">. It’s not </w:t>
      </w:r>
      <w:r>
        <w:rPr>
          <w:b/>
          <w:i w:val="0"/>
          <w:smallCaps w:val="0"/>
          <w:strike w:val="0"/>
          <w:sz w:val="22"/>
          <w:u w:val="single"/>
        </w:rPr>
        <w:t>possible to keep an economy on a completely even keel</w:t>
      </w:r>
      <w:r>
        <w:rPr>
          <w:b w:val="0"/>
          <w:i w:val="0"/>
          <w:smallCaps w:val="0"/>
          <w:strike w:val="0"/>
          <w:sz w:val="16"/>
          <w:u w:val="none"/>
        </w:rPr>
        <w:t xml:space="preserve">, </w:t>
      </w:r>
      <w:r>
        <w:rPr>
          <w:b/>
          <w:i w:val="0"/>
          <w:smallCaps w:val="0"/>
          <w:strike w:val="0"/>
          <w:sz w:val="22"/>
          <w:u w:val="single"/>
        </w:rPr>
        <w:t>but we need to avoid wild swings from boom to bust,</w:t>
      </w:r>
      <w:r>
        <w:rPr>
          <w:b w:val="0"/>
          <w:i w:val="0"/>
          <w:smallCaps w:val="0"/>
          <w:strike w:val="0"/>
          <w:sz w:val="16"/>
          <w:u w:val="none"/>
        </w:rPr>
        <w:t xml:space="preserve"> as that creates a high level of disruption and uncertainty.</w:t>
      </w:r>
    </w:p>
    <w:p>
      <w:pPr>
        <w:pStyle w:val="Caption"/>
      </w:pPr>
      <w:r>
        <w:t>Source: Copyright Reform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