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Vote aff for “</w:t>
      </w:r>
      <w:r>
        <w:rPr>
          <w:b/>
          <w:i w:val="0"/>
          <w:smallCaps w:val="0"/>
          <w:strike w:val="0"/>
          <w:sz w:val="28"/>
          <w:u w:val="single"/>
        </w:rPr>
        <w:t xml:space="preserve">Mumble </w:t>
      </w:r>
      <w:r>
        <w:rPr>
          <w:b/>
          <w:i w:val="0"/>
          <w:smallCaps w:val="0"/>
          <w:strike w:val="0"/>
          <w:sz w:val="28"/>
          <w:u w:val="single"/>
        </w:rPr>
        <w:t>Rap</w:t>
      </w:r>
      <w:r>
        <w:rPr>
          <w:b/>
          <w:i w:val="0"/>
          <w:smallCaps w:val="0"/>
          <w:strike w:val="0"/>
          <w:sz w:val="28"/>
          <w:u w:val="none"/>
        </w:rPr>
        <w:t xml:space="preserve">”, a method of </w:t>
      </w:r>
      <w:r>
        <w:rPr>
          <w:b/>
          <w:i w:val="0"/>
          <w:smallCaps w:val="0"/>
          <w:strike w:val="0"/>
          <w:sz w:val="28"/>
          <w:u w:val="single"/>
        </w:rPr>
        <w:t xml:space="preserve">disrupting </w:t>
      </w:r>
      <w:r>
        <w:rPr>
          <w:b/>
          <w:i w:val="0"/>
          <w:smallCaps w:val="0"/>
          <w:strike w:val="0"/>
          <w:sz w:val="28"/>
          <w:u w:val="none"/>
        </w:rPr>
        <w:t>white standards that embodies a “</w:t>
      </w:r>
      <w:r>
        <w:rPr>
          <w:b/>
          <w:i w:val="0"/>
          <w:smallCaps w:val="0"/>
          <w:strike w:val="0"/>
          <w:sz w:val="28"/>
          <w:u w:val="single"/>
        </w:rPr>
        <w:t>fractured</w:t>
      </w:r>
      <w:r>
        <w:rPr>
          <w:b/>
          <w:i w:val="0"/>
          <w:smallCaps w:val="0"/>
          <w:strike w:val="0"/>
          <w:sz w:val="28"/>
          <w:u w:val="none"/>
        </w:rPr>
        <w:t xml:space="preserve">” lacking </w:t>
      </w:r>
      <w:r>
        <w:rPr>
          <w:b/>
          <w:i w:val="0"/>
          <w:smallCaps w:val="0"/>
          <w:strike w:val="0"/>
          <w:sz w:val="28"/>
          <w:u w:val="single"/>
        </w:rPr>
        <w:t>origin</w:t>
      </w:r>
      <w:r>
        <w:rPr>
          <w:b/>
          <w:i w:val="0"/>
          <w:smallCaps w:val="0"/>
          <w:strike w:val="0"/>
          <w:sz w:val="28"/>
          <w:u w:val="none"/>
        </w:rPr>
        <w:t xml:space="preserve">. This casts </w:t>
      </w:r>
      <w:r>
        <w:rPr>
          <w:b/>
          <w:i w:val="0"/>
          <w:smallCaps w:val="0"/>
          <w:strike w:val="0"/>
          <w:sz w:val="28"/>
          <w:u w:val="single"/>
        </w:rPr>
        <w:t>aestheticism</w:t>
      </w:r>
      <w:r>
        <w:rPr>
          <w:b/>
          <w:i w:val="0"/>
          <w:smallCaps w:val="0"/>
          <w:strike w:val="0"/>
          <w:sz w:val="28"/>
          <w:u w:val="none"/>
        </w:rPr>
        <w:t xml:space="preserve"> giving way to </w:t>
      </w:r>
      <w:r>
        <w:rPr>
          <w:b/>
          <w:i w:val="0"/>
          <w:smallCaps w:val="0"/>
          <w:strike w:val="0"/>
          <w:sz w:val="28"/>
          <w:u w:val="single"/>
        </w:rPr>
        <w:t>sonic resistance</w:t>
      </w:r>
      <w:r>
        <w:rPr>
          <w:b/>
          <w:i w:val="0"/>
          <w:smallCaps w:val="0"/>
          <w:strike w:val="0"/>
          <w:sz w:val="28"/>
          <w:u w:val="none"/>
        </w:rPr>
        <w:t xml:space="preserve"> where </w:t>
      </w:r>
      <w:r>
        <w:rPr>
          <w:b/>
          <w:i w:val="0"/>
          <w:smallCaps w:val="0"/>
          <w:strike w:val="0"/>
          <w:sz w:val="28"/>
          <w:u w:val="single"/>
        </w:rPr>
        <w:t>neoliberalism</w:t>
      </w:r>
      <w:r>
        <w:rPr>
          <w:b/>
          <w:i w:val="0"/>
          <w:smallCaps w:val="0"/>
          <w:strike w:val="0"/>
          <w:sz w:val="28"/>
          <w:u w:val="none"/>
        </w:rPr>
        <w:t xml:space="preserve"> embarks disruption of “</w:t>
      </w:r>
      <w:r>
        <w:rPr>
          <w:b/>
          <w:i w:val="0"/>
          <w:smallCaps w:val="0"/>
          <w:strike w:val="0"/>
          <w:sz w:val="28"/>
          <w:u w:val="single"/>
        </w:rPr>
        <w:t>suasion</w:t>
      </w:r>
      <w:r>
        <w:rPr>
          <w:b/>
          <w:i w:val="0"/>
          <w:smallCaps w:val="0"/>
          <w:strike w:val="0"/>
          <w:sz w:val="28"/>
          <w:u w:val="none"/>
        </w:rPr>
        <w:t xml:space="preserve">” through </w:t>
      </w:r>
      <w:r>
        <w:rPr>
          <w:b/>
          <w:i w:val="0"/>
          <w:smallCaps w:val="0"/>
          <w:strike w:val="0"/>
          <w:sz w:val="28"/>
          <w:u w:val="single"/>
        </w:rPr>
        <w:t>808’s</w:t>
      </w:r>
      <w:r>
        <w:rPr>
          <w:b/>
          <w:i w:val="0"/>
          <w:smallCaps w:val="0"/>
          <w:strike w:val="0"/>
          <w:sz w:val="28"/>
          <w:u w:val="none"/>
        </w:rPr>
        <w:t xml:space="preserve"> and </w:t>
      </w:r>
      <w:r>
        <w:rPr>
          <w:b/>
          <w:i w:val="0"/>
          <w:smallCaps w:val="0"/>
          <w:strike w:val="0"/>
          <w:sz w:val="28"/>
          <w:u w:val="single"/>
        </w:rPr>
        <w:t>hi-hats</w:t>
      </w:r>
      <w:r>
        <w:rPr>
          <w:b/>
          <w:i w:val="0"/>
          <w:smallCaps w:val="0"/>
          <w:strike w:val="0"/>
          <w:sz w:val="28"/>
          <w:u w:val="none"/>
        </w:rPr>
        <w:t xml:space="preserve"> exceeding conceptions of “</w:t>
      </w:r>
      <w:r>
        <w:rPr>
          <w:b/>
          <w:i w:val="0"/>
          <w:smallCaps w:val="0"/>
          <w:strike w:val="0"/>
          <w:sz w:val="28"/>
          <w:u w:val="single"/>
        </w:rPr>
        <w:t>listening</w:t>
      </w:r>
      <w:r>
        <w:rPr>
          <w:b/>
          <w:i w:val="0"/>
          <w:smallCaps w:val="0"/>
          <w:strike w:val="0"/>
          <w:sz w:val="28"/>
          <w:u w:val="none"/>
        </w:rPr>
        <w:t xml:space="preserve">” creating </w:t>
      </w:r>
      <w:r>
        <w:rPr>
          <w:b/>
          <w:i w:val="0"/>
          <w:smallCaps w:val="0"/>
          <w:strike w:val="0"/>
          <w:sz w:val="28"/>
          <w:u w:val="single"/>
        </w:rPr>
        <w:t>solidarity</w:t>
      </w:r>
      <w:r>
        <w:rPr>
          <w:b/>
          <w:i w:val="0"/>
          <w:smallCaps w:val="0"/>
          <w:strike w:val="0"/>
          <w:sz w:val="28"/>
          <w:u w:val="none"/>
        </w:rPr>
        <w:t xml:space="preserve"> with </w:t>
      </w:r>
      <w:r>
        <w:rPr>
          <w:b/>
          <w:i w:val="0"/>
          <w:smallCaps w:val="0"/>
          <w:strike w:val="0"/>
          <w:sz w:val="28"/>
          <w:u w:val="single"/>
        </w:rPr>
        <w:t>production</w:t>
      </w:r>
      <w:r>
        <w:rPr>
          <w:b/>
          <w:i w:val="0"/>
          <w:smallCaps w:val="0"/>
          <w:strike w:val="0"/>
          <w:sz w:val="28"/>
          <w:u w:val="none"/>
        </w:rPr>
        <w:t>.</w:t>
      </w:r>
    </w:p>
    <w:p>
      <w:pPr>
        <w:spacing w:after="80"/>
      </w:pPr>
      <w:r>
        <w:rPr>
          <w:b/>
          <w:i w:val="0"/>
          <w:smallCaps w:val="0"/>
          <w:strike w:val="0"/>
          <w:sz w:val="28"/>
          <w:u w:val="none"/>
        </w:rPr>
        <w:t>Ludlow ’21</w:t>
      </w:r>
      <w:r>
        <w:rPr>
          <w:b w:val="0"/>
          <w:i w:val="0"/>
          <w:smallCaps w:val="0"/>
          <w:strike w:val="0"/>
          <w:sz w:val="22"/>
          <w:u w:val="none"/>
        </w:rPr>
        <w:t xml:space="preserve"> [Maxwell J; October; Maxwell Ludlow was a Teaching Assistant in the State University of New York. Co-taught "Transhumanist Media", and "The Image", a mixed undergraduate/graduate seminar on Black studies, gender studies, and contemporary critical theory, “Listening to Mumble Rap: Blackness and Autofiction”; https://soar.suny.edu/handle/20.500.12648/11546]] /vishwa </w:t>
      </w:r>
    </w:p>
    <w:p>
      <w:pPr>
        <w:spacing w:after="60"/>
      </w:pPr>
      <w:r>
        <w:rPr>
          <w:b w:val="0"/>
          <w:i w:val="0"/>
          <w:smallCaps w:val="0"/>
          <w:strike w:val="0"/>
          <w:sz w:val="22"/>
          <w:u w:val="single"/>
        </w:rPr>
        <w:t xml:space="preserve">Mumble </w:t>
      </w:r>
      <w:r>
        <w:rPr>
          <w:b w:val="0"/>
          <w:i w:val="0"/>
          <w:smallCaps w:val="0"/>
          <w:strike w:val="0"/>
          <w:sz w:val="22"/>
          <w:highlight w:val="green"/>
          <w:u w:val="single"/>
        </w:rPr>
        <w:t>rap lacks</w:t>
      </w:r>
      <w:r>
        <w:rPr>
          <w:b w:val="0"/>
          <w:i w:val="0"/>
          <w:smallCaps w:val="0"/>
          <w:strike w:val="0"/>
          <w:sz w:val="22"/>
          <w:u w:val="single"/>
        </w:rPr>
        <w:t xml:space="preserve"> a fixed </w:t>
      </w:r>
      <w:r>
        <w:rPr>
          <w:b/>
          <w:i w:val="0"/>
          <w:smallCaps w:val="0"/>
          <w:strike w:val="0"/>
          <w:sz w:val="22"/>
          <w:u w:val="single"/>
        </w:rPr>
        <w:t>geographical</w:t>
      </w:r>
      <w:r>
        <w:rPr>
          <w:b w:val="0"/>
          <w:i w:val="0"/>
          <w:smallCaps w:val="0"/>
          <w:strike w:val="0"/>
          <w:sz w:val="22"/>
          <w:u w:val="single"/>
        </w:rPr>
        <w:t xml:space="preserve"> </w:t>
      </w:r>
      <w:r>
        <w:rPr>
          <w:b w:val="0"/>
          <w:i w:val="0"/>
          <w:smallCaps w:val="0"/>
          <w:strike w:val="0"/>
          <w:sz w:val="22"/>
          <w:highlight w:val="green"/>
          <w:u w:val="single"/>
        </w:rPr>
        <w:t>origin</w:t>
      </w:r>
      <w:r>
        <w:rPr>
          <w:b w:val="0"/>
          <w:i w:val="0"/>
          <w:smallCaps w:val="0"/>
          <w:strike w:val="0"/>
          <w:sz w:val="22"/>
          <w:u w:val="single"/>
        </w:rPr>
        <w:t xml:space="preserve">. It emerges </w:t>
      </w:r>
      <w:r>
        <w:rPr>
          <w:b/>
          <w:i w:val="0"/>
          <w:smallCaps w:val="0"/>
          <w:strike w:val="0"/>
          <w:sz w:val="22"/>
          <w:highlight w:val="green"/>
          <w:u w:val="single"/>
        </w:rPr>
        <w:t>slowly</w:t>
      </w:r>
      <w:r>
        <w:rPr>
          <w:b w:val="0"/>
          <w:i w:val="0"/>
          <w:smallCaps w:val="0"/>
          <w:strike w:val="0"/>
          <w:sz w:val="22"/>
          <w:u w:val="single"/>
        </w:rPr>
        <w:t xml:space="preserve">, rearing itself </w:t>
      </w:r>
      <w:r>
        <w:rPr>
          <w:b w:val="0"/>
          <w:i w:val="0"/>
          <w:smallCaps w:val="0"/>
          <w:strike w:val="0"/>
          <w:sz w:val="22"/>
          <w:highlight w:val="green"/>
          <w:u w:val="single"/>
        </w:rPr>
        <w:t xml:space="preserve">in </w:t>
      </w:r>
      <w:r>
        <w:rPr>
          <w:b/>
          <w:i w:val="0"/>
          <w:smallCaps w:val="0"/>
          <w:strike w:val="0"/>
          <w:sz w:val="22"/>
          <w:highlight w:val="green"/>
          <w:u w:val="single"/>
        </w:rPr>
        <w:t>waves</w:t>
      </w:r>
      <w:r>
        <w:rPr>
          <w:b w:val="0"/>
          <w:i w:val="0"/>
          <w:smallCaps w:val="0"/>
          <w:strike w:val="0"/>
          <w:sz w:val="22"/>
          <w:u w:val="single"/>
        </w:rPr>
        <w:t xml:space="preserve"> across time </w:t>
      </w:r>
      <w:r>
        <w:rPr>
          <w:b/>
          <w:i w:val="0"/>
          <w:smallCaps w:val="0"/>
          <w:strike w:val="0"/>
          <w:sz w:val="22"/>
          <w:highlight w:val="green"/>
          <w:u w:val="single"/>
        </w:rPr>
        <w:t>and space</w:t>
      </w:r>
      <w:r>
        <w:rPr>
          <w:b w:val="0"/>
          <w:i w:val="0"/>
          <w:smallCaps w:val="0"/>
          <w:strike w:val="0"/>
          <w:sz w:val="22"/>
          <w:u w:val="single"/>
        </w:rPr>
        <w:t xml:space="preserve"> of countless decentralized </w:t>
      </w:r>
      <w:r>
        <w:rPr>
          <w:b/>
          <w:i w:val="0"/>
          <w:smallCaps w:val="0"/>
          <w:strike w:val="0"/>
          <w:sz w:val="22"/>
          <w:u w:val="single"/>
        </w:rPr>
        <w:t>forces</w:t>
      </w:r>
      <w:r>
        <w:rPr>
          <w:b w:val="0"/>
          <w:i w:val="0"/>
          <w:smallCaps w:val="0"/>
          <w:strike w:val="0"/>
          <w:sz w:val="22"/>
          <w:u w:val="single"/>
        </w:rPr>
        <w:t xml:space="preserve">: the </w:t>
      </w:r>
      <w:r>
        <w:rPr>
          <w:b w:val="0"/>
          <w:i w:val="0"/>
          <w:smallCaps w:val="0"/>
          <w:strike w:val="0"/>
          <w:sz w:val="22"/>
          <w:highlight w:val="green"/>
          <w:u w:val="single"/>
        </w:rPr>
        <w:t xml:space="preserve">most </w:t>
      </w:r>
      <w:r>
        <w:rPr>
          <w:b/>
          <w:i w:val="0"/>
          <w:smallCaps w:val="0"/>
          <w:strike w:val="0"/>
          <w:sz w:val="22"/>
          <w:highlight w:val="green"/>
          <w:u w:val="single"/>
        </w:rPr>
        <w:t>prominent</w:t>
      </w:r>
      <w:r>
        <w:rPr>
          <w:b w:val="0"/>
          <w:i w:val="0"/>
          <w:smallCaps w:val="0"/>
          <w:strike w:val="0"/>
          <w:sz w:val="22"/>
          <w:u w:val="single"/>
        </w:rPr>
        <w:t xml:space="preserve"> of these </w:t>
      </w:r>
      <w:r>
        <w:rPr>
          <w:b w:val="0"/>
          <w:i w:val="0"/>
          <w:smallCaps w:val="0"/>
          <w:strike w:val="0"/>
          <w:sz w:val="22"/>
          <w:highlight w:val="green"/>
          <w:u w:val="single"/>
        </w:rPr>
        <w:t xml:space="preserve">being </w:t>
      </w:r>
      <w:r>
        <w:rPr>
          <w:b/>
          <w:i w:val="0"/>
          <w:smallCaps w:val="0"/>
          <w:strike w:val="0"/>
          <w:sz w:val="22"/>
          <w:highlight w:val="green"/>
          <w:u w:val="single"/>
        </w:rPr>
        <w:t>neoliberalism</w:t>
      </w:r>
      <w:r>
        <w:rPr>
          <w:b w:val="0"/>
          <w:i w:val="0"/>
          <w:smallCaps w:val="0"/>
          <w:strike w:val="0"/>
          <w:sz w:val="22"/>
          <w:u w:val="single"/>
        </w:rPr>
        <w:t xml:space="preserve"> and the internet. Neoliberalism as a </w:t>
      </w:r>
      <w:r>
        <w:rPr>
          <w:b/>
          <w:i w:val="0"/>
          <w:smallCaps w:val="0"/>
          <w:strike w:val="0"/>
          <w:sz w:val="22"/>
          <w:highlight w:val="green"/>
          <w:u w:val="single"/>
        </w:rPr>
        <w:t>guiding</w:t>
      </w:r>
      <w:r>
        <w:rPr>
          <w:b w:val="0"/>
          <w:i w:val="0"/>
          <w:smallCaps w:val="0"/>
          <w:strike w:val="0"/>
          <w:sz w:val="22"/>
          <w:u w:val="single"/>
        </w:rPr>
        <w:t xml:space="preserve"> economic </w:t>
      </w:r>
      <w:r>
        <w:rPr>
          <w:b/>
          <w:i w:val="0"/>
          <w:smallCaps w:val="0"/>
          <w:strike w:val="0"/>
          <w:sz w:val="22"/>
          <w:highlight w:val="green"/>
          <w:u w:val="single"/>
        </w:rPr>
        <w:t>unfolding</w:t>
      </w:r>
      <w:r>
        <w:rPr>
          <w:b w:val="0"/>
          <w:i w:val="0"/>
          <w:smallCaps w:val="0"/>
          <w:strike w:val="0"/>
          <w:sz w:val="22"/>
          <w:u w:val="single"/>
        </w:rPr>
        <w:t xml:space="preserve"> in tandem </w:t>
      </w:r>
      <w:r>
        <w:rPr>
          <w:b w:val="0"/>
          <w:i w:val="0"/>
          <w:smallCaps w:val="0"/>
          <w:strike w:val="0"/>
          <w:sz w:val="22"/>
          <w:highlight w:val="green"/>
          <w:u w:val="single"/>
        </w:rPr>
        <w:t>with</w:t>
      </w:r>
      <w:r>
        <w:rPr>
          <w:b w:val="0"/>
          <w:i w:val="0"/>
          <w:smallCaps w:val="0"/>
          <w:strike w:val="0"/>
          <w:sz w:val="22"/>
          <w:u w:val="single"/>
        </w:rPr>
        <w:t xml:space="preserve"> the prison </w:t>
      </w:r>
      <w:r>
        <w:rPr>
          <w:b/>
          <w:i w:val="0"/>
          <w:smallCaps w:val="0"/>
          <w:strike w:val="0"/>
          <w:sz w:val="22"/>
          <w:u w:val="single"/>
        </w:rPr>
        <w:t>industrial</w:t>
      </w:r>
      <w:r>
        <w:rPr>
          <w:b w:val="0"/>
          <w:i w:val="0"/>
          <w:smallCaps w:val="0"/>
          <w:strike w:val="0"/>
          <w:sz w:val="22"/>
          <w:u w:val="single"/>
        </w:rPr>
        <w:t xml:space="preserve"> </w:t>
      </w:r>
      <w:r>
        <w:rPr>
          <w:b w:val="0"/>
          <w:i w:val="0"/>
          <w:smallCaps w:val="0"/>
          <w:strike w:val="0"/>
          <w:sz w:val="22"/>
          <w:highlight w:val="green"/>
          <w:u w:val="single"/>
        </w:rPr>
        <w:t xml:space="preserve">complex created </w:t>
      </w:r>
      <w:r>
        <w:rPr>
          <w:b w:val="0"/>
          <w:i w:val="0"/>
          <w:smallCaps w:val="0"/>
          <w:strike w:val="0"/>
          <w:sz w:val="22"/>
          <w:u w:val="single"/>
        </w:rPr>
        <w:t xml:space="preserve">new </w:t>
      </w:r>
      <w:r>
        <w:rPr>
          <w:b/>
          <w:i w:val="0"/>
          <w:smallCaps w:val="0"/>
          <w:strike w:val="0"/>
          <w:sz w:val="22"/>
          <w:u w:val="single"/>
        </w:rPr>
        <w:t>geographically</w:t>
      </w:r>
      <w:r>
        <w:rPr>
          <w:b w:val="0"/>
          <w:i w:val="0"/>
          <w:smallCaps w:val="0"/>
          <w:strike w:val="0"/>
          <w:sz w:val="22"/>
          <w:u w:val="single"/>
        </w:rPr>
        <w:t xml:space="preserve"> dispersed </w:t>
      </w:r>
      <w:r>
        <w:rPr>
          <w:b w:val="0"/>
          <w:i w:val="0"/>
          <w:smallCaps w:val="0"/>
          <w:strike w:val="0"/>
          <w:sz w:val="22"/>
          <w:highlight w:val="green"/>
          <w:u w:val="single"/>
        </w:rPr>
        <w:t>forms</w:t>
      </w:r>
      <w:r>
        <w:rPr>
          <w:b w:val="0"/>
          <w:i w:val="0"/>
          <w:smallCaps w:val="0"/>
          <w:strike w:val="0"/>
          <w:sz w:val="22"/>
          <w:u w:val="single"/>
        </w:rPr>
        <w:t xml:space="preserve"> of </w:t>
      </w:r>
      <w:r>
        <w:rPr>
          <w:b/>
          <w:i w:val="0"/>
          <w:smallCaps w:val="0"/>
          <w:strike w:val="0"/>
          <w:sz w:val="22"/>
          <w:u w:val="single"/>
        </w:rPr>
        <w:t>Black-American</w:t>
      </w:r>
      <w:r>
        <w:rPr>
          <w:b w:val="0"/>
          <w:i w:val="0"/>
          <w:smallCaps w:val="0"/>
          <w:strike w:val="0"/>
          <w:sz w:val="22"/>
          <w:u w:val="single"/>
        </w:rPr>
        <w:t xml:space="preserve"> life. This economic force became an </w:t>
      </w:r>
      <w:r>
        <w:rPr>
          <w:b/>
          <w:i w:val="0"/>
          <w:smallCaps w:val="0"/>
          <w:strike w:val="0"/>
          <w:sz w:val="22"/>
          <w:highlight w:val="green"/>
          <w:u w:val="single"/>
        </w:rPr>
        <w:t>engine</w:t>
      </w:r>
      <w:r>
        <w:rPr>
          <w:b w:val="0"/>
          <w:i w:val="0"/>
          <w:smallCaps w:val="0"/>
          <w:strike w:val="0"/>
          <w:sz w:val="22"/>
          <w:highlight w:val="green"/>
          <w:u w:val="single"/>
        </w:rPr>
        <w:t xml:space="preserve"> for</w:t>
      </w:r>
      <w:r>
        <w:rPr>
          <w:b w:val="0"/>
          <w:i w:val="0"/>
          <w:smallCaps w:val="0"/>
          <w:strike w:val="0"/>
          <w:sz w:val="22"/>
          <w:u w:val="single"/>
        </w:rPr>
        <w:t xml:space="preserve"> ensuring the </w:t>
      </w:r>
      <w:r>
        <w:rPr>
          <w:b/>
          <w:i w:val="0"/>
          <w:smallCaps w:val="0"/>
          <w:strike w:val="0"/>
          <w:sz w:val="22"/>
          <w:highlight w:val="green"/>
          <w:u w:val="single"/>
        </w:rPr>
        <w:t>continuity</w:t>
      </w:r>
      <w:r>
        <w:rPr>
          <w:b w:val="0"/>
          <w:i w:val="0"/>
          <w:smallCaps w:val="0"/>
          <w:strike w:val="0"/>
          <w:sz w:val="22"/>
          <w:u w:val="single"/>
        </w:rPr>
        <w:t xml:space="preserve"> or </w:t>
      </w:r>
      <w:r>
        <w:rPr>
          <w:b w:val="0"/>
          <w:i w:val="0"/>
          <w:smallCaps w:val="0"/>
          <w:strike w:val="0"/>
          <w:sz w:val="22"/>
          <w:highlight w:val="green"/>
          <w:u w:val="single"/>
        </w:rPr>
        <w:t>afterlife</w:t>
      </w:r>
      <w:r>
        <w:rPr>
          <w:b w:val="0"/>
          <w:i w:val="0"/>
          <w:smallCaps w:val="0"/>
          <w:strike w:val="0"/>
          <w:sz w:val="22"/>
          <w:u w:val="single"/>
        </w:rPr>
        <w:t xml:space="preserve"> of slavery, by creating </w:t>
      </w:r>
      <w:r>
        <w:rPr>
          <w:b/>
          <w:i w:val="0"/>
          <w:smallCaps w:val="0"/>
          <w:strike w:val="0"/>
          <w:sz w:val="22"/>
          <w:highlight w:val="green"/>
          <w:u w:val="single"/>
        </w:rPr>
        <w:t>punitive</w:t>
      </w:r>
      <w:r>
        <w:rPr>
          <w:b w:val="0"/>
          <w:i w:val="0"/>
          <w:smallCaps w:val="0"/>
          <w:strike w:val="0"/>
          <w:sz w:val="22"/>
          <w:highlight w:val="green"/>
          <w:u w:val="single"/>
        </w:rPr>
        <w:t xml:space="preserve"> </w:t>
      </w:r>
      <w:r>
        <w:rPr>
          <w:b w:val="0"/>
          <w:i w:val="0"/>
          <w:smallCaps w:val="0"/>
          <w:strike w:val="0"/>
          <w:sz w:val="22"/>
          <w:u w:val="single"/>
        </w:rPr>
        <w:t xml:space="preserve">social </w:t>
      </w:r>
      <w:r>
        <w:rPr>
          <w:b/>
          <w:i w:val="0"/>
          <w:smallCaps w:val="0"/>
          <w:strike w:val="0"/>
          <w:sz w:val="22"/>
          <w:highlight w:val="green"/>
          <w:u w:val="single"/>
        </w:rPr>
        <w:t>worlds</w:t>
      </w:r>
      <w:r>
        <w:rPr>
          <w:b w:val="0"/>
          <w:i w:val="0"/>
          <w:smallCaps w:val="0"/>
          <w:strike w:val="0"/>
          <w:sz w:val="22"/>
          <w:u w:val="single"/>
        </w:rPr>
        <w:t xml:space="preserve"> for Black folks </w:t>
      </w:r>
      <w:r>
        <w:rPr>
          <w:b w:val="0"/>
          <w:i w:val="0"/>
          <w:smallCaps w:val="0"/>
          <w:strike w:val="0"/>
          <w:sz w:val="22"/>
          <w:highlight w:val="green"/>
          <w:u w:val="single"/>
        </w:rPr>
        <w:t>across America</w:t>
      </w:r>
      <w:r>
        <w:rPr>
          <w:b w:val="0"/>
          <w:i w:val="0"/>
          <w:smallCaps w:val="0"/>
          <w:strike w:val="0"/>
          <w:sz w:val="22"/>
          <w:u w:val="single"/>
        </w:rPr>
        <w:t xml:space="preserve">. The massive </w:t>
      </w:r>
      <w:r>
        <w:rPr>
          <w:b/>
          <w:i w:val="0"/>
          <w:smallCaps w:val="0"/>
          <w:strike w:val="0"/>
          <w:sz w:val="22"/>
          <w:highlight w:val="green"/>
          <w:u w:val="single"/>
        </w:rPr>
        <w:t>proliferation</w:t>
      </w:r>
      <w:r>
        <w:rPr>
          <w:b w:val="0"/>
          <w:i w:val="0"/>
          <w:smallCaps w:val="0"/>
          <w:strike w:val="0"/>
          <w:sz w:val="22"/>
          <w:highlight w:val="green"/>
          <w:u w:val="single"/>
        </w:rPr>
        <w:t xml:space="preserve"> </w:t>
      </w:r>
      <w:r>
        <w:rPr>
          <w:b w:val="0"/>
          <w:i w:val="0"/>
          <w:smallCaps w:val="0"/>
          <w:strike w:val="0"/>
          <w:sz w:val="22"/>
          <w:u w:val="single"/>
        </w:rPr>
        <w:t xml:space="preserve">of </w:t>
      </w:r>
      <w:r>
        <w:rPr>
          <w:b w:val="0"/>
          <w:i w:val="0"/>
          <w:smallCaps w:val="0"/>
          <w:strike w:val="0"/>
          <w:sz w:val="22"/>
          <w:highlight w:val="green"/>
          <w:u w:val="single"/>
        </w:rPr>
        <w:t>prisons</w:t>
      </w:r>
      <w:r>
        <w:rPr>
          <w:b w:val="0"/>
          <w:i w:val="0"/>
          <w:smallCaps w:val="0"/>
          <w:strike w:val="0"/>
          <w:sz w:val="22"/>
          <w:u w:val="single"/>
        </w:rPr>
        <w:t xml:space="preserve"> in the United States was a form of “</w:t>
      </w:r>
      <w:r>
        <w:rPr>
          <w:b/>
          <w:i w:val="0"/>
          <w:smallCaps w:val="0"/>
          <w:strike w:val="0"/>
          <w:sz w:val="22"/>
          <w:u w:val="single"/>
        </w:rPr>
        <w:t>policing the crisis</w:t>
      </w:r>
      <w:r>
        <w:rPr>
          <w:b w:val="0"/>
          <w:i w:val="0"/>
          <w:smallCaps w:val="0"/>
          <w:strike w:val="0"/>
          <w:sz w:val="22"/>
          <w:u w:val="single"/>
        </w:rPr>
        <w:t xml:space="preserve">” of neoliberalism, which </w:t>
      </w:r>
      <w:r>
        <w:rPr>
          <w:b w:val="0"/>
          <w:i w:val="0"/>
          <w:smallCaps w:val="0"/>
          <w:strike w:val="0"/>
          <w:sz w:val="22"/>
          <w:highlight w:val="green"/>
          <w:u w:val="single"/>
        </w:rPr>
        <w:t xml:space="preserve">represented </w:t>
      </w:r>
      <w:r>
        <w:rPr>
          <w:b w:val="0"/>
          <w:i w:val="0"/>
          <w:smallCaps w:val="0"/>
          <w:strike w:val="0"/>
          <w:sz w:val="22"/>
          <w:u w:val="single"/>
        </w:rPr>
        <w:t xml:space="preserve">a </w:t>
      </w:r>
      <w:r>
        <w:rPr>
          <w:b/>
          <w:i w:val="0"/>
          <w:smallCaps w:val="0"/>
          <w:strike w:val="0"/>
          <w:sz w:val="22"/>
          <w:u w:val="single"/>
        </w:rPr>
        <w:t>significant</w:t>
      </w:r>
      <w:r>
        <w:rPr>
          <w:b w:val="0"/>
          <w:i w:val="0"/>
          <w:smallCaps w:val="0"/>
          <w:strike w:val="0"/>
          <w:sz w:val="22"/>
          <w:u w:val="single"/>
        </w:rPr>
        <w:t xml:space="preserve"> </w:t>
      </w:r>
      <w:r>
        <w:rPr>
          <w:b w:val="0"/>
          <w:i w:val="0"/>
          <w:smallCaps w:val="0"/>
          <w:strike w:val="0"/>
          <w:sz w:val="22"/>
          <w:highlight w:val="green"/>
          <w:u w:val="single"/>
        </w:rPr>
        <w:t>departure from</w:t>
      </w:r>
      <w:r>
        <w:rPr>
          <w:b w:val="0"/>
          <w:i w:val="0"/>
          <w:smallCaps w:val="0"/>
          <w:strike w:val="0"/>
          <w:sz w:val="22"/>
          <w:u w:val="single"/>
        </w:rPr>
        <w:t xml:space="preserve"> the </w:t>
      </w:r>
      <w:r>
        <w:rPr>
          <w:b w:val="0"/>
          <w:i w:val="0"/>
          <w:smallCaps w:val="0"/>
          <w:strike w:val="0"/>
          <w:sz w:val="22"/>
          <w:highlight w:val="green"/>
          <w:u w:val="single"/>
        </w:rPr>
        <w:t>Keynesian</w:t>
      </w:r>
      <w:r>
        <w:rPr>
          <w:b w:val="0"/>
          <w:i w:val="0"/>
          <w:smallCaps w:val="0"/>
          <w:strike w:val="0"/>
          <w:sz w:val="22"/>
          <w:u w:val="single"/>
        </w:rPr>
        <w:t xml:space="preserve"> </w:t>
      </w:r>
      <w:r>
        <w:rPr>
          <w:b/>
          <w:i w:val="0"/>
          <w:smallCaps w:val="0"/>
          <w:strike w:val="0"/>
          <w:sz w:val="22"/>
          <w:u w:val="single"/>
        </w:rPr>
        <w:t>macroeconomic</w:t>
      </w:r>
      <w:r>
        <w:rPr>
          <w:b w:val="0"/>
          <w:i w:val="0"/>
          <w:smallCaps w:val="0"/>
          <w:strike w:val="0"/>
          <w:sz w:val="22"/>
          <w:u w:val="single"/>
        </w:rPr>
        <w:t xml:space="preserve"> policy and </w:t>
      </w:r>
      <w:r>
        <w:rPr>
          <w:b w:val="0"/>
          <w:i w:val="0"/>
          <w:smallCaps w:val="0"/>
          <w:strike w:val="0"/>
          <w:sz w:val="22"/>
          <w:highlight w:val="green"/>
          <w:u w:val="single"/>
        </w:rPr>
        <w:t xml:space="preserve">labor </w:t>
      </w:r>
      <w:r>
        <w:rPr>
          <w:b/>
          <w:i w:val="0"/>
          <w:smallCaps w:val="0"/>
          <w:strike w:val="0"/>
          <w:sz w:val="22"/>
          <w:highlight w:val="green"/>
          <w:u w:val="single"/>
        </w:rPr>
        <w:t>politics</w:t>
      </w:r>
      <w:r>
        <w:rPr>
          <w:b w:val="0"/>
          <w:i w:val="0"/>
          <w:smallCaps w:val="0"/>
          <w:strike w:val="0"/>
          <w:sz w:val="22"/>
          <w:u w:val="single"/>
        </w:rPr>
        <w:t xml:space="preserve"> of the early-20th century.</w:t>
      </w:r>
      <w:r>
        <w:rPr>
          <w:b w:val="0"/>
          <w:i w:val="0"/>
          <w:smallCaps w:val="0"/>
          <w:strike w:val="0"/>
          <w:sz w:val="16"/>
          <w:u w:val="none"/>
        </w:rPr>
        <w:t xml:space="preserve"> Under Keynesians, racism and segregation were rampant, but Black labor was an essential feature of the wartime production of the United States. Black families moved to large, industrialized cities for decent-paying factory, government, and shipyard jobs which briefly marked the emergence of something like a Black middle class. </w:t>
      </w:r>
      <w:r>
        <w:rPr>
          <w:b w:val="0"/>
          <w:i w:val="0"/>
          <w:smallCaps w:val="0"/>
          <w:strike w:val="0"/>
          <w:sz w:val="22"/>
          <w:u w:val="single"/>
        </w:rPr>
        <w:t xml:space="preserve">This </w:t>
      </w:r>
      <w:r>
        <w:rPr>
          <w:b w:val="0"/>
          <w:i w:val="0"/>
          <w:smallCaps w:val="0"/>
          <w:strike w:val="0"/>
          <w:sz w:val="22"/>
          <w:highlight w:val="green"/>
          <w:u w:val="single"/>
        </w:rPr>
        <w:t>all changed</w:t>
      </w:r>
      <w:r>
        <w:rPr>
          <w:b w:val="0"/>
          <w:i w:val="0"/>
          <w:smallCaps w:val="0"/>
          <w:strike w:val="0"/>
          <w:sz w:val="22"/>
          <w:u w:val="single"/>
        </w:rPr>
        <w:t xml:space="preserve"> following </w:t>
      </w:r>
      <w:r>
        <w:rPr>
          <w:b/>
          <w:i w:val="0"/>
          <w:smallCaps w:val="0"/>
          <w:strike w:val="0"/>
          <w:sz w:val="22"/>
          <w:u w:val="single"/>
        </w:rPr>
        <w:t>World War 2</w:t>
      </w:r>
      <w:r>
        <w:rPr>
          <w:b w:val="0"/>
          <w:i w:val="0"/>
          <w:smallCaps w:val="0"/>
          <w:strike w:val="0"/>
          <w:sz w:val="22"/>
          <w:u w:val="single"/>
        </w:rPr>
        <w:t xml:space="preserve"> due to a confluence of factors, including the end of the wartime production, the </w:t>
      </w:r>
      <w:r>
        <w:rPr>
          <w:b w:val="0"/>
          <w:i w:val="0"/>
          <w:smallCaps w:val="0"/>
          <w:strike w:val="0"/>
          <w:sz w:val="22"/>
          <w:highlight w:val="green"/>
          <w:u w:val="single"/>
        </w:rPr>
        <w:t xml:space="preserve">return of </w:t>
      </w:r>
      <w:r>
        <w:rPr>
          <w:b/>
          <w:i w:val="0"/>
          <w:smallCaps w:val="0"/>
          <w:strike w:val="0"/>
          <w:sz w:val="22"/>
          <w:u w:val="single"/>
        </w:rPr>
        <w:t xml:space="preserve">White </w:t>
      </w:r>
      <w:r>
        <w:rPr>
          <w:b/>
          <w:i w:val="0"/>
          <w:smallCaps w:val="0"/>
          <w:strike w:val="0"/>
          <w:sz w:val="22"/>
          <w:highlight w:val="green"/>
          <w:u w:val="single"/>
        </w:rPr>
        <w:t>veterans</w:t>
      </w:r>
      <w:r>
        <w:rPr>
          <w:b w:val="0"/>
          <w:i w:val="0"/>
          <w:smallCaps w:val="0"/>
          <w:strike w:val="0"/>
          <w:sz w:val="22"/>
          <w:u w:val="single"/>
        </w:rPr>
        <w:t xml:space="preserve"> to the United States, </w:t>
      </w:r>
      <w:r>
        <w:rPr>
          <w:b w:val="0"/>
          <w:i w:val="0"/>
          <w:smallCaps w:val="0"/>
          <w:strike w:val="0"/>
          <w:sz w:val="22"/>
          <w:highlight w:val="green"/>
          <w:u w:val="single"/>
        </w:rPr>
        <w:t>and</w:t>
      </w:r>
      <w:r>
        <w:rPr>
          <w:b w:val="0"/>
          <w:i w:val="0"/>
          <w:smallCaps w:val="0"/>
          <w:strike w:val="0"/>
          <w:sz w:val="22"/>
          <w:u w:val="single"/>
        </w:rPr>
        <w:t xml:space="preserve"> the meeting of a group of intellectuals called the </w:t>
      </w:r>
      <w:r>
        <w:rPr>
          <w:b/>
          <w:i w:val="0"/>
          <w:smallCaps w:val="0"/>
          <w:strike w:val="0"/>
          <w:sz w:val="22"/>
          <w:highlight w:val="green"/>
          <w:u w:val="single"/>
        </w:rPr>
        <w:t>Mont Pelerin Society</w:t>
      </w:r>
      <w:r>
        <w:rPr>
          <w:b w:val="0"/>
          <w:i w:val="0"/>
          <w:smallCaps w:val="0"/>
          <w:strike w:val="0"/>
          <w:sz w:val="22"/>
          <w:u w:val="single"/>
        </w:rPr>
        <w:t xml:space="preserve">. These notable </w:t>
      </w:r>
      <w:r>
        <w:rPr>
          <w:b/>
          <w:i w:val="0"/>
          <w:smallCaps w:val="0"/>
          <w:strike w:val="0"/>
          <w:sz w:val="22"/>
          <w:u w:val="single"/>
        </w:rPr>
        <w:t>intellectuals</w:t>
      </w:r>
      <w:r>
        <w:rPr>
          <w:b w:val="0"/>
          <w:i w:val="0"/>
          <w:smallCaps w:val="0"/>
          <w:strike w:val="0"/>
          <w:sz w:val="22"/>
          <w:u w:val="single"/>
        </w:rPr>
        <w:t xml:space="preserve">, including Frederich </w:t>
      </w:r>
      <w:r>
        <w:rPr>
          <w:b/>
          <w:i w:val="0"/>
          <w:smallCaps w:val="0"/>
          <w:strike w:val="0"/>
          <w:sz w:val="22"/>
          <w:highlight w:val="green"/>
          <w:u w:val="single"/>
        </w:rPr>
        <w:t>Hayek</w:t>
      </w:r>
      <w:r>
        <w:rPr>
          <w:b w:val="0"/>
          <w:i w:val="0"/>
          <w:smallCaps w:val="0"/>
          <w:strike w:val="0"/>
          <w:sz w:val="22"/>
          <w:u w:val="single"/>
        </w:rPr>
        <w:t xml:space="preserve">, Karl </w:t>
      </w:r>
      <w:r>
        <w:rPr>
          <w:b/>
          <w:i w:val="0"/>
          <w:smallCaps w:val="0"/>
          <w:strike w:val="0"/>
          <w:sz w:val="22"/>
          <w:highlight w:val="green"/>
          <w:u w:val="single"/>
        </w:rPr>
        <w:t>Popper</w:t>
      </w:r>
      <w:r>
        <w:rPr>
          <w:b w:val="0"/>
          <w:i w:val="0"/>
          <w:smallCaps w:val="0"/>
          <w:strike w:val="0"/>
          <w:sz w:val="22"/>
          <w:u w:val="single"/>
        </w:rPr>
        <w:t xml:space="preserve">, and Milton </w:t>
      </w:r>
      <w:r>
        <w:rPr>
          <w:b/>
          <w:i w:val="0"/>
          <w:smallCaps w:val="0"/>
          <w:strike w:val="0"/>
          <w:sz w:val="22"/>
          <w:highlight w:val="green"/>
          <w:u w:val="single"/>
        </w:rPr>
        <w:t>Friedman</w:t>
      </w:r>
      <w:r>
        <w:rPr>
          <w:b w:val="0"/>
          <w:i w:val="0"/>
          <w:smallCaps w:val="0"/>
          <w:strike w:val="0"/>
          <w:sz w:val="22"/>
          <w:highlight w:val="green"/>
          <w:u w:val="single"/>
        </w:rPr>
        <w:t>, advocated against</w:t>
      </w:r>
      <w:r>
        <w:rPr>
          <w:b w:val="0"/>
          <w:i w:val="0"/>
          <w:smallCaps w:val="0"/>
          <w:strike w:val="0"/>
          <w:sz w:val="22"/>
          <w:u w:val="single"/>
        </w:rPr>
        <w:t xml:space="preserve"> the </w:t>
      </w:r>
      <w:r>
        <w:rPr>
          <w:b/>
          <w:i w:val="0"/>
          <w:smallCaps w:val="0"/>
          <w:strike w:val="0"/>
          <w:sz w:val="22"/>
          <w:u w:val="single"/>
        </w:rPr>
        <w:t>Keynesian model</w:t>
      </w:r>
      <w:r>
        <w:rPr>
          <w:b w:val="0"/>
          <w:i w:val="0"/>
          <w:smallCaps w:val="0"/>
          <w:strike w:val="0"/>
          <w:sz w:val="22"/>
          <w:u w:val="single"/>
        </w:rPr>
        <w:t xml:space="preserve"> of central planning and </w:t>
      </w:r>
      <w:r>
        <w:rPr>
          <w:b w:val="0"/>
          <w:i w:val="0"/>
          <w:smallCaps w:val="0"/>
          <w:strike w:val="0"/>
          <w:sz w:val="22"/>
          <w:highlight w:val="green"/>
          <w:u w:val="single"/>
        </w:rPr>
        <w:t>proposed</w:t>
      </w:r>
      <w:r>
        <w:rPr>
          <w:b w:val="0"/>
          <w:i w:val="0"/>
          <w:smallCaps w:val="0"/>
          <w:strike w:val="0"/>
          <w:sz w:val="22"/>
          <w:u w:val="single"/>
        </w:rPr>
        <w:t xml:space="preserve"> instead a highly </w:t>
      </w:r>
      <w:r>
        <w:rPr>
          <w:b/>
          <w:i w:val="0"/>
          <w:smallCaps w:val="0"/>
          <w:strike w:val="0"/>
          <w:sz w:val="22"/>
          <w:highlight w:val="green"/>
          <w:u w:val="single"/>
        </w:rPr>
        <w:t>unregulated form</w:t>
      </w:r>
      <w:r>
        <w:rPr>
          <w:b w:val="0"/>
          <w:i w:val="0"/>
          <w:smallCaps w:val="0"/>
          <w:strike w:val="0"/>
          <w:sz w:val="22"/>
          <w:highlight w:val="green"/>
          <w:u w:val="single"/>
        </w:rPr>
        <w:t xml:space="preserve"> of capitalism, </w:t>
      </w:r>
      <w:r>
        <w:rPr>
          <w:b w:val="0"/>
          <w:i w:val="0"/>
          <w:smallCaps w:val="0"/>
          <w:strike w:val="0"/>
          <w:sz w:val="22"/>
          <w:u w:val="single"/>
        </w:rPr>
        <w:t xml:space="preserve">where the role of the </w:t>
      </w:r>
      <w:r>
        <w:rPr>
          <w:b w:val="0"/>
          <w:i w:val="0"/>
          <w:smallCaps w:val="0"/>
          <w:strike w:val="0"/>
          <w:sz w:val="22"/>
          <w:highlight w:val="green"/>
          <w:u w:val="single"/>
        </w:rPr>
        <w:t>government</w:t>
      </w:r>
      <w:r>
        <w:rPr>
          <w:b w:val="0"/>
          <w:i w:val="0"/>
          <w:smallCaps w:val="0"/>
          <w:strike w:val="0"/>
          <w:sz w:val="22"/>
          <w:u w:val="single"/>
        </w:rPr>
        <w:t xml:space="preserve"> would instead be to </w:t>
      </w:r>
      <w:r>
        <w:rPr>
          <w:b/>
          <w:i w:val="0"/>
          <w:smallCaps w:val="0"/>
          <w:strike w:val="0"/>
          <w:sz w:val="22"/>
          <w:highlight w:val="green"/>
          <w:u w:val="single"/>
        </w:rPr>
        <w:t>remove</w:t>
      </w:r>
      <w:r>
        <w:rPr>
          <w:b w:val="0"/>
          <w:i w:val="0"/>
          <w:smallCaps w:val="0"/>
          <w:strike w:val="0"/>
          <w:sz w:val="22"/>
          <w:highlight w:val="green"/>
          <w:u w:val="single"/>
        </w:rPr>
        <w:t xml:space="preserve"> all barriers</w:t>
      </w:r>
      <w:r>
        <w:rPr>
          <w:b w:val="0"/>
          <w:i w:val="0"/>
          <w:smallCaps w:val="0"/>
          <w:strike w:val="0"/>
          <w:sz w:val="22"/>
          <w:u w:val="single"/>
        </w:rPr>
        <w:t xml:space="preserve"> to maximizing </w:t>
      </w:r>
      <w:r>
        <w:rPr>
          <w:b/>
          <w:i w:val="0"/>
          <w:smallCaps w:val="0"/>
          <w:strike w:val="0"/>
          <w:sz w:val="22"/>
          <w:u w:val="single"/>
        </w:rPr>
        <w:t>private</w:t>
      </w:r>
      <w:r>
        <w:rPr>
          <w:b w:val="0"/>
          <w:i w:val="0"/>
          <w:smallCaps w:val="0"/>
          <w:strike w:val="0"/>
          <w:sz w:val="22"/>
          <w:u w:val="single"/>
        </w:rPr>
        <w:t xml:space="preserve"> profits. It took a few decades, but when this </w:t>
      </w:r>
      <w:r>
        <w:rPr>
          <w:b/>
          <w:i w:val="0"/>
          <w:smallCaps w:val="0"/>
          <w:strike w:val="0"/>
          <w:sz w:val="22"/>
          <w:u w:val="single"/>
        </w:rPr>
        <w:t>doctrine</w:t>
      </w:r>
      <w:r>
        <w:rPr>
          <w:b w:val="0"/>
          <w:i w:val="0"/>
          <w:smallCaps w:val="0"/>
          <w:strike w:val="0"/>
          <w:sz w:val="22"/>
          <w:u w:val="single"/>
        </w:rPr>
        <w:t xml:space="preserve"> of personal </w:t>
      </w:r>
      <w:r>
        <w:rPr>
          <w:b/>
          <w:i w:val="0"/>
          <w:smallCaps w:val="0"/>
          <w:strike w:val="0"/>
          <w:sz w:val="22"/>
          <w:u w:val="single"/>
        </w:rPr>
        <w:t>responsibility</w:t>
      </w:r>
      <w:r>
        <w:rPr>
          <w:b w:val="0"/>
          <w:i w:val="0"/>
          <w:smallCaps w:val="0"/>
          <w:strike w:val="0"/>
          <w:sz w:val="22"/>
          <w:u w:val="single"/>
        </w:rPr>
        <w:t xml:space="preserve"> finally became a </w:t>
      </w:r>
      <w:r>
        <w:rPr>
          <w:b/>
          <w:i w:val="0"/>
          <w:smallCaps w:val="0"/>
          <w:strike w:val="0"/>
          <w:sz w:val="22"/>
          <w:u w:val="single"/>
        </w:rPr>
        <w:t>governing</w:t>
      </w:r>
      <w:r>
        <w:rPr>
          <w:b w:val="0"/>
          <w:i w:val="0"/>
          <w:smallCaps w:val="0"/>
          <w:strike w:val="0"/>
          <w:sz w:val="22"/>
          <w:u w:val="single"/>
        </w:rPr>
        <w:t xml:space="preserve"> economic </w:t>
      </w:r>
      <w:r>
        <w:rPr>
          <w:b/>
          <w:i w:val="0"/>
          <w:smallCaps w:val="0"/>
          <w:strike w:val="0"/>
          <w:sz w:val="22"/>
          <w:u w:val="single"/>
        </w:rPr>
        <w:t>policy</w:t>
      </w:r>
      <w:r>
        <w:rPr>
          <w:b w:val="0"/>
          <w:i w:val="0"/>
          <w:smallCaps w:val="0"/>
          <w:strike w:val="0"/>
          <w:sz w:val="22"/>
          <w:u w:val="single"/>
        </w:rPr>
        <w:t xml:space="preserve"> in the 1970s, the </w:t>
      </w:r>
      <w:r>
        <w:rPr>
          <w:b w:val="0"/>
          <w:i w:val="0"/>
          <w:smallCaps w:val="0"/>
          <w:strike w:val="0"/>
          <w:sz w:val="22"/>
          <w:highlight w:val="green"/>
          <w:u w:val="single"/>
        </w:rPr>
        <w:t>results</w:t>
      </w:r>
      <w:r>
        <w:rPr>
          <w:b w:val="0"/>
          <w:i w:val="0"/>
          <w:smallCaps w:val="0"/>
          <w:strike w:val="0"/>
          <w:sz w:val="22"/>
          <w:u w:val="single"/>
        </w:rPr>
        <w:t xml:space="preserve"> were </w:t>
      </w:r>
      <w:r>
        <w:rPr>
          <w:b/>
          <w:i w:val="0"/>
          <w:smallCaps w:val="0"/>
          <w:strike w:val="0"/>
          <w:sz w:val="22"/>
          <w:highlight w:val="green"/>
          <w:u w:val="single"/>
        </w:rPr>
        <w:t>disastrous</w:t>
      </w:r>
      <w:r>
        <w:rPr>
          <w:b w:val="0"/>
          <w:i w:val="0"/>
          <w:smallCaps w:val="0"/>
          <w:strike w:val="0"/>
          <w:sz w:val="22"/>
          <w:u w:val="single"/>
        </w:rPr>
        <w:t xml:space="preserve"> for Black Americans.</w:t>
      </w:r>
      <w:r>
        <w:rPr>
          <w:b w:val="0"/>
          <w:i w:val="0"/>
          <w:smallCaps w:val="0"/>
          <w:strike w:val="0"/>
          <w:sz w:val="16"/>
          <w:u w:val="none"/>
        </w:rPr>
        <w:t xml:space="preserve"> Where there was once hope for prosperity and sites of brief refuge there were now heavily militarized police forces, government-sanctioned paradigms of resource extraction, and abandoned neighborhoods. Policing was a key feature of this targeted disruption, and from the ’80s until today, incarceration rates have skyrocketed. </w:t>
      </w:r>
      <w:r>
        <w:rPr>
          <w:b w:val="0"/>
          <w:i w:val="0"/>
          <w:smallCaps w:val="0"/>
          <w:strike w:val="0"/>
          <w:sz w:val="22"/>
          <w:highlight w:val="green"/>
          <w:u w:val="single"/>
        </w:rPr>
        <w:t>Without</w:t>
      </w:r>
      <w:r>
        <w:rPr>
          <w:b w:val="0"/>
          <w:i w:val="0"/>
          <w:smallCaps w:val="0"/>
          <w:strike w:val="0"/>
          <w:sz w:val="22"/>
          <w:u w:val="single"/>
        </w:rPr>
        <w:t xml:space="preserve"> pre-accumulated </w:t>
      </w:r>
      <w:r>
        <w:rPr>
          <w:b/>
          <w:i w:val="0"/>
          <w:smallCaps w:val="0"/>
          <w:strike w:val="0"/>
          <w:sz w:val="22"/>
          <w:highlight w:val="green"/>
          <w:u w:val="single"/>
        </w:rPr>
        <w:t>capital</w:t>
      </w:r>
      <w:r>
        <w:rPr>
          <w:b w:val="0"/>
          <w:i w:val="0"/>
          <w:smallCaps w:val="0"/>
          <w:strike w:val="0"/>
          <w:sz w:val="22"/>
          <w:highlight w:val="green"/>
          <w:u w:val="single"/>
        </w:rPr>
        <w:t xml:space="preserve"> </w:t>
      </w:r>
      <w:r>
        <w:rPr>
          <w:b w:val="0"/>
          <w:i w:val="0"/>
          <w:smallCaps w:val="0"/>
          <w:strike w:val="0"/>
          <w:sz w:val="22"/>
          <w:u w:val="single"/>
        </w:rPr>
        <w:t xml:space="preserve">or </w:t>
      </w:r>
      <w:r>
        <w:rPr>
          <w:b/>
          <w:i w:val="0"/>
          <w:smallCaps w:val="0"/>
          <w:strike w:val="0"/>
          <w:sz w:val="22"/>
          <w:highlight w:val="green"/>
          <w:u w:val="single"/>
        </w:rPr>
        <w:t>opportunities</w:t>
      </w:r>
      <w:r>
        <w:rPr>
          <w:b w:val="0"/>
          <w:i w:val="0"/>
          <w:smallCaps w:val="0"/>
          <w:strike w:val="0"/>
          <w:sz w:val="22"/>
          <w:highlight w:val="green"/>
          <w:u w:val="single"/>
        </w:rPr>
        <w:t xml:space="preserve"> </w:t>
      </w:r>
      <w:r>
        <w:rPr>
          <w:b w:val="0"/>
          <w:i w:val="0"/>
          <w:smallCaps w:val="0"/>
          <w:strike w:val="0"/>
          <w:sz w:val="22"/>
          <w:u w:val="single"/>
        </w:rPr>
        <w:t xml:space="preserve">to </w:t>
      </w:r>
      <w:r>
        <w:rPr>
          <w:b w:val="0"/>
          <w:i w:val="0"/>
          <w:smallCaps w:val="0"/>
          <w:strike w:val="0"/>
          <w:sz w:val="22"/>
          <w:highlight w:val="green"/>
          <w:u w:val="single"/>
        </w:rPr>
        <w:t>further</w:t>
      </w:r>
      <w:r>
        <w:rPr>
          <w:b w:val="0"/>
          <w:i w:val="0"/>
          <w:smallCaps w:val="0"/>
          <w:strike w:val="0"/>
          <w:sz w:val="22"/>
          <w:u w:val="single"/>
        </w:rPr>
        <w:t xml:space="preserve"> themselves </w:t>
      </w:r>
      <w:r>
        <w:rPr>
          <w:b/>
          <w:i w:val="0"/>
          <w:smallCaps w:val="0"/>
          <w:strike w:val="0"/>
          <w:sz w:val="22"/>
          <w:highlight w:val="green"/>
          <w:u w:val="single"/>
        </w:rPr>
        <w:t>legitimately</w:t>
      </w:r>
      <w:r>
        <w:rPr>
          <w:b w:val="0"/>
          <w:i w:val="0"/>
          <w:smallCaps w:val="0"/>
          <w:strike w:val="0"/>
          <w:sz w:val="22"/>
          <w:u w:val="single"/>
        </w:rPr>
        <w:t xml:space="preserve"> through education or </w:t>
      </w:r>
      <w:r>
        <w:rPr>
          <w:b/>
          <w:i w:val="0"/>
          <w:smallCaps w:val="0"/>
          <w:strike w:val="0"/>
          <w:sz w:val="22"/>
          <w:u w:val="single"/>
        </w:rPr>
        <w:t>business</w:t>
      </w:r>
      <w:r>
        <w:rPr>
          <w:b w:val="0"/>
          <w:i w:val="0"/>
          <w:smallCaps w:val="0"/>
          <w:strike w:val="0"/>
          <w:sz w:val="22"/>
          <w:u w:val="single"/>
        </w:rPr>
        <w:t xml:space="preserve">, Black </w:t>
      </w:r>
      <w:r>
        <w:rPr>
          <w:b w:val="0"/>
          <w:i w:val="0"/>
          <w:smallCaps w:val="0"/>
          <w:strike w:val="0"/>
          <w:sz w:val="22"/>
          <w:highlight w:val="green"/>
          <w:u w:val="single"/>
        </w:rPr>
        <w:t>Americans</w:t>
      </w:r>
      <w:r>
        <w:rPr>
          <w:b w:val="0"/>
          <w:i w:val="0"/>
          <w:smallCaps w:val="0"/>
          <w:strike w:val="0"/>
          <w:sz w:val="22"/>
          <w:u w:val="single"/>
        </w:rPr>
        <w:t xml:space="preserve"> were </w:t>
      </w:r>
      <w:r>
        <w:rPr>
          <w:b w:val="0"/>
          <w:i w:val="0"/>
          <w:smallCaps w:val="0"/>
          <w:strike w:val="0"/>
          <w:sz w:val="22"/>
          <w:highlight w:val="green"/>
          <w:u w:val="single"/>
        </w:rPr>
        <w:t xml:space="preserve">left </w:t>
      </w:r>
      <w:r>
        <w:rPr>
          <w:b w:val="0"/>
          <w:i w:val="0"/>
          <w:smallCaps w:val="0"/>
          <w:strike w:val="0"/>
          <w:sz w:val="22"/>
          <w:u w:val="single"/>
        </w:rPr>
        <w:t xml:space="preserve">with </w:t>
      </w:r>
      <w:r>
        <w:rPr>
          <w:b w:val="0"/>
          <w:i w:val="0"/>
          <w:smallCaps w:val="0"/>
          <w:strike w:val="0"/>
          <w:sz w:val="22"/>
          <w:highlight w:val="green"/>
          <w:u w:val="single"/>
        </w:rPr>
        <w:t>two options</w:t>
      </w:r>
      <w:r>
        <w:rPr>
          <w:b w:val="0"/>
          <w:i w:val="0"/>
          <w:smallCaps w:val="0"/>
          <w:strike w:val="0"/>
          <w:sz w:val="22"/>
          <w:u w:val="single"/>
        </w:rPr>
        <w:t xml:space="preserve">: </w:t>
      </w:r>
      <w:r>
        <w:rPr>
          <w:b/>
          <w:i w:val="0"/>
          <w:smallCaps w:val="0"/>
          <w:strike w:val="0"/>
          <w:sz w:val="22"/>
          <w:u w:val="single"/>
        </w:rPr>
        <w:t>subsistence</w:t>
      </w:r>
      <w:r>
        <w:rPr>
          <w:b w:val="0"/>
          <w:i w:val="0"/>
          <w:smallCaps w:val="0"/>
          <w:strike w:val="0"/>
          <w:sz w:val="22"/>
          <w:u w:val="single"/>
        </w:rPr>
        <w:t xml:space="preserve"> living through petty wage labor or </w:t>
      </w:r>
      <w:r>
        <w:rPr>
          <w:b/>
          <w:i w:val="0"/>
          <w:smallCaps w:val="0"/>
          <w:strike w:val="0"/>
          <w:sz w:val="22"/>
          <w:u w:val="single"/>
        </w:rPr>
        <w:t>participation</w:t>
      </w:r>
      <w:r>
        <w:rPr>
          <w:b w:val="0"/>
          <w:i w:val="0"/>
          <w:smallCaps w:val="0"/>
          <w:strike w:val="0"/>
          <w:sz w:val="22"/>
          <w:u w:val="single"/>
        </w:rPr>
        <w:t xml:space="preserve"> in illegitimate economies. </w:t>
      </w:r>
      <w:r>
        <w:rPr>
          <w:b w:val="0"/>
          <w:i w:val="0"/>
          <w:smallCaps w:val="0"/>
          <w:strike w:val="0"/>
          <w:sz w:val="22"/>
          <w:highlight w:val="green"/>
          <w:u w:val="single"/>
        </w:rPr>
        <w:t>Despite</w:t>
      </w:r>
      <w:r>
        <w:rPr>
          <w:b w:val="0"/>
          <w:i w:val="0"/>
          <w:smallCaps w:val="0"/>
          <w:strike w:val="0"/>
          <w:sz w:val="22"/>
          <w:u w:val="single"/>
        </w:rPr>
        <w:t xml:space="preserve"> these </w:t>
      </w:r>
      <w:r>
        <w:rPr>
          <w:b/>
          <w:i w:val="0"/>
          <w:smallCaps w:val="0"/>
          <w:strike w:val="0"/>
          <w:sz w:val="22"/>
          <w:highlight w:val="green"/>
          <w:u w:val="single"/>
        </w:rPr>
        <w:t>segregated</w:t>
      </w:r>
      <w:r>
        <w:rPr>
          <w:b w:val="0"/>
          <w:i w:val="0"/>
          <w:smallCaps w:val="0"/>
          <w:strike w:val="0"/>
          <w:sz w:val="22"/>
          <w:highlight w:val="green"/>
          <w:u w:val="single"/>
        </w:rPr>
        <w:t xml:space="preserve"> and unjust</w:t>
      </w:r>
      <w:r>
        <w:rPr>
          <w:b w:val="0"/>
          <w:i w:val="0"/>
          <w:smallCaps w:val="0"/>
          <w:strike w:val="0"/>
          <w:sz w:val="22"/>
          <w:u w:val="single"/>
        </w:rPr>
        <w:t xml:space="preserve"> conditions, </w:t>
      </w:r>
      <w:r>
        <w:rPr>
          <w:b/>
          <w:i w:val="0"/>
          <w:smallCaps w:val="0"/>
          <w:strike w:val="0"/>
          <w:sz w:val="22"/>
          <w:highlight w:val="green"/>
          <w:u w:val="single"/>
        </w:rPr>
        <w:t>Black life carried on</w:t>
      </w:r>
      <w:r>
        <w:rPr>
          <w:b w:val="0"/>
          <w:i w:val="0"/>
          <w:smallCaps w:val="0"/>
          <w:strike w:val="0"/>
          <w:sz w:val="22"/>
          <w:highlight w:val="green"/>
          <w:u w:val="single"/>
        </w:rPr>
        <w:t>,</w:t>
      </w:r>
      <w:r>
        <w:rPr>
          <w:b w:val="0"/>
          <w:i w:val="0"/>
          <w:smallCaps w:val="0"/>
          <w:strike w:val="0"/>
          <w:sz w:val="22"/>
          <w:u w:val="single"/>
        </w:rPr>
        <w:t xml:space="preserve"> through various forms of </w:t>
      </w:r>
      <w:r>
        <w:rPr>
          <w:b/>
          <w:i w:val="0"/>
          <w:smallCaps w:val="0"/>
          <w:strike w:val="0"/>
          <w:sz w:val="22"/>
          <w:u w:val="single"/>
        </w:rPr>
        <w:t>intoxication</w:t>
      </w:r>
      <w:r>
        <w:rPr>
          <w:b w:val="0"/>
          <w:i w:val="0"/>
          <w:smallCaps w:val="0"/>
          <w:strike w:val="0"/>
          <w:sz w:val="22"/>
          <w:u w:val="single"/>
        </w:rPr>
        <w:t xml:space="preserve">, </w:t>
      </w:r>
      <w:r>
        <w:rPr>
          <w:b w:val="0"/>
          <w:i w:val="0"/>
          <w:smallCaps w:val="0"/>
          <w:strike w:val="0"/>
          <w:sz w:val="22"/>
          <w:highlight w:val="green"/>
          <w:u w:val="single"/>
        </w:rPr>
        <w:t>through</w:t>
      </w:r>
      <w:r>
        <w:rPr>
          <w:b w:val="0"/>
          <w:i w:val="0"/>
          <w:smallCaps w:val="0"/>
          <w:strike w:val="0"/>
          <w:sz w:val="22"/>
          <w:u w:val="single"/>
        </w:rPr>
        <w:t xml:space="preserve"> love and the bonds of </w:t>
      </w:r>
      <w:r>
        <w:rPr>
          <w:b/>
          <w:i w:val="0"/>
          <w:smallCaps w:val="0"/>
          <w:strike w:val="0"/>
          <w:sz w:val="22"/>
          <w:highlight w:val="green"/>
          <w:u w:val="single"/>
        </w:rPr>
        <w:t>community</w:t>
      </w:r>
      <w:r>
        <w:rPr>
          <w:b w:val="0"/>
          <w:i w:val="0"/>
          <w:smallCaps w:val="0"/>
          <w:strike w:val="0"/>
          <w:sz w:val="22"/>
          <w:u w:val="single"/>
        </w:rPr>
        <w:t xml:space="preserve">. </w:t>
      </w:r>
    </w:p>
    <w:p>
      <w:pPr>
        <w:spacing w:after="60"/>
      </w:pPr>
      <w:r>
        <w:rPr>
          <w:b/>
          <w:i w:val="0"/>
          <w:smallCaps w:val="0"/>
          <w:strike w:val="0"/>
          <w:sz w:val="22"/>
          <w:u w:val="single"/>
        </w:rPr>
        <w:t xml:space="preserve">Mumble </w:t>
      </w:r>
      <w:r>
        <w:rPr>
          <w:b/>
          <w:i w:val="0"/>
          <w:smallCaps w:val="0"/>
          <w:strike w:val="0"/>
          <w:sz w:val="22"/>
          <w:highlight w:val="green"/>
          <w:u w:val="single"/>
        </w:rPr>
        <w:t>rap</w:t>
      </w:r>
      <w:r>
        <w:rPr>
          <w:b w:val="0"/>
          <w:i w:val="0"/>
          <w:smallCaps w:val="0"/>
          <w:strike w:val="0"/>
          <w:sz w:val="22"/>
          <w:u w:val="single"/>
        </w:rPr>
        <w:t xml:space="preserve"> is </w:t>
      </w:r>
      <w:r>
        <w:rPr>
          <w:b w:val="0"/>
          <w:i w:val="0"/>
          <w:smallCaps w:val="0"/>
          <w:strike w:val="0"/>
          <w:sz w:val="22"/>
          <w:highlight w:val="green"/>
          <w:u w:val="single"/>
        </w:rPr>
        <w:t>connected to</w:t>
      </w:r>
      <w:r>
        <w:rPr>
          <w:b w:val="0"/>
          <w:i w:val="0"/>
          <w:smallCaps w:val="0"/>
          <w:strike w:val="0"/>
          <w:sz w:val="22"/>
          <w:u w:val="single"/>
        </w:rPr>
        <w:t xml:space="preserve"> what Fred </w:t>
      </w:r>
      <w:r>
        <w:rPr>
          <w:b w:val="0"/>
          <w:i w:val="0"/>
          <w:smallCaps w:val="0"/>
          <w:strike w:val="0"/>
          <w:sz w:val="22"/>
          <w:highlight w:val="green"/>
          <w:u w:val="single"/>
        </w:rPr>
        <w:t xml:space="preserve">Moten </w:t>
      </w:r>
      <w:r>
        <w:rPr>
          <w:b/>
          <w:i w:val="0"/>
          <w:smallCaps w:val="0"/>
          <w:strike w:val="0"/>
          <w:sz w:val="22"/>
          <w:highlight w:val="green"/>
          <w:u w:val="single"/>
        </w:rPr>
        <w:t>identifies</w:t>
      </w:r>
      <w:r>
        <w:rPr>
          <w:b w:val="0"/>
          <w:i w:val="0"/>
          <w:smallCaps w:val="0"/>
          <w:strike w:val="0"/>
          <w:sz w:val="22"/>
          <w:highlight w:val="green"/>
          <w:u w:val="single"/>
        </w:rPr>
        <w:t xml:space="preserve"> in</w:t>
      </w:r>
      <w:r>
        <w:rPr>
          <w:b w:val="0"/>
          <w:i w:val="0"/>
          <w:smallCaps w:val="0"/>
          <w:strike w:val="0"/>
          <w:sz w:val="22"/>
          <w:u w:val="single"/>
        </w:rPr>
        <w:t xml:space="preserve"> Duke </w:t>
      </w:r>
      <w:r>
        <w:rPr>
          <w:b w:val="0"/>
          <w:i w:val="0"/>
          <w:smallCaps w:val="0"/>
          <w:strike w:val="0"/>
          <w:sz w:val="22"/>
          <w:highlight w:val="green"/>
          <w:u w:val="single"/>
        </w:rPr>
        <w:t>Ellington</w:t>
      </w:r>
      <w:r>
        <w:rPr>
          <w:b w:val="0"/>
          <w:i w:val="0"/>
          <w:smallCaps w:val="0"/>
          <w:strike w:val="0"/>
          <w:sz w:val="22"/>
          <w:u w:val="single"/>
        </w:rPr>
        <w:t xml:space="preserve">, the pursuit </w:t>
      </w:r>
      <w:r>
        <w:rPr>
          <w:b w:val="0"/>
          <w:i w:val="0"/>
          <w:smallCaps w:val="0"/>
          <w:strike w:val="0"/>
          <w:sz w:val="22"/>
          <w:highlight w:val="green"/>
          <w:u w:val="single"/>
        </w:rPr>
        <w:t>and</w:t>
      </w:r>
      <w:r>
        <w:rPr>
          <w:b w:val="0"/>
          <w:i w:val="0"/>
          <w:smallCaps w:val="0"/>
          <w:strike w:val="0"/>
          <w:sz w:val="22"/>
          <w:u w:val="single"/>
        </w:rPr>
        <w:t xml:space="preserve"> even possible </w:t>
      </w:r>
      <w:r>
        <w:rPr>
          <w:b/>
          <w:i w:val="0"/>
          <w:smallCaps w:val="0"/>
          <w:strike w:val="0"/>
          <w:sz w:val="22"/>
          <w:highlight w:val="green"/>
          <w:u w:val="single"/>
        </w:rPr>
        <w:t>achievement</w:t>
      </w:r>
      <w:r>
        <w:rPr>
          <w:b w:val="0"/>
          <w:i w:val="0"/>
          <w:smallCaps w:val="0"/>
          <w:strike w:val="0"/>
          <w:sz w:val="22"/>
          <w:u w:val="single"/>
        </w:rPr>
        <w:t xml:space="preserve"> through the </w:t>
      </w:r>
      <w:r>
        <w:rPr>
          <w:b/>
          <w:i w:val="0"/>
          <w:smallCaps w:val="0"/>
          <w:strike w:val="0"/>
          <w:sz w:val="22"/>
          <w:u w:val="single"/>
        </w:rPr>
        <w:t>aesthetic invocation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a life </w:t>
      </w:r>
      <w:r>
        <w:rPr>
          <w:b w:val="0"/>
          <w:i w:val="0"/>
          <w:smallCaps w:val="0"/>
          <w:strike w:val="0"/>
          <w:sz w:val="22"/>
          <w:highlight w:val="green"/>
          <w:u w:val="single"/>
        </w:rPr>
        <w:t>“</w:t>
      </w:r>
      <w:r>
        <w:rPr>
          <w:b/>
          <w:i w:val="0"/>
          <w:smallCaps w:val="0"/>
          <w:strike w:val="0"/>
          <w:sz w:val="22"/>
          <w:highlight w:val="green"/>
          <w:u w:val="single"/>
        </w:rPr>
        <w:t>beyond category</w:t>
      </w:r>
      <w:r>
        <w:rPr>
          <w:b w:val="0"/>
          <w:i w:val="0"/>
          <w:smallCaps w:val="0"/>
          <w:strike w:val="0"/>
          <w:sz w:val="22"/>
          <w:highlight w:val="green"/>
          <w:u w:val="single"/>
        </w:rPr>
        <w:t>.”</w:t>
      </w:r>
      <w:r>
        <w:rPr>
          <w:b w:val="0"/>
          <w:i w:val="0"/>
          <w:smallCaps w:val="0"/>
          <w:strike w:val="0"/>
          <w:sz w:val="22"/>
          <w:u w:val="single"/>
        </w:rPr>
        <w:t xml:space="preserve"> [Moten 25] A life beyond </w:t>
      </w:r>
      <w:r>
        <w:rPr>
          <w:b/>
          <w:i w:val="0"/>
          <w:smallCaps w:val="0"/>
          <w:strike w:val="0"/>
          <w:sz w:val="22"/>
          <w:u w:val="single"/>
        </w:rPr>
        <w:t>subjection</w:t>
      </w:r>
      <w:r>
        <w:rPr>
          <w:b w:val="0"/>
          <w:i w:val="0"/>
          <w:smallCaps w:val="0"/>
          <w:strike w:val="0"/>
          <w:sz w:val="22"/>
          <w:u w:val="single"/>
        </w:rPr>
        <w:t xml:space="preserve">, a radical </w:t>
      </w:r>
      <w:r>
        <w:rPr>
          <w:b/>
          <w:i w:val="0"/>
          <w:smallCaps w:val="0"/>
          <w:strike w:val="0"/>
          <w:sz w:val="22"/>
          <w:u w:val="single"/>
        </w:rPr>
        <w:t>rupture</w:t>
      </w:r>
      <w:r>
        <w:rPr>
          <w:b w:val="0"/>
          <w:i w:val="0"/>
          <w:smallCaps w:val="0"/>
          <w:strike w:val="0"/>
          <w:sz w:val="22"/>
          <w:u w:val="single"/>
        </w:rPr>
        <w:t xml:space="preserve"> of the now, a </w:t>
      </w:r>
      <w:r>
        <w:rPr>
          <w:b/>
          <w:i w:val="0"/>
          <w:smallCaps w:val="0"/>
          <w:strike w:val="0"/>
          <w:sz w:val="22"/>
          <w:u w:val="single"/>
        </w:rPr>
        <w:t>break</w:t>
      </w:r>
      <w:r>
        <w:rPr>
          <w:b w:val="0"/>
          <w:i w:val="0"/>
          <w:smallCaps w:val="0"/>
          <w:strike w:val="0"/>
          <w:sz w:val="22"/>
          <w:u w:val="single"/>
        </w:rPr>
        <w:t xml:space="preserve"> with our pained </w:t>
      </w:r>
      <w:r>
        <w:rPr>
          <w:b/>
          <w:i w:val="0"/>
          <w:smallCaps w:val="0"/>
          <w:strike w:val="0"/>
          <w:sz w:val="22"/>
          <w:u w:val="single"/>
        </w:rPr>
        <w:t>present condition</w:t>
      </w:r>
      <w:r>
        <w:rPr>
          <w:b w:val="0"/>
          <w:i w:val="0"/>
          <w:smallCaps w:val="0"/>
          <w:strike w:val="0"/>
          <w:sz w:val="22"/>
          <w:u w:val="single"/>
        </w:rPr>
        <w:t>. Moten continues “</w:t>
      </w:r>
      <w:r>
        <w:rPr>
          <w:b/>
          <w:i w:val="0"/>
          <w:smallCaps w:val="0"/>
          <w:strike w:val="0"/>
          <w:sz w:val="22"/>
          <w:highlight w:val="green"/>
          <w:u w:val="single"/>
        </w:rPr>
        <w:t>black performance</w:t>
      </w:r>
      <w:r>
        <w:rPr>
          <w:b w:val="0"/>
          <w:i w:val="0"/>
          <w:smallCaps w:val="0"/>
          <w:strike w:val="0"/>
          <w:sz w:val="22"/>
          <w:highlight w:val="green"/>
          <w:u w:val="single"/>
        </w:rPr>
        <w:t xml:space="preserve"> has</w:t>
      </w:r>
      <w:r>
        <w:rPr>
          <w:b w:val="0"/>
          <w:i w:val="0"/>
          <w:smallCaps w:val="0"/>
          <w:strike w:val="0"/>
          <w:sz w:val="22"/>
          <w:u w:val="single"/>
        </w:rPr>
        <w:t xml:space="preserve"> always </w:t>
      </w:r>
      <w:r>
        <w:rPr>
          <w:b w:val="0"/>
          <w:i w:val="0"/>
          <w:smallCaps w:val="0"/>
          <w:strike w:val="0"/>
          <w:sz w:val="22"/>
          <w:highlight w:val="green"/>
          <w:u w:val="single"/>
        </w:rPr>
        <w:t>been</w:t>
      </w:r>
      <w:r>
        <w:rPr>
          <w:b w:val="0"/>
          <w:i w:val="0"/>
          <w:smallCaps w:val="0"/>
          <w:strike w:val="0"/>
          <w:sz w:val="22"/>
          <w:u w:val="single"/>
        </w:rPr>
        <w:t xml:space="preserve"> the ongoing </w:t>
      </w:r>
      <w:r>
        <w:rPr>
          <w:b/>
          <w:i w:val="0"/>
          <w:smallCaps w:val="0"/>
          <w:strike w:val="0"/>
          <w:sz w:val="22"/>
          <w:highlight w:val="green"/>
          <w:u w:val="single"/>
        </w:rPr>
        <w:t>improvisation</w:t>
      </w:r>
      <w:r>
        <w:rPr>
          <w:b w:val="0"/>
          <w:i w:val="0"/>
          <w:smallCaps w:val="0"/>
          <w:strike w:val="0"/>
          <w:sz w:val="22"/>
          <w:highlight w:val="green"/>
          <w:u w:val="single"/>
        </w:rPr>
        <w:t xml:space="preserve"> of</w:t>
      </w:r>
      <w:r>
        <w:rPr>
          <w:b w:val="0"/>
          <w:i w:val="0"/>
          <w:smallCaps w:val="0"/>
          <w:strike w:val="0"/>
          <w:sz w:val="22"/>
          <w:u w:val="single"/>
        </w:rPr>
        <w:t xml:space="preserve"> a kind of </w:t>
      </w:r>
      <w:r>
        <w:rPr>
          <w:b w:val="0"/>
          <w:i w:val="0"/>
          <w:smallCaps w:val="0"/>
          <w:strike w:val="0"/>
          <w:sz w:val="22"/>
          <w:highlight w:val="green"/>
          <w:u w:val="single"/>
        </w:rPr>
        <w:t>lyricism</w:t>
      </w:r>
      <w:r>
        <w:rPr>
          <w:b w:val="0"/>
          <w:i w:val="0"/>
          <w:smallCaps w:val="0"/>
          <w:strike w:val="0"/>
          <w:sz w:val="22"/>
          <w:u w:val="single"/>
        </w:rPr>
        <w:t xml:space="preserve"> of the surplus.” The </w:t>
      </w:r>
      <w:r>
        <w:rPr>
          <w:b/>
          <w:i w:val="0"/>
          <w:smallCaps w:val="0"/>
          <w:strike w:val="0"/>
          <w:sz w:val="22"/>
          <w:u w:val="single"/>
        </w:rPr>
        <w:t>surplus</w:t>
      </w:r>
      <w:r>
        <w:rPr>
          <w:b w:val="0"/>
          <w:i w:val="0"/>
          <w:smallCaps w:val="0"/>
          <w:strike w:val="0"/>
          <w:sz w:val="22"/>
          <w:u w:val="single"/>
        </w:rPr>
        <w:t xml:space="preserve"> identified here is a </w:t>
      </w:r>
      <w:r>
        <w:rPr>
          <w:b/>
          <w:i w:val="0"/>
          <w:smallCaps w:val="0"/>
          <w:strike w:val="0"/>
          <w:sz w:val="22"/>
          <w:highlight w:val="green"/>
          <w:u w:val="single"/>
        </w:rPr>
        <w:t>negation</w:t>
      </w:r>
      <w:r>
        <w:rPr>
          <w:b w:val="0"/>
          <w:i w:val="0"/>
          <w:smallCaps w:val="0"/>
          <w:strike w:val="0"/>
          <w:sz w:val="22"/>
          <w:highlight w:val="green"/>
          <w:u w:val="single"/>
        </w:rPr>
        <w:t xml:space="preserve"> of</w:t>
      </w:r>
      <w:r>
        <w:rPr>
          <w:b w:val="0"/>
          <w:i w:val="0"/>
          <w:smallCaps w:val="0"/>
          <w:strike w:val="0"/>
          <w:sz w:val="22"/>
          <w:u w:val="single"/>
        </w:rPr>
        <w:t xml:space="preserve"> a racialized </w:t>
      </w:r>
      <w:r>
        <w:rPr>
          <w:b/>
          <w:i w:val="0"/>
          <w:smallCaps w:val="0"/>
          <w:strike w:val="0"/>
          <w:sz w:val="22"/>
          <w:highlight w:val="green"/>
          <w:u w:val="single"/>
        </w:rPr>
        <w:t>subjection</w:t>
      </w:r>
      <w:r>
        <w:rPr>
          <w:b w:val="0"/>
          <w:i w:val="0"/>
          <w:smallCaps w:val="0"/>
          <w:strike w:val="0"/>
          <w:sz w:val="22"/>
          <w:highlight w:val="green"/>
          <w:u w:val="single"/>
        </w:rPr>
        <w:t xml:space="preserve"> </w:t>
      </w:r>
      <w:r>
        <w:rPr>
          <w:b w:val="0"/>
          <w:i w:val="0"/>
          <w:smallCaps w:val="0"/>
          <w:strike w:val="0"/>
          <w:sz w:val="22"/>
          <w:u w:val="single"/>
        </w:rPr>
        <w:t xml:space="preserve">that mumble </w:t>
      </w:r>
      <w:r>
        <w:rPr>
          <w:b w:val="0"/>
          <w:i w:val="0"/>
          <w:smallCaps w:val="0"/>
          <w:strike w:val="0"/>
          <w:sz w:val="22"/>
          <w:highlight w:val="green"/>
          <w:u w:val="single"/>
        </w:rPr>
        <w:t xml:space="preserve">rappers </w:t>
      </w:r>
      <w:r>
        <w:rPr>
          <w:b/>
          <w:i w:val="0"/>
          <w:smallCaps w:val="0"/>
          <w:strike w:val="0"/>
          <w:sz w:val="22"/>
          <w:highlight w:val="green"/>
          <w:u w:val="single"/>
        </w:rPr>
        <w:t>experience</w:t>
      </w:r>
      <w:r>
        <w:rPr>
          <w:b w:val="0"/>
          <w:i w:val="0"/>
          <w:smallCaps w:val="0"/>
          <w:strike w:val="0"/>
          <w:sz w:val="22"/>
          <w:highlight w:val="green"/>
          <w:u w:val="single"/>
        </w:rPr>
        <w:t xml:space="preserve"> as residents of </w:t>
      </w:r>
      <w:r>
        <w:rPr>
          <w:b w:val="0"/>
          <w:i w:val="0"/>
          <w:smallCaps w:val="0"/>
          <w:strike w:val="0"/>
          <w:sz w:val="22"/>
          <w:u w:val="single"/>
        </w:rPr>
        <w:t xml:space="preserve">Black </w:t>
      </w:r>
      <w:r>
        <w:rPr>
          <w:b w:val="0"/>
          <w:i w:val="0"/>
          <w:smallCaps w:val="0"/>
          <w:strike w:val="0"/>
          <w:sz w:val="22"/>
          <w:highlight w:val="green"/>
          <w:u w:val="single"/>
        </w:rPr>
        <w:t>bodies</w:t>
      </w:r>
      <w:r>
        <w:rPr>
          <w:b w:val="0"/>
          <w:i w:val="0"/>
          <w:smallCaps w:val="0"/>
          <w:strike w:val="0"/>
          <w:sz w:val="22"/>
          <w:u w:val="single"/>
        </w:rPr>
        <w:t xml:space="preserve">, albeit </w:t>
      </w:r>
      <w:r>
        <w:rPr>
          <w:b/>
          <w:i w:val="0"/>
          <w:smallCaps w:val="0"/>
          <w:strike w:val="0"/>
          <w:sz w:val="22"/>
          <w:u w:val="single"/>
        </w:rPr>
        <w:t>wealthy</w:t>
      </w:r>
      <w:r>
        <w:rPr>
          <w:b w:val="0"/>
          <w:i w:val="0"/>
          <w:smallCaps w:val="0"/>
          <w:strike w:val="0"/>
          <w:sz w:val="22"/>
          <w:u w:val="single"/>
        </w:rPr>
        <w:t xml:space="preserve"> and culturally </w:t>
      </w:r>
      <w:r>
        <w:rPr>
          <w:b/>
          <w:i w:val="0"/>
          <w:smallCaps w:val="0"/>
          <w:strike w:val="0"/>
          <w:sz w:val="22"/>
          <w:u w:val="single"/>
        </w:rPr>
        <w:t>powerful</w:t>
      </w:r>
      <w:r>
        <w:rPr>
          <w:b w:val="0"/>
          <w:i w:val="0"/>
          <w:smallCaps w:val="0"/>
          <w:strike w:val="0"/>
          <w:sz w:val="22"/>
          <w:u w:val="single"/>
        </w:rPr>
        <w:t xml:space="preserve">. This surplus might be to borrow another </w:t>
      </w:r>
      <w:r>
        <w:rPr>
          <w:b/>
          <w:i w:val="0"/>
          <w:smallCaps w:val="0"/>
          <w:strike w:val="0"/>
          <w:sz w:val="22"/>
          <w:u w:val="single"/>
        </w:rPr>
        <w:t>Motenism</w:t>
      </w:r>
      <w:r>
        <w:rPr>
          <w:b w:val="0"/>
          <w:i w:val="0"/>
          <w:smallCaps w:val="0"/>
          <w:strike w:val="0"/>
          <w:sz w:val="22"/>
          <w:u w:val="single"/>
        </w:rPr>
        <w:t xml:space="preserve">, borrowed from </w:t>
      </w:r>
      <w:r>
        <w:rPr>
          <w:b/>
          <w:i w:val="0"/>
          <w:smallCaps w:val="0"/>
          <w:strike w:val="0"/>
          <w:sz w:val="22"/>
          <w:u w:val="single"/>
        </w:rPr>
        <w:t>Glissant</w:t>
      </w:r>
      <w:r>
        <w:rPr>
          <w:b w:val="0"/>
          <w:i w:val="0"/>
          <w:smallCaps w:val="0"/>
          <w:strike w:val="0"/>
          <w:sz w:val="22"/>
          <w:u w:val="single"/>
        </w:rPr>
        <w:t xml:space="preserve">, “the consent not to be a </w:t>
      </w:r>
      <w:r>
        <w:rPr>
          <w:b/>
          <w:i w:val="0"/>
          <w:smallCaps w:val="0"/>
          <w:strike w:val="0"/>
          <w:sz w:val="22"/>
          <w:u w:val="single"/>
        </w:rPr>
        <w:t>single being</w:t>
      </w:r>
      <w:r>
        <w:rPr>
          <w:b w:val="0"/>
          <w:i w:val="0"/>
          <w:smallCaps w:val="0"/>
          <w:strike w:val="0"/>
          <w:sz w:val="22"/>
          <w:u w:val="single"/>
        </w:rPr>
        <w:t xml:space="preserve">.” </w:t>
      </w:r>
      <w:r>
        <w:rPr>
          <w:b w:val="0"/>
          <w:i w:val="0"/>
          <w:smallCaps w:val="0"/>
          <w:strike w:val="0"/>
          <w:sz w:val="16"/>
          <w:u w:val="none"/>
        </w:rPr>
        <w:t xml:space="preserve">Our neoliberal world seeks to reduce Black life into legible, fungible identities: the prisoner, the baby mama, the angry black lady, the rap star, the basketball star, the Obama, the Sambo, the Watermelon eater, the Uncle Tom. </w:t>
      </w:r>
      <w:r>
        <w:rPr>
          <w:b w:val="0"/>
          <w:i w:val="0"/>
          <w:smallCaps w:val="0"/>
          <w:strike w:val="0"/>
          <w:sz w:val="22"/>
          <w:highlight w:val="green"/>
          <w:u w:val="single"/>
        </w:rPr>
        <w:t xml:space="preserve">What </w:t>
      </w:r>
      <w:r>
        <w:rPr>
          <w:b/>
          <w:i w:val="0"/>
          <w:smallCaps w:val="0"/>
          <w:strike w:val="0"/>
          <w:sz w:val="22"/>
          <w:u w:val="single"/>
        </w:rPr>
        <w:t>does</w:t>
      </w:r>
      <w:r>
        <w:rPr>
          <w:b w:val="0"/>
          <w:i w:val="0"/>
          <w:smallCaps w:val="0"/>
          <w:strike w:val="0"/>
          <w:sz w:val="22"/>
          <w:u w:val="single"/>
        </w:rPr>
        <w:t xml:space="preserve"> it </w:t>
      </w:r>
      <w:r>
        <w:rPr>
          <w:b w:val="0"/>
          <w:i w:val="0"/>
          <w:smallCaps w:val="0"/>
          <w:strike w:val="0"/>
          <w:sz w:val="22"/>
          <w:highlight w:val="green"/>
          <w:u w:val="single"/>
        </w:rPr>
        <w:t>mean</w:t>
      </w:r>
      <w:r>
        <w:rPr>
          <w:b w:val="0"/>
          <w:i w:val="0"/>
          <w:smallCaps w:val="0"/>
          <w:strike w:val="0"/>
          <w:sz w:val="22"/>
          <w:u w:val="single"/>
        </w:rPr>
        <w:t xml:space="preserve"> in the face of this systematic </w:t>
      </w:r>
      <w:r>
        <w:rPr>
          <w:b/>
          <w:i w:val="0"/>
          <w:smallCaps w:val="0"/>
          <w:strike w:val="0"/>
          <w:sz w:val="22"/>
          <w:u w:val="single"/>
        </w:rPr>
        <w:t>quantification</w:t>
      </w:r>
      <w:r>
        <w:rPr>
          <w:b w:val="0"/>
          <w:i w:val="0"/>
          <w:smallCaps w:val="0"/>
          <w:strike w:val="0"/>
          <w:sz w:val="22"/>
          <w:u w:val="single"/>
        </w:rPr>
        <w:t xml:space="preserve"> of Black life, </w:t>
      </w:r>
      <w:r>
        <w:rPr>
          <w:b w:val="0"/>
          <w:i w:val="0"/>
          <w:smallCaps w:val="0"/>
          <w:strike w:val="0"/>
          <w:sz w:val="22"/>
          <w:highlight w:val="green"/>
          <w:u w:val="single"/>
        </w:rPr>
        <w:t xml:space="preserve">to </w:t>
      </w:r>
      <w:r>
        <w:rPr>
          <w:b/>
          <w:i w:val="0"/>
          <w:smallCaps w:val="0"/>
          <w:strike w:val="0"/>
          <w:sz w:val="22"/>
          <w:highlight w:val="green"/>
          <w:u w:val="single"/>
        </w:rPr>
        <w:t>proclaim</w:t>
      </w:r>
      <w:r>
        <w:rPr>
          <w:b w:val="0"/>
          <w:i w:val="0"/>
          <w:smallCaps w:val="0"/>
          <w:strike w:val="0"/>
          <w:sz w:val="22"/>
          <w:u w:val="single"/>
        </w:rPr>
        <w:t xml:space="preserve"> that </w:t>
      </w:r>
      <w:r>
        <w:rPr>
          <w:b w:val="0"/>
          <w:i w:val="0"/>
          <w:smallCaps w:val="0"/>
          <w:strike w:val="0"/>
          <w:sz w:val="22"/>
          <w:highlight w:val="green"/>
          <w:u w:val="single"/>
        </w:rPr>
        <w:t>one</w:t>
      </w:r>
      <w:r>
        <w:rPr>
          <w:b w:val="0"/>
          <w:i w:val="0"/>
          <w:smallCaps w:val="0"/>
          <w:strike w:val="0"/>
          <w:sz w:val="22"/>
          <w:u w:val="single"/>
        </w:rPr>
        <w:t xml:space="preserve"> is </w:t>
      </w:r>
      <w:r>
        <w:rPr>
          <w:b w:val="0"/>
          <w:i w:val="0"/>
          <w:smallCaps w:val="0"/>
          <w:strike w:val="0"/>
          <w:sz w:val="22"/>
          <w:highlight w:val="green"/>
          <w:u w:val="single"/>
        </w:rPr>
        <w:t xml:space="preserve">not </w:t>
      </w:r>
      <w:r>
        <w:rPr>
          <w:b w:val="0"/>
          <w:i w:val="0"/>
          <w:smallCaps w:val="0"/>
          <w:strike w:val="0"/>
          <w:sz w:val="22"/>
          <w:u w:val="single"/>
        </w:rPr>
        <w:t xml:space="preserve">just </w:t>
      </w:r>
      <w:r>
        <w:rPr>
          <w:b/>
          <w:i w:val="0"/>
          <w:smallCaps w:val="0"/>
          <w:strike w:val="0"/>
          <w:sz w:val="22"/>
          <w:highlight w:val="green"/>
          <w:u w:val="single"/>
        </w:rPr>
        <w:t>incapable</w:t>
      </w:r>
      <w:r>
        <w:rPr>
          <w:b w:val="0"/>
          <w:i w:val="0"/>
          <w:smallCaps w:val="0"/>
          <w:strike w:val="0"/>
          <w:sz w:val="22"/>
          <w:highlight w:val="green"/>
          <w:u w:val="single"/>
        </w:rPr>
        <w:t xml:space="preserve"> of reducing</w:t>
      </w:r>
      <w:r>
        <w:rPr>
          <w:b w:val="0"/>
          <w:i w:val="0"/>
          <w:smallCaps w:val="0"/>
          <w:strike w:val="0"/>
          <w:sz w:val="22"/>
          <w:u w:val="single"/>
        </w:rPr>
        <w:t xml:space="preserve"> to a </w:t>
      </w:r>
      <w:r>
        <w:rPr>
          <w:b/>
          <w:i w:val="0"/>
          <w:smallCaps w:val="0"/>
          <w:strike w:val="0"/>
          <w:sz w:val="22"/>
          <w:highlight w:val="green"/>
          <w:u w:val="single"/>
        </w:rPr>
        <w:t>stereotype</w:t>
      </w:r>
      <w:r>
        <w:rPr>
          <w:b w:val="0"/>
          <w:i w:val="0"/>
          <w:smallCaps w:val="0"/>
          <w:strike w:val="0"/>
          <w:sz w:val="22"/>
          <w:u w:val="single"/>
        </w:rPr>
        <w:t xml:space="preserve">, not just </w:t>
      </w:r>
      <w:r>
        <w:rPr>
          <w:b w:val="0"/>
          <w:i w:val="0"/>
          <w:smallCaps w:val="0"/>
          <w:strike w:val="0"/>
          <w:sz w:val="22"/>
          <w:highlight w:val="green"/>
          <w:u w:val="single"/>
        </w:rPr>
        <w:t>too much</w:t>
      </w:r>
      <w:r>
        <w:rPr>
          <w:b w:val="0"/>
          <w:i w:val="0"/>
          <w:smallCaps w:val="0"/>
          <w:strike w:val="0"/>
          <w:sz w:val="22"/>
          <w:u w:val="single"/>
        </w:rPr>
        <w:t xml:space="preserve"> to be </w:t>
      </w:r>
      <w:r>
        <w:rPr>
          <w:b/>
          <w:i w:val="0"/>
          <w:smallCaps w:val="0"/>
          <w:strike w:val="0"/>
          <w:sz w:val="22"/>
          <w:u w:val="single"/>
        </w:rPr>
        <w:t>quantified</w:t>
      </w:r>
      <w:r>
        <w:rPr>
          <w:b w:val="0"/>
          <w:i w:val="0"/>
          <w:smallCaps w:val="0"/>
          <w:strike w:val="0"/>
          <w:sz w:val="22"/>
          <w:u w:val="single"/>
        </w:rPr>
        <w:t xml:space="preserve">, </w:t>
      </w:r>
      <w:r>
        <w:rPr>
          <w:b w:val="0"/>
          <w:i w:val="0"/>
          <w:smallCaps w:val="0"/>
          <w:strike w:val="0"/>
          <w:sz w:val="22"/>
          <w:highlight w:val="green"/>
          <w:u w:val="single"/>
        </w:rPr>
        <w:t>but “</w:t>
      </w:r>
      <w:r>
        <w:rPr>
          <w:b/>
          <w:i w:val="0"/>
          <w:smallCaps w:val="0"/>
          <w:strike w:val="0"/>
          <w:sz w:val="22"/>
          <w:highlight w:val="green"/>
          <w:u w:val="single"/>
        </w:rPr>
        <w:t>never too much</w:t>
      </w:r>
      <w:r>
        <w:rPr>
          <w:b w:val="0"/>
          <w:i w:val="0"/>
          <w:smallCaps w:val="0"/>
          <w:strike w:val="0"/>
          <w:sz w:val="22"/>
          <w:highlight w:val="green"/>
          <w:u w:val="single"/>
        </w:rPr>
        <w:t>”</w:t>
      </w:r>
      <w:r>
        <w:rPr>
          <w:b w:val="0"/>
          <w:i w:val="0"/>
          <w:smallCaps w:val="0"/>
          <w:strike w:val="0"/>
          <w:sz w:val="22"/>
          <w:u w:val="single"/>
        </w:rPr>
        <w:t xml:space="preserve"> to be </w:t>
      </w:r>
      <w:r>
        <w:rPr>
          <w:b/>
          <w:i w:val="0"/>
          <w:smallCaps w:val="0"/>
          <w:strike w:val="0"/>
          <w:sz w:val="22"/>
          <w:u w:val="single"/>
        </w:rPr>
        <w:t>quantified</w:t>
      </w:r>
      <w:r>
        <w:rPr>
          <w:b w:val="0"/>
          <w:i w:val="0"/>
          <w:smallCaps w:val="0"/>
          <w:strike w:val="0"/>
          <w:sz w:val="22"/>
          <w:u w:val="single"/>
        </w:rPr>
        <w:t xml:space="preserve"> or reduced to a </w:t>
      </w:r>
      <w:r>
        <w:rPr>
          <w:b/>
          <w:i w:val="0"/>
          <w:smallCaps w:val="0"/>
          <w:strike w:val="0"/>
          <w:sz w:val="22"/>
          <w:u w:val="single"/>
        </w:rPr>
        <w:t>coherent</w:t>
      </w:r>
      <w:r>
        <w:rPr>
          <w:b w:val="0"/>
          <w:i w:val="0"/>
          <w:smallCaps w:val="0"/>
          <w:strike w:val="0"/>
          <w:sz w:val="22"/>
          <w:u w:val="single"/>
        </w:rPr>
        <w:t xml:space="preserve">, intact whole? </w:t>
      </w:r>
      <w:r>
        <w:rPr>
          <w:b w:val="0"/>
          <w:i w:val="0"/>
          <w:smallCaps w:val="0"/>
          <w:strike w:val="0"/>
          <w:sz w:val="22"/>
          <w:highlight w:val="green"/>
          <w:u w:val="single"/>
        </w:rPr>
        <w:t xml:space="preserve">This </w:t>
      </w:r>
      <w:r>
        <w:rPr>
          <w:b/>
          <w:i w:val="0"/>
          <w:smallCaps w:val="0"/>
          <w:strike w:val="0"/>
          <w:sz w:val="22"/>
          <w:highlight w:val="green"/>
          <w:u w:val="single"/>
        </w:rPr>
        <w:t>declaration</w:t>
      </w:r>
      <w:r>
        <w:rPr>
          <w:b w:val="0"/>
          <w:i w:val="0"/>
          <w:smallCaps w:val="0"/>
          <w:strike w:val="0"/>
          <w:sz w:val="22"/>
          <w:highlight w:val="green"/>
          <w:u w:val="single"/>
        </w:rPr>
        <w:t xml:space="preserve"> is a</w:t>
      </w:r>
      <w:r>
        <w:rPr>
          <w:b w:val="0"/>
          <w:i w:val="0"/>
          <w:smallCaps w:val="0"/>
          <w:strike w:val="0"/>
          <w:sz w:val="22"/>
          <w:u w:val="single"/>
        </w:rPr>
        <w:t xml:space="preserve"> powerful </w:t>
      </w:r>
      <w:r>
        <w:rPr>
          <w:b/>
          <w:i w:val="0"/>
          <w:smallCaps w:val="0"/>
          <w:strike w:val="0"/>
          <w:sz w:val="22"/>
          <w:highlight w:val="green"/>
          <w:u w:val="single"/>
        </w:rPr>
        <w:t>situation</w:t>
      </w:r>
      <w:r>
        <w:rPr>
          <w:b w:val="0"/>
          <w:i w:val="0"/>
          <w:smallCaps w:val="0"/>
          <w:strike w:val="0"/>
          <w:sz w:val="22"/>
          <w:highlight w:val="green"/>
          <w:u w:val="single"/>
        </w:rPr>
        <w:t xml:space="preserve"> of Black life</w:t>
      </w:r>
      <w:r>
        <w:rPr>
          <w:b w:val="0"/>
          <w:i w:val="0"/>
          <w:smallCaps w:val="0"/>
          <w:strike w:val="0"/>
          <w:sz w:val="22"/>
          <w:u w:val="single"/>
        </w:rPr>
        <w:t xml:space="preserve"> as a decadent, </w:t>
      </w:r>
      <w:r>
        <w:rPr>
          <w:b/>
          <w:i w:val="0"/>
          <w:smallCaps w:val="0"/>
          <w:strike w:val="0"/>
          <w:sz w:val="22"/>
          <w:u w:val="single"/>
        </w:rPr>
        <w:t>charged</w:t>
      </w:r>
      <w:r>
        <w:rPr>
          <w:b w:val="0"/>
          <w:i w:val="0"/>
          <w:smallCaps w:val="0"/>
          <w:strike w:val="0"/>
          <w:sz w:val="22"/>
          <w:u w:val="single"/>
        </w:rPr>
        <w:t xml:space="preserve"> force, </w:t>
      </w:r>
      <w:r>
        <w:rPr>
          <w:b w:val="0"/>
          <w:i w:val="0"/>
          <w:smallCaps w:val="0"/>
          <w:strike w:val="0"/>
          <w:sz w:val="22"/>
          <w:highlight w:val="green"/>
          <w:u w:val="single"/>
        </w:rPr>
        <w:t>that</w:t>
      </w:r>
      <w:r>
        <w:rPr>
          <w:b w:val="0"/>
          <w:i w:val="0"/>
          <w:smallCaps w:val="0"/>
          <w:strike w:val="0"/>
          <w:sz w:val="22"/>
          <w:u w:val="single"/>
        </w:rPr>
        <w:t xml:space="preserve"> while made up of </w:t>
      </w:r>
      <w:r>
        <w:rPr>
          <w:b/>
          <w:i w:val="0"/>
          <w:smallCaps w:val="0"/>
          <w:strike w:val="0"/>
          <w:sz w:val="22"/>
          <w:u w:val="single"/>
        </w:rPr>
        <w:t>excess</w:t>
      </w:r>
      <w:r>
        <w:rPr>
          <w:b w:val="0"/>
          <w:i w:val="0"/>
          <w:smallCaps w:val="0"/>
          <w:strike w:val="0"/>
          <w:sz w:val="22"/>
          <w:u w:val="single"/>
        </w:rPr>
        <w:t xml:space="preserve">, and </w:t>
      </w:r>
      <w:r>
        <w:rPr>
          <w:b w:val="0"/>
          <w:i w:val="0"/>
          <w:smallCaps w:val="0"/>
          <w:strike w:val="0"/>
          <w:sz w:val="22"/>
          <w:highlight w:val="green"/>
          <w:u w:val="single"/>
        </w:rPr>
        <w:t xml:space="preserve">made in excess </w:t>
      </w:r>
      <w:r>
        <w:rPr>
          <w:b w:val="0"/>
          <w:i w:val="0"/>
          <w:smallCaps w:val="0"/>
          <w:strike w:val="0"/>
          <w:sz w:val="22"/>
          <w:u w:val="single"/>
        </w:rPr>
        <w:t xml:space="preserve">can </w:t>
      </w:r>
      <w:r>
        <w:rPr>
          <w:b w:val="0"/>
          <w:i w:val="0"/>
          <w:smallCaps w:val="0"/>
          <w:strike w:val="0"/>
          <w:sz w:val="22"/>
          <w:highlight w:val="green"/>
          <w:u w:val="single"/>
        </w:rPr>
        <w:t xml:space="preserve">never </w:t>
      </w:r>
      <w:r>
        <w:rPr>
          <w:b w:val="0"/>
          <w:i w:val="0"/>
          <w:smallCaps w:val="0"/>
          <w:strike w:val="0"/>
          <w:sz w:val="22"/>
          <w:u w:val="single"/>
        </w:rPr>
        <w:t xml:space="preserve">truly be </w:t>
      </w:r>
      <w:r>
        <w:rPr>
          <w:b/>
          <w:i w:val="0"/>
          <w:smallCaps w:val="0"/>
          <w:strike w:val="0"/>
          <w:sz w:val="22"/>
          <w:highlight w:val="green"/>
          <w:u w:val="single"/>
        </w:rPr>
        <w:t>excessive</w:t>
      </w:r>
      <w:r>
        <w:rPr>
          <w:b w:val="0"/>
          <w:i w:val="0"/>
          <w:smallCaps w:val="0"/>
          <w:strike w:val="0"/>
          <w:sz w:val="22"/>
          <w:highlight w:val="green"/>
          <w:u w:val="single"/>
        </w:rPr>
        <w:t>.</w:t>
      </w:r>
      <w:r>
        <w:rPr>
          <w:b w:val="0"/>
          <w:i w:val="0"/>
          <w:smallCaps w:val="0"/>
          <w:strike w:val="0"/>
          <w:sz w:val="22"/>
          <w:u w:val="single"/>
        </w:rPr>
        <w:t xml:space="preserve"> </w:t>
      </w:r>
    </w:p>
    <w:p>
      <w:pPr>
        <w:spacing w:after="60"/>
      </w:pPr>
      <w:r>
        <w:rPr>
          <w:b w:val="0"/>
          <w:i w:val="0"/>
          <w:smallCaps w:val="0"/>
          <w:strike w:val="0"/>
          <w:sz w:val="16"/>
          <w:u w:val="none"/>
        </w:rPr>
        <w:t xml:space="preserve">Surplus and excess have complicated relationships with blackness. Our lives are put at risk through the use of excessive force. </w:t>
      </w:r>
      <w:r>
        <w:rPr>
          <w:b w:val="0"/>
          <w:i w:val="0"/>
          <w:smallCaps w:val="0"/>
          <w:strike w:val="0"/>
          <w:sz w:val="22"/>
          <w:u w:val="single"/>
        </w:rPr>
        <w:t xml:space="preserve">Black </w:t>
      </w:r>
      <w:r>
        <w:rPr>
          <w:b/>
          <w:i w:val="0"/>
          <w:smallCaps w:val="0"/>
          <w:strike w:val="0"/>
          <w:sz w:val="22"/>
          <w:u w:val="single"/>
        </w:rPr>
        <w:t>enjoyment</w:t>
      </w:r>
      <w:r>
        <w:rPr>
          <w:b w:val="0"/>
          <w:i w:val="0"/>
          <w:smallCaps w:val="0"/>
          <w:strike w:val="0"/>
          <w:sz w:val="22"/>
          <w:u w:val="single"/>
        </w:rPr>
        <w:t xml:space="preserve"> and </w:t>
      </w:r>
      <w:r>
        <w:rPr>
          <w:b/>
          <w:i w:val="0"/>
          <w:smallCaps w:val="0"/>
          <w:strike w:val="0"/>
          <w:sz w:val="22"/>
          <w:u w:val="single"/>
        </w:rPr>
        <w:t>happiness</w:t>
      </w:r>
      <w:r>
        <w:rPr>
          <w:b w:val="0"/>
          <w:i w:val="0"/>
          <w:smallCaps w:val="0"/>
          <w:strike w:val="0"/>
          <w:sz w:val="22"/>
          <w:u w:val="single"/>
        </w:rPr>
        <w:t xml:space="preserve"> were thought to be </w:t>
      </w:r>
      <w:r>
        <w:rPr>
          <w:b/>
          <w:i w:val="0"/>
          <w:smallCaps w:val="0"/>
          <w:strike w:val="0"/>
          <w:sz w:val="22"/>
          <w:u w:val="single"/>
        </w:rPr>
        <w:t>excess</w:t>
      </w:r>
      <w:r>
        <w:rPr>
          <w:b w:val="0"/>
          <w:i w:val="0"/>
          <w:smallCaps w:val="0"/>
          <w:strike w:val="0"/>
          <w:sz w:val="22"/>
          <w:u w:val="single"/>
        </w:rPr>
        <w:t xml:space="preserve"> in times of slavery, sharecropping, and even </w:t>
      </w:r>
      <w:r>
        <w:rPr>
          <w:b/>
          <w:i w:val="0"/>
          <w:smallCaps w:val="0"/>
          <w:strike w:val="0"/>
          <w:sz w:val="22"/>
          <w:u w:val="single"/>
        </w:rPr>
        <w:t>late capitalism</w:t>
      </w:r>
      <w:r>
        <w:rPr>
          <w:b w:val="0"/>
          <w:i w:val="0"/>
          <w:smallCaps w:val="0"/>
          <w:strike w:val="0"/>
          <w:sz w:val="22"/>
          <w:u w:val="single"/>
        </w:rPr>
        <w:t xml:space="preserve">. Blackness has been a </w:t>
      </w:r>
      <w:r>
        <w:rPr>
          <w:b w:val="0"/>
          <w:i w:val="0"/>
          <w:smallCaps w:val="0"/>
          <w:strike w:val="0"/>
          <w:sz w:val="22"/>
          <w:highlight w:val="green"/>
          <w:u w:val="single"/>
        </w:rPr>
        <w:t>site of</w:t>
      </w:r>
      <w:r>
        <w:rPr>
          <w:b w:val="0"/>
          <w:i w:val="0"/>
          <w:smallCaps w:val="0"/>
          <w:strike w:val="0"/>
          <w:sz w:val="22"/>
          <w:u w:val="single"/>
        </w:rPr>
        <w:t xml:space="preserve"> </w:t>
      </w:r>
      <w:r>
        <w:rPr>
          <w:b/>
          <w:i w:val="0"/>
          <w:smallCaps w:val="0"/>
          <w:strike w:val="0"/>
          <w:sz w:val="22"/>
          <w:u w:val="single"/>
        </w:rPr>
        <w:t>surplus</w:t>
      </w:r>
      <w:r>
        <w:rPr>
          <w:b w:val="0"/>
          <w:i w:val="0"/>
          <w:smallCaps w:val="0"/>
          <w:strike w:val="0"/>
          <w:sz w:val="22"/>
          <w:u w:val="single"/>
        </w:rPr>
        <w:t xml:space="preserve"> value </w:t>
      </w:r>
      <w:r>
        <w:rPr>
          <w:b w:val="0"/>
          <w:i w:val="0"/>
          <w:smallCaps w:val="0"/>
          <w:strike w:val="0"/>
          <w:sz w:val="22"/>
          <w:highlight w:val="green"/>
          <w:u w:val="single"/>
        </w:rPr>
        <w:t>extraction from</w:t>
      </w:r>
      <w:r>
        <w:rPr>
          <w:b w:val="0"/>
          <w:i w:val="0"/>
          <w:smallCaps w:val="0"/>
          <w:strike w:val="0"/>
          <w:sz w:val="22"/>
          <w:u w:val="single"/>
        </w:rPr>
        <w:t xml:space="preserve"> the first </w:t>
      </w:r>
      <w:r>
        <w:rPr>
          <w:b/>
          <w:i w:val="0"/>
          <w:smallCaps w:val="0"/>
          <w:strike w:val="0"/>
          <w:sz w:val="22"/>
          <w:u w:val="single"/>
        </w:rPr>
        <w:t>moments</w:t>
      </w:r>
      <w:r>
        <w:rPr>
          <w:b w:val="0"/>
          <w:i w:val="0"/>
          <w:smallCaps w:val="0"/>
          <w:strike w:val="0"/>
          <w:sz w:val="22"/>
          <w:u w:val="single"/>
        </w:rPr>
        <w:t xml:space="preserve"> of European </w:t>
      </w:r>
      <w:r>
        <w:rPr>
          <w:b/>
          <w:i w:val="0"/>
          <w:smallCaps w:val="0"/>
          <w:strike w:val="0"/>
          <w:sz w:val="22"/>
          <w:highlight w:val="green"/>
          <w:u w:val="single"/>
        </w:rPr>
        <w:t>contact</w:t>
      </w:r>
      <w:r>
        <w:rPr>
          <w:b w:val="0"/>
          <w:i w:val="0"/>
          <w:smallCaps w:val="0"/>
          <w:strike w:val="0"/>
          <w:sz w:val="22"/>
          <w:u w:val="single"/>
        </w:rPr>
        <w:t xml:space="preserve">, where </w:t>
      </w:r>
      <w:r>
        <w:rPr>
          <w:b/>
          <w:i w:val="0"/>
          <w:smallCaps w:val="0"/>
          <w:strike w:val="0"/>
          <w:sz w:val="22"/>
          <w:u w:val="single"/>
        </w:rPr>
        <w:t>Blackness</w:t>
      </w:r>
      <w:r>
        <w:rPr>
          <w:b w:val="0"/>
          <w:i w:val="0"/>
          <w:smallCaps w:val="0"/>
          <w:strike w:val="0"/>
          <w:sz w:val="22"/>
          <w:u w:val="single"/>
        </w:rPr>
        <w:t xml:space="preserve"> was made. Yet, it is in moments </w:t>
      </w:r>
      <w:r>
        <w:rPr>
          <w:b w:val="0"/>
          <w:i w:val="0"/>
          <w:smallCaps w:val="0"/>
          <w:strike w:val="0"/>
          <w:sz w:val="22"/>
          <w:highlight w:val="green"/>
          <w:u w:val="single"/>
        </w:rPr>
        <w:t xml:space="preserve">where </w:t>
      </w:r>
      <w:r>
        <w:rPr>
          <w:b/>
          <w:i w:val="0"/>
          <w:smallCaps w:val="0"/>
          <w:strike w:val="0"/>
          <w:sz w:val="22"/>
          <w:highlight w:val="green"/>
          <w:u w:val="single"/>
        </w:rPr>
        <w:t>subjection</w:t>
      </w:r>
      <w:r>
        <w:rPr>
          <w:b w:val="0"/>
          <w:i w:val="0"/>
          <w:smallCaps w:val="0"/>
          <w:strike w:val="0"/>
          <w:sz w:val="22"/>
          <w:u w:val="single"/>
        </w:rPr>
        <w:t xml:space="preserve"> in its many forms is </w:t>
      </w:r>
      <w:r>
        <w:rPr>
          <w:b/>
          <w:i w:val="0"/>
          <w:smallCaps w:val="0"/>
          <w:strike w:val="0"/>
          <w:sz w:val="22"/>
          <w:highlight w:val="green"/>
          <w:u w:val="single"/>
        </w:rPr>
        <w:t>subverted</w:t>
      </w:r>
      <w:r>
        <w:rPr>
          <w:b w:val="0"/>
          <w:i w:val="0"/>
          <w:smallCaps w:val="0"/>
          <w:strike w:val="0"/>
          <w:sz w:val="22"/>
          <w:u w:val="single"/>
        </w:rPr>
        <w:t xml:space="preserve">, </w:t>
      </w:r>
      <w:r>
        <w:rPr>
          <w:b/>
          <w:i w:val="0"/>
          <w:smallCaps w:val="0"/>
          <w:strike w:val="0"/>
          <w:sz w:val="22"/>
          <w:u w:val="single"/>
        </w:rPr>
        <w:t>undermined</w:t>
      </w:r>
      <w:r>
        <w:rPr>
          <w:b w:val="0"/>
          <w:i w:val="0"/>
          <w:smallCaps w:val="0"/>
          <w:strike w:val="0"/>
          <w:sz w:val="22"/>
          <w:u w:val="single"/>
        </w:rPr>
        <w:t xml:space="preserve">, </w:t>
      </w:r>
      <w:r>
        <w:rPr>
          <w:b w:val="0"/>
          <w:i w:val="0"/>
          <w:smallCaps w:val="0"/>
          <w:strike w:val="0"/>
          <w:sz w:val="22"/>
          <w:highlight w:val="green"/>
          <w:u w:val="single"/>
        </w:rPr>
        <w:t xml:space="preserve">or </w:t>
      </w:r>
      <w:r>
        <w:rPr>
          <w:b/>
          <w:i w:val="0"/>
          <w:smallCaps w:val="0"/>
          <w:strike w:val="0"/>
          <w:sz w:val="22"/>
          <w:highlight w:val="green"/>
          <w:u w:val="single"/>
        </w:rPr>
        <w:t>cast</w:t>
      </w:r>
      <w:r>
        <w:rPr>
          <w:b w:val="0"/>
          <w:i w:val="0"/>
          <w:smallCaps w:val="0"/>
          <w:strike w:val="0"/>
          <w:sz w:val="22"/>
          <w:highlight w:val="green"/>
          <w:u w:val="single"/>
        </w:rPr>
        <w:t xml:space="preserve"> off</w:t>
      </w:r>
      <w:r>
        <w:rPr>
          <w:b w:val="0"/>
          <w:i w:val="0"/>
          <w:smallCaps w:val="0"/>
          <w:strike w:val="0"/>
          <w:sz w:val="22"/>
          <w:u w:val="single"/>
        </w:rPr>
        <w:t xml:space="preserve"> that Blackness is at its </w:t>
      </w:r>
      <w:r>
        <w:rPr>
          <w:b w:val="0"/>
          <w:i w:val="0"/>
          <w:smallCaps w:val="0"/>
          <w:strike w:val="0"/>
          <w:sz w:val="22"/>
          <w:highlight w:val="green"/>
          <w:u w:val="single"/>
        </w:rPr>
        <w:t xml:space="preserve">most </w:t>
      </w:r>
      <w:r>
        <w:rPr>
          <w:b/>
          <w:i w:val="0"/>
          <w:smallCaps w:val="0"/>
          <w:strike w:val="0"/>
          <w:sz w:val="22"/>
          <w:highlight w:val="green"/>
          <w:u w:val="single"/>
        </w:rPr>
        <w:t>joyful</w:t>
      </w:r>
      <w:r>
        <w:rPr>
          <w:b w:val="0"/>
          <w:i w:val="0"/>
          <w:smallCaps w:val="0"/>
          <w:strike w:val="0"/>
          <w:sz w:val="22"/>
          <w:u w:val="single"/>
        </w:rPr>
        <w:t xml:space="preserve">. When we exclaim that </w:t>
      </w:r>
      <w:r>
        <w:rPr>
          <w:b w:val="0"/>
          <w:i w:val="0"/>
          <w:smallCaps w:val="0"/>
          <w:strike w:val="0"/>
          <w:sz w:val="22"/>
          <w:highlight w:val="green"/>
          <w:u w:val="single"/>
        </w:rPr>
        <w:t xml:space="preserve">we are </w:t>
      </w:r>
      <w:r>
        <w:rPr>
          <w:b/>
          <w:i w:val="0"/>
          <w:smallCaps w:val="0"/>
          <w:strike w:val="0"/>
          <w:sz w:val="22"/>
          <w:highlight w:val="green"/>
          <w:u w:val="single"/>
        </w:rPr>
        <w:t>“never too much,”</w:t>
      </w:r>
      <w:r>
        <w:rPr>
          <w:b w:val="0"/>
          <w:i w:val="0"/>
          <w:smallCaps w:val="0"/>
          <w:strike w:val="0"/>
          <w:sz w:val="22"/>
          <w:u w:val="single"/>
        </w:rPr>
        <w:t xml:space="preserve"> we’re staging </w:t>
      </w:r>
      <w:r>
        <w:rPr>
          <w:b w:val="0"/>
          <w:i w:val="0"/>
          <w:smallCaps w:val="0"/>
          <w:strike w:val="0"/>
          <w:sz w:val="22"/>
          <w:highlight w:val="green"/>
          <w:u w:val="single"/>
        </w:rPr>
        <w:t xml:space="preserve">an aesthetic </w:t>
      </w:r>
      <w:r>
        <w:rPr>
          <w:b/>
          <w:i w:val="0"/>
          <w:smallCaps w:val="0"/>
          <w:strike w:val="0"/>
          <w:sz w:val="22"/>
          <w:highlight w:val="green"/>
          <w:u w:val="single"/>
        </w:rPr>
        <w:t>intervention</w:t>
      </w:r>
      <w:r>
        <w:rPr>
          <w:b w:val="0"/>
          <w:i w:val="0"/>
          <w:smallCaps w:val="0"/>
          <w:strike w:val="0"/>
          <w:sz w:val="22"/>
          <w:u w:val="single"/>
        </w:rPr>
        <w:t xml:space="preserve">, an </w:t>
      </w:r>
      <w:r>
        <w:rPr>
          <w:b/>
          <w:i w:val="0"/>
          <w:smallCaps w:val="0"/>
          <w:strike w:val="0"/>
          <w:sz w:val="22"/>
          <w:u w:val="single"/>
        </w:rPr>
        <w:t>incantation</w:t>
      </w:r>
      <w:r>
        <w:rPr>
          <w:b w:val="0"/>
          <w:i w:val="0"/>
          <w:smallCaps w:val="0"/>
          <w:strike w:val="0"/>
          <w:sz w:val="22"/>
          <w:u w:val="single"/>
        </w:rPr>
        <w:t xml:space="preserve"> with political, </w:t>
      </w:r>
      <w:r>
        <w:rPr>
          <w:b/>
          <w:i w:val="0"/>
          <w:smallCaps w:val="0"/>
          <w:strike w:val="0"/>
          <w:sz w:val="22"/>
          <w:u w:val="single"/>
        </w:rPr>
        <w:t>liberatory</w:t>
      </w:r>
      <w:r>
        <w:rPr>
          <w:b w:val="0"/>
          <w:i w:val="0"/>
          <w:smallCaps w:val="0"/>
          <w:strike w:val="0"/>
          <w:sz w:val="22"/>
          <w:u w:val="single"/>
        </w:rPr>
        <w:t xml:space="preserve"> drive, that </w:t>
      </w:r>
      <w:r>
        <w:rPr>
          <w:b w:val="0"/>
          <w:i w:val="0"/>
          <w:smallCaps w:val="0"/>
          <w:strike w:val="0"/>
          <w:sz w:val="22"/>
          <w:highlight w:val="green"/>
          <w:u w:val="single"/>
        </w:rPr>
        <w:t xml:space="preserve">pushes </w:t>
      </w:r>
      <w:r>
        <w:rPr>
          <w:b/>
          <w:i w:val="0"/>
          <w:smallCaps w:val="0"/>
          <w:strike w:val="0"/>
          <w:sz w:val="22"/>
          <w:highlight w:val="green"/>
          <w:u w:val="single"/>
        </w:rPr>
        <w:t>against</w:t>
      </w:r>
      <w:r>
        <w:rPr>
          <w:b w:val="0"/>
          <w:i w:val="0"/>
          <w:smallCaps w:val="0"/>
          <w:strike w:val="0"/>
          <w:sz w:val="22"/>
          <w:u w:val="single"/>
        </w:rPr>
        <w:t xml:space="preserve"> the punitive </w:t>
      </w:r>
      <w:r>
        <w:rPr>
          <w:b w:val="0"/>
          <w:i w:val="0"/>
          <w:smallCaps w:val="0"/>
          <w:strike w:val="0"/>
          <w:sz w:val="22"/>
          <w:highlight w:val="green"/>
          <w:u w:val="single"/>
        </w:rPr>
        <w:t xml:space="preserve">neoliberal </w:t>
      </w:r>
      <w:r>
        <w:rPr>
          <w:b/>
          <w:i w:val="0"/>
          <w:smallCaps w:val="0"/>
          <w:strike w:val="0"/>
          <w:sz w:val="22"/>
          <w:highlight w:val="green"/>
          <w:u w:val="single"/>
        </w:rPr>
        <w:t>order</w:t>
      </w:r>
      <w:r>
        <w:rPr>
          <w:b w:val="0"/>
          <w:i w:val="0"/>
          <w:smallCaps w:val="0"/>
          <w:strike w:val="0"/>
          <w:sz w:val="22"/>
          <w:highlight w:val="green"/>
          <w:u w:val="single"/>
        </w:rPr>
        <w:t>.</w:t>
      </w:r>
      <w:r>
        <w:rPr>
          <w:b w:val="0"/>
          <w:i w:val="0"/>
          <w:smallCaps w:val="0"/>
          <w:strike w:val="0"/>
          <w:sz w:val="22"/>
          <w:u w:val="single"/>
        </w:rPr>
        <w:t xml:space="preserve"> </w:t>
      </w:r>
    </w:p>
    <w:p>
      <w:pPr>
        <w:spacing w:after="60"/>
      </w:pPr>
      <w:r>
        <w:rPr>
          <w:b/>
          <w:i w:val="0"/>
          <w:smallCaps w:val="0"/>
          <w:strike w:val="0"/>
          <w:sz w:val="22"/>
          <w:u w:val="single"/>
        </w:rPr>
        <w:t xml:space="preserve">Mumble </w:t>
      </w:r>
      <w:r>
        <w:rPr>
          <w:b/>
          <w:i w:val="0"/>
          <w:smallCaps w:val="0"/>
          <w:strike w:val="0"/>
          <w:sz w:val="22"/>
          <w:highlight w:val="green"/>
          <w:u w:val="single"/>
        </w:rPr>
        <w:t>rap</w:t>
      </w:r>
      <w:r>
        <w:rPr>
          <w:b w:val="0"/>
          <w:i w:val="0"/>
          <w:smallCaps w:val="0"/>
          <w:strike w:val="0"/>
          <w:sz w:val="22"/>
          <w:highlight w:val="green"/>
          <w:u w:val="single"/>
        </w:rPr>
        <w:t xml:space="preserve"> is glitzy and </w:t>
      </w:r>
      <w:r>
        <w:rPr>
          <w:b/>
          <w:i w:val="0"/>
          <w:smallCaps w:val="0"/>
          <w:strike w:val="0"/>
          <w:sz w:val="22"/>
          <w:highlight w:val="green"/>
          <w:u w:val="single"/>
        </w:rPr>
        <w:t>high-def</w:t>
      </w:r>
      <w:r>
        <w:rPr>
          <w:b w:val="0"/>
          <w:i w:val="0"/>
          <w:smallCaps w:val="0"/>
          <w:strike w:val="0"/>
          <w:sz w:val="22"/>
          <w:u w:val="single"/>
        </w:rPr>
        <w:t xml:space="preserve">. It is </w:t>
      </w:r>
      <w:r>
        <w:rPr>
          <w:b/>
          <w:i w:val="0"/>
          <w:smallCaps w:val="0"/>
          <w:strike w:val="0"/>
          <w:sz w:val="22"/>
          <w:highlight w:val="green"/>
          <w:u w:val="single"/>
        </w:rPr>
        <w:t>dark</w:t>
      </w:r>
      <w:r>
        <w:rPr>
          <w:b w:val="0"/>
          <w:i w:val="0"/>
          <w:smallCaps w:val="0"/>
          <w:strike w:val="0"/>
          <w:sz w:val="22"/>
          <w:u w:val="single"/>
        </w:rPr>
        <w:t xml:space="preserve">, gloomy, nocturnal, and </w:t>
      </w:r>
      <w:r>
        <w:rPr>
          <w:b/>
          <w:i w:val="0"/>
          <w:smallCaps w:val="0"/>
          <w:strike w:val="0"/>
          <w:sz w:val="22"/>
          <w:u w:val="single"/>
        </w:rPr>
        <w:t>nihilistic</w:t>
      </w:r>
      <w:r>
        <w:rPr>
          <w:b w:val="0"/>
          <w:i w:val="0"/>
          <w:smallCaps w:val="0"/>
          <w:strike w:val="0"/>
          <w:sz w:val="22"/>
          <w:u w:val="single"/>
        </w:rPr>
        <w:t xml:space="preserve">, </w:t>
      </w:r>
      <w:r>
        <w:rPr>
          <w:b w:val="0"/>
          <w:i w:val="0"/>
          <w:smallCaps w:val="0"/>
          <w:strike w:val="0"/>
          <w:sz w:val="22"/>
          <w:highlight w:val="green"/>
          <w:u w:val="single"/>
        </w:rPr>
        <w:t>but</w:t>
      </w:r>
      <w:r>
        <w:rPr>
          <w:b w:val="0"/>
          <w:i w:val="0"/>
          <w:smallCaps w:val="0"/>
          <w:strike w:val="0"/>
          <w:sz w:val="22"/>
          <w:u w:val="single"/>
        </w:rPr>
        <w:t xml:space="preserve"> it is </w:t>
      </w:r>
      <w:r>
        <w:rPr>
          <w:b/>
          <w:i w:val="0"/>
          <w:smallCaps w:val="0"/>
          <w:strike w:val="0"/>
          <w:sz w:val="22"/>
          <w:highlight w:val="green"/>
          <w:u w:val="single"/>
        </w:rPr>
        <w:t>colorful</w:t>
      </w:r>
      <w:r>
        <w:rPr>
          <w:b w:val="0"/>
          <w:i w:val="0"/>
          <w:smallCaps w:val="0"/>
          <w:strike w:val="0"/>
          <w:sz w:val="22"/>
          <w:highlight w:val="green"/>
          <w:u w:val="single"/>
        </w:rPr>
        <w:t>, freeing</w:t>
      </w:r>
      <w:r>
        <w:rPr>
          <w:b w:val="0"/>
          <w:i w:val="0"/>
          <w:smallCaps w:val="0"/>
          <w:strike w:val="0"/>
          <w:sz w:val="22"/>
          <w:u w:val="single"/>
        </w:rPr>
        <w:t>, post-</w:t>
      </w:r>
      <w:r>
        <w:rPr>
          <w:b/>
          <w:i w:val="0"/>
          <w:smallCaps w:val="0"/>
          <w:strike w:val="0"/>
          <w:sz w:val="22"/>
          <w:u w:val="single"/>
        </w:rPr>
        <w:t>structural</w:t>
      </w:r>
      <w:r>
        <w:rPr>
          <w:b w:val="0"/>
          <w:i w:val="0"/>
          <w:smallCaps w:val="0"/>
          <w:strike w:val="0"/>
          <w:sz w:val="22"/>
          <w:u w:val="single"/>
        </w:rPr>
        <w:t xml:space="preserve">. It is primal </w:t>
      </w:r>
      <w:r>
        <w:rPr>
          <w:b/>
          <w:i w:val="0"/>
          <w:smallCaps w:val="0"/>
          <w:strike w:val="0"/>
          <w:sz w:val="22"/>
          <w:u w:val="single"/>
        </w:rPr>
        <w:t>futurism</w:t>
      </w:r>
      <w:r>
        <w:rPr>
          <w:b w:val="0"/>
          <w:i w:val="0"/>
          <w:smallCaps w:val="0"/>
          <w:strike w:val="0"/>
          <w:sz w:val="22"/>
          <w:u w:val="single"/>
        </w:rPr>
        <w:t xml:space="preserve">, rap’s worst </w:t>
      </w:r>
      <w:r>
        <w:rPr>
          <w:b/>
          <w:i w:val="0"/>
          <w:smallCaps w:val="0"/>
          <w:strike w:val="0"/>
          <w:sz w:val="22"/>
          <w:u w:val="single"/>
        </w:rPr>
        <w:t>nightmare</w:t>
      </w:r>
      <w:r>
        <w:rPr>
          <w:b w:val="0"/>
          <w:i w:val="0"/>
          <w:smallCaps w:val="0"/>
          <w:strike w:val="0"/>
          <w:sz w:val="22"/>
          <w:u w:val="single"/>
        </w:rPr>
        <w:t xml:space="preserve">, and its savior. </w:t>
      </w:r>
      <w:r>
        <w:rPr>
          <w:b w:val="0"/>
          <w:i w:val="0"/>
          <w:smallCaps w:val="0"/>
          <w:strike w:val="0"/>
          <w:sz w:val="22"/>
          <w:highlight w:val="green"/>
          <w:u w:val="single"/>
        </w:rPr>
        <w:t>With</w:t>
      </w:r>
      <w:r>
        <w:rPr>
          <w:b w:val="0"/>
          <w:i w:val="0"/>
          <w:smallCaps w:val="0"/>
          <w:strike w:val="0"/>
          <w:sz w:val="22"/>
          <w:u w:val="single"/>
        </w:rPr>
        <w:t xml:space="preserve"> its </w:t>
      </w:r>
      <w:r>
        <w:rPr>
          <w:b/>
          <w:i w:val="0"/>
          <w:smallCaps w:val="0"/>
          <w:strike w:val="0"/>
          <w:sz w:val="22"/>
          <w:u w:val="single"/>
        </w:rPr>
        <w:t>skittering</w:t>
      </w:r>
      <w:r>
        <w:rPr>
          <w:b w:val="0"/>
          <w:i w:val="0"/>
          <w:smallCaps w:val="0"/>
          <w:strike w:val="0"/>
          <w:sz w:val="22"/>
          <w:u w:val="single"/>
        </w:rPr>
        <w:t xml:space="preserve"> </w:t>
      </w:r>
      <w:r>
        <w:rPr>
          <w:b/>
          <w:i w:val="0"/>
          <w:smallCaps w:val="0"/>
          <w:strike w:val="0"/>
          <w:sz w:val="22"/>
          <w:highlight w:val="green"/>
          <w:u w:val="single"/>
        </w:rPr>
        <w:t>high hats</w:t>
      </w:r>
      <w:r>
        <w:rPr>
          <w:b w:val="0"/>
          <w:i w:val="0"/>
          <w:smallCaps w:val="0"/>
          <w:strike w:val="0"/>
          <w:sz w:val="22"/>
          <w:u w:val="single"/>
        </w:rPr>
        <w:t xml:space="preserve">, rumbling </w:t>
      </w:r>
      <w:r>
        <w:rPr>
          <w:b/>
          <w:i w:val="0"/>
          <w:smallCaps w:val="0"/>
          <w:strike w:val="0"/>
          <w:sz w:val="22"/>
          <w:highlight w:val="green"/>
          <w:u w:val="single"/>
        </w:rPr>
        <w:t>808s</w:t>
      </w:r>
      <w:r>
        <w:rPr>
          <w:b w:val="0"/>
          <w:i w:val="0"/>
          <w:smallCaps w:val="0"/>
          <w:strike w:val="0"/>
          <w:sz w:val="22"/>
          <w:u w:val="single"/>
        </w:rPr>
        <w:t xml:space="preserve">, and angular </w:t>
      </w:r>
      <w:r>
        <w:rPr>
          <w:b/>
          <w:i w:val="0"/>
          <w:smallCaps w:val="0"/>
          <w:strike w:val="0"/>
          <w:sz w:val="22"/>
          <w:highlight w:val="green"/>
          <w:u w:val="single"/>
        </w:rPr>
        <w:t>synths</w:t>
      </w:r>
      <w:r>
        <w:rPr>
          <w:b w:val="0"/>
          <w:i w:val="0"/>
          <w:smallCaps w:val="0"/>
          <w:strike w:val="0"/>
          <w:sz w:val="22"/>
          <w:u w:val="single"/>
        </w:rPr>
        <w:t xml:space="preserve">, it is </w:t>
      </w:r>
      <w:r>
        <w:rPr>
          <w:b/>
          <w:i w:val="0"/>
          <w:smallCaps w:val="0"/>
          <w:strike w:val="0"/>
          <w:sz w:val="22"/>
          <w:u w:val="single"/>
        </w:rPr>
        <w:t>electric</w:t>
      </w:r>
      <w:r>
        <w:rPr>
          <w:b w:val="0"/>
          <w:i w:val="0"/>
          <w:smallCaps w:val="0"/>
          <w:strike w:val="0"/>
          <w:sz w:val="22"/>
          <w:u w:val="single"/>
        </w:rPr>
        <w:t xml:space="preserve">, high-intensity music about experience. Emcees like Playboi </w:t>
      </w:r>
      <w:r>
        <w:rPr>
          <w:b/>
          <w:i w:val="0"/>
          <w:smallCaps w:val="0"/>
          <w:strike w:val="0"/>
          <w:sz w:val="22"/>
          <w:highlight w:val="green"/>
          <w:u w:val="single"/>
        </w:rPr>
        <w:t>Carti</w:t>
      </w:r>
      <w:r>
        <w:rPr>
          <w:b w:val="0"/>
          <w:i w:val="0"/>
          <w:smallCaps w:val="0"/>
          <w:strike w:val="0"/>
          <w:sz w:val="22"/>
          <w:highlight w:val="green"/>
          <w:u w:val="single"/>
        </w:rPr>
        <w:t xml:space="preserve"> and</w:t>
      </w:r>
      <w:r>
        <w:rPr>
          <w:b w:val="0"/>
          <w:i w:val="0"/>
          <w:smallCaps w:val="0"/>
          <w:strike w:val="0"/>
          <w:sz w:val="22"/>
          <w:u w:val="single"/>
        </w:rPr>
        <w:t xml:space="preserve"> Lil </w:t>
      </w:r>
      <w:r>
        <w:rPr>
          <w:b/>
          <w:i w:val="0"/>
          <w:smallCaps w:val="0"/>
          <w:strike w:val="0"/>
          <w:sz w:val="22"/>
          <w:highlight w:val="green"/>
          <w:u w:val="single"/>
        </w:rPr>
        <w:t>Uzi</w:t>
      </w:r>
      <w:r>
        <w:rPr>
          <w:b w:val="0"/>
          <w:i w:val="0"/>
          <w:smallCaps w:val="0"/>
          <w:strike w:val="0"/>
          <w:sz w:val="22"/>
          <w:u w:val="single"/>
        </w:rPr>
        <w:t xml:space="preserve"> Vert </w:t>
      </w:r>
      <w:r>
        <w:rPr>
          <w:b w:val="0"/>
          <w:i w:val="0"/>
          <w:smallCaps w:val="0"/>
          <w:strike w:val="0"/>
          <w:sz w:val="22"/>
          <w:highlight w:val="green"/>
          <w:u w:val="single"/>
        </w:rPr>
        <w:t>tell</w:t>
      </w:r>
      <w:r>
        <w:rPr>
          <w:b w:val="0"/>
          <w:i w:val="0"/>
          <w:smallCaps w:val="0"/>
          <w:strike w:val="0"/>
          <w:sz w:val="22"/>
          <w:u w:val="single"/>
        </w:rPr>
        <w:t xml:space="preserve"> painted </w:t>
      </w:r>
      <w:r>
        <w:rPr>
          <w:b/>
          <w:i w:val="0"/>
          <w:smallCaps w:val="0"/>
          <w:strike w:val="0"/>
          <w:sz w:val="22"/>
          <w:highlight w:val="green"/>
          <w:u w:val="single"/>
        </w:rPr>
        <w:t>stories</w:t>
      </w:r>
      <w:r>
        <w:rPr>
          <w:b w:val="0"/>
          <w:i w:val="0"/>
          <w:smallCaps w:val="0"/>
          <w:strike w:val="0"/>
          <w:sz w:val="22"/>
          <w:highlight w:val="green"/>
          <w:u w:val="single"/>
        </w:rPr>
        <w:t xml:space="preserve"> of</w:t>
      </w:r>
      <w:r>
        <w:rPr>
          <w:b w:val="0"/>
          <w:i w:val="0"/>
          <w:smallCaps w:val="0"/>
          <w:strike w:val="0"/>
          <w:sz w:val="22"/>
          <w:u w:val="single"/>
        </w:rPr>
        <w:t xml:space="preserve"> drug-fueled, </w:t>
      </w:r>
      <w:r>
        <w:rPr>
          <w:b/>
          <w:i w:val="0"/>
          <w:smallCaps w:val="0"/>
          <w:strike w:val="0"/>
          <w:sz w:val="22"/>
          <w:highlight w:val="green"/>
          <w:u w:val="single"/>
        </w:rPr>
        <w:t>hallucinogenic</w:t>
      </w:r>
      <w:r>
        <w:rPr>
          <w:b w:val="0"/>
          <w:i w:val="0"/>
          <w:smallCaps w:val="0"/>
          <w:strike w:val="0"/>
          <w:sz w:val="22"/>
          <w:u w:val="single"/>
        </w:rPr>
        <w:t xml:space="preserve"> late </w:t>
      </w:r>
      <w:r>
        <w:rPr>
          <w:b w:val="0"/>
          <w:i w:val="0"/>
          <w:smallCaps w:val="0"/>
          <w:strike w:val="0"/>
          <w:sz w:val="22"/>
          <w:highlight w:val="green"/>
          <w:u w:val="single"/>
        </w:rPr>
        <w:t>nights over</w:t>
      </w:r>
      <w:r>
        <w:rPr>
          <w:b w:val="0"/>
          <w:i w:val="0"/>
          <w:smallCaps w:val="0"/>
          <w:strike w:val="0"/>
          <w:sz w:val="22"/>
          <w:u w:val="single"/>
        </w:rPr>
        <w:t xml:space="preserve"> dizzying </w:t>
      </w:r>
      <w:r>
        <w:rPr>
          <w:b/>
          <w:i w:val="0"/>
          <w:smallCaps w:val="0"/>
          <w:strike w:val="0"/>
          <w:sz w:val="22"/>
          <w:highlight w:val="green"/>
          <w:u w:val="single"/>
        </w:rPr>
        <w:t>instrumentals</w:t>
      </w:r>
      <w:r>
        <w:rPr>
          <w:b w:val="0"/>
          <w:i w:val="0"/>
          <w:smallCaps w:val="0"/>
          <w:strike w:val="0"/>
          <w:sz w:val="16"/>
          <w:u w:val="none"/>
        </w:rPr>
        <w:t xml:space="preserve">. Their music is often discredited for lacking substance, but this critique is unfounded and born out of white supremacist modes of thinking. </w:t>
      </w:r>
      <w:r>
        <w:rPr>
          <w:b w:val="0"/>
          <w:i w:val="0"/>
          <w:smallCaps w:val="0"/>
          <w:strike w:val="0"/>
          <w:sz w:val="22"/>
          <w:u w:val="single"/>
        </w:rPr>
        <w:t xml:space="preserve">Some </w:t>
      </w:r>
      <w:r>
        <w:rPr>
          <w:b/>
          <w:i w:val="0"/>
          <w:smallCaps w:val="0"/>
          <w:strike w:val="0"/>
          <w:sz w:val="22"/>
          <w:highlight w:val="green"/>
          <w:u w:val="single"/>
        </w:rPr>
        <w:t>critics</w:t>
      </w:r>
      <w:r>
        <w:rPr>
          <w:b w:val="0"/>
          <w:i w:val="0"/>
          <w:smallCaps w:val="0"/>
          <w:strike w:val="0"/>
          <w:sz w:val="22"/>
          <w:highlight w:val="green"/>
          <w:u w:val="single"/>
        </w:rPr>
        <w:t xml:space="preserve"> can't comprehend</w:t>
      </w:r>
      <w:r>
        <w:rPr>
          <w:b w:val="0"/>
          <w:i w:val="0"/>
          <w:smallCaps w:val="0"/>
          <w:strike w:val="0"/>
          <w:sz w:val="22"/>
          <w:u w:val="single"/>
        </w:rPr>
        <w:t xml:space="preserve"> that the work of a </w:t>
      </w:r>
      <w:r>
        <w:rPr>
          <w:b/>
          <w:i w:val="0"/>
          <w:smallCaps w:val="0"/>
          <w:strike w:val="0"/>
          <w:sz w:val="22"/>
          <w:u w:val="single"/>
        </w:rPr>
        <w:t>16-year-old</w:t>
      </w:r>
      <w:r>
        <w:rPr>
          <w:b w:val="0"/>
          <w:i w:val="0"/>
          <w:smallCaps w:val="0"/>
          <w:strike w:val="0"/>
          <w:sz w:val="22"/>
          <w:u w:val="single"/>
        </w:rPr>
        <w:t xml:space="preserve"> </w:t>
      </w:r>
      <w:r>
        <w:rPr>
          <w:b w:val="0"/>
          <w:i w:val="0"/>
          <w:smallCaps w:val="0"/>
          <w:strike w:val="0"/>
          <w:sz w:val="22"/>
          <w:highlight w:val="green"/>
          <w:u w:val="single"/>
        </w:rPr>
        <w:t xml:space="preserve">mumbling </w:t>
      </w:r>
      <w:r>
        <w:rPr>
          <w:b/>
          <w:i w:val="0"/>
          <w:smallCaps w:val="0"/>
          <w:strike w:val="0"/>
          <w:sz w:val="22"/>
          <w:highlight w:val="green"/>
          <w:u w:val="single"/>
        </w:rPr>
        <w:t>rapper</w:t>
      </w:r>
      <w:r>
        <w:rPr>
          <w:b w:val="0"/>
          <w:i w:val="0"/>
          <w:smallCaps w:val="0"/>
          <w:strike w:val="0"/>
          <w:sz w:val="22"/>
          <w:highlight w:val="green"/>
          <w:u w:val="single"/>
        </w:rPr>
        <w:t xml:space="preserve"> </w:t>
      </w:r>
      <w:r>
        <w:rPr>
          <w:b w:val="0"/>
          <w:i w:val="0"/>
          <w:smallCaps w:val="0"/>
          <w:strike w:val="0"/>
          <w:sz w:val="22"/>
          <w:u w:val="single"/>
        </w:rPr>
        <w:t xml:space="preserve">might </w:t>
      </w:r>
      <w:r>
        <w:rPr>
          <w:b w:val="0"/>
          <w:i w:val="0"/>
          <w:smallCaps w:val="0"/>
          <w:strike w:val="0"/>
          <w:sz w:val="22"/>
          <w:highlight w:val="green"/>
          <w:u w:val="single"/>
        </w:rPr>
        <w:t>go over</w:t>
      </w:r>
      <w:r>
        <w:rPr>
          <w:b w:val="0"/>
          <w:i w:val="0"/>
          <w:smallCaps w:val="0"/>
          <w:strike w:val="0"/>
          <w:sz w:val="22"/>
          <w:u w:val="single"/>
        </w:rPr>
        <w:t xml:space="preserve"> their heads, </w:t>
      </w:r>
      <w:r>
        <w:rPr>
          <w:b w:val="0"/>
          <w:i w:val="0"/>
          <w:smallCaps w:val="0"/>
          <w:strike w:val="0"/>
          <w:sz w:val="22"/>
          <w:highlight w:val="green"/>
          <w:u w:val="single"/>
        </w:rPr>
        <w:t>and</w:t>
      </w:r>
      <w:r>
        <w:rPr>
          <w:b w:val="0"/>
          <w:i w:val="0"/>
          <w:smallCaps w:val="0"/>
          <w:strike w:val="0"/>
          <w:sz w:val="22"/>
          <w:u w:val="single"/>
        </w:rPr>
        <w:t xml:space="preserve"> so they’d rather </w:t>
      </w:r>
      <w:r>
        <w:rPr>
          <w:b/>
          <w:i w:val="0"/>
          <w:smallCaps w:val="0"/>
          <w:strike w:val="0"/>
          <w:sz w:val="22"/>
          <w:highlight w:val="green"/>
          <w:u w:val="single"/>
        </w:rPr>
        <w:t>deride</w:t>
      </w:r>
      <w:r>
        <w:rPr>
          <w:b w:val="0"/>
          <w:i w:val="0"/>
          <w:smallCaps w:val="0"/>
          <w:strike w:val="0"/>
          <w:sz w:val="22"/>
          <w:highlight w:val="green"/>
          <w:u w:val="single"/>
        </w:rPr>
        <w:t xml:space="preserve"> </w:t>
      </w:r>
      <w:r>
        <w:rPr>
          <w:b w:val="0"/>
          <w:i w:val="0"/>
          <w:smallCaps w:val="0"/>
          <w:strike w:val="0"/>
          <w:sz w:val="22"/>
          <w:u w:val="single"/>
        </w:rPr>
        <w:t xml:space="preserve">the </w:t>
      </w:r>
      <w:r>
        <w:rPr>
          <w:b w:val="0"/>
          <w:i w:val="0"/>
          <w:smallCaps w:val="0"/>
          <w:strike w:val="0"/>
          <w:sz w:val="22"/>
          <w:highlight w:val="green"/>
          <w:u w:val="single"/>
        </w:rPr>
        <w:t xml:space="preserve">work than </w:t>
      </w:r>
      <w:r>
        <w:rPr>
          <w:b/>
          <w:i w:val="0"/>
          <w:smallCaps w:val="0"/>
          <w:strike w:val="0"/>
          <w:sz w:val="22"/>
          <w:highlight w:val="green"/>
          <w:u w:val="single"/>
        </w:rPr>
        <w:t>interrogate</w:t>
      </w:r>
      <w:r>
        <w:rPr>
          <w:b w:val="0"/>
          <w:i w:val="0"/>
          <w:smallCaps w:val="0"/>
          <w:strike w:val="0"/>
          <w:sz w:val="22"/>
          <w:u w:val="single"/>
        </w:rPr>
        <w:t xml:space="preserve"> their lack of </w:t>
      </w:r>
      <w:r>
        <w:rPr>
          <w:b/>
          <w:i w:val="0"/>
          <w:smallCaps w:val="0"/>
          <w:strike w:val="0"/>
          <w:sz w:val="22"/>
          <w:u w:val="single"/>
        </w:rPr>
        <w:t>appreciation</w:t>
      </w:r>
      <w:r>
        <w:rPr>
          <w:b w:val="0"/>
          <w:i w:val="0"/>
          <w:smallCaps w:val="0"/>
          <w:strike w:val="0"/>
          <w:sz w:val="22"/>
          <w:u w:val="single"/>
        </w:rPr>
        <w:t xml:space="preserve"> or </w:t>
      </w:r>
      <w:r>
        <w:rPr>
          <w:b/>
          <w:i w:val="0"/>
          <w:smallCaps w:val="0"/>
          <w:strike w:val="0"/>
          <w:sz w:val="22"/>
          <w:u w:val="single"/>
        </w:rPr>
        <w:t>understanding</w:t>
      </w:r>
      <w:r>
        <w:rPr>
          <w:b w:val="0"/>
          <w:i w:val="0"/>
          <w:smallCaps w:val="0"/>
          <w:strike w:val="0"/>
          <w:sz w:val="22"/>
          <w:u w:val="single"/>
        </w:rPr>
        <w:t xml:space="preserve">. This </w:t>
      </w:r>
      <w:r>
        <w:rPr>
          <w:b w:val="0"/>
          <w:i w:val="0"/>
          <w:smallCaps w:val="0"/>
          <w:strike w:val="0"/>
          <w:sz w:val="22"/>
          <w:highlight w:val="green"/>
          <w:u w:val="single"/>
        </w:rPr>
        <w:t xml:space="preserve">refuses </w:t>
      </w:r>
      <w:r>
        <w:rPr>
          <w:b w:val="0"/>
          <w:i w:val="0"/>
          <w:smallCaps w:val="0"/>
          <w:strike w:val="0"/>
          <w:sz w:val="22"/>
          <w:u w:val="single"/>
        </w:rPr>
        <w:t xml:space="preserve">to </w:t>
      </w:r>
      <w:r>
        <w:rPr>
          <w:b w:val="0"/>
          <w:i w:val="0"/>
          <w:smallCaps w:val="0"/>
          <w:strike w:val="0"/>
          <w:sz w:val="22"/>
          <w:highlight w:val="green"/>
          <w:u w:val="single"/>
        </w:rPr>
        <w:t xml:space="preserve">dig </w:t>
      </w:r>
      <w:r>
        <w:rPr>
          <w:b/>
          <w:i w:val="0"/>
          <w:smallCaps w:val="0"/>
          <w:strike w:val="0"/>
          <w:sz w:val="22"/>
          <w:highlight w:val="green"/>
          <w:u w:val="single"/>
        </w:rPr>
        <w:t>deeper</w:t>
      </w:r>
      <w:r>
        <w:rPr>
          <w:b w:val="0"/>
          <w:i w:val="0"/>
          <w:smallCaps w:val="0"/>
          <w:strike w:val="0"/>
          <w:sz w:val="22"/>
          <w:highlight w:val="green"/>
          <w:u w:val="single"/>
        </w:rPr>
        <w:t xml:space="preserve">, </w:t>
      </w:r>
      <w:r>
        <w:rPr>
          <w:b w:val="0"/>
          <w:i w:val="0"/>
          <w:smallCaps w:val="0"/>
          <w:strike w:val="0"/>
          <w:sz w:val="22"/>
          <w:u w:val="single"/>
        </w:rPr>
        <w:t xml:space="preserve">to </w:t>
      </w:r>
      <w:r>
        <w:rPr>
          <w:b w:val="0"/>
          <w:i w:val="0"/>
          <w:smallCaps w:val="0"/>
          <w:strike w:val="0"/>
          <w:sz w:val="22"/>
          <w:highlight w:val="green"/>
          <w:u w:val="single"/>
        </w:rPr>
        <w:t>give</w:t>
      </w:r>
      <w:r>
        <w:rPr>
          <w:b w:val="0"/>
          <w:i w:val="0"/>
          <w:smallCaps w:val="0"/>
          <w:strike w:val="0"/>
          <w:sz w:val="22"/>
          <w:u w:val="single"/>
        </w:rPr>
        <w:t xml:space="preserve"> the </w:t>
      </w:r>
      <w:r>
        <w:rPr>
          <w:b w:val="0"/>
          <w:i w:val="0"/>
          <w:smallCaps w:val="0"/>
          <w:strike w:val="0"/>
          <w:sz w:val="22"/>
          <w:highlight w:val="green"/>
          <w:u w:val="single"/>
        </w:rPr>
        <w:t>time to</w:t>
      </w:r>
      <w:r>
        <w:rPr>
          <w:b w:val="0"/>
          <w:i w:val="0"/>
          <w:smallCaps w:val="0"/>
          <w:strike w:val="0"/>
          <w:sz w:val="22"/>
          <w:u w:val="single"/>
        </w:rPr>
        <w:t xml:space="preserve"> this </w:t>
      </w:r>
      <w:r>
        <w:rPr>
          <w:b w:val="0"/>
          <w:i w:val="0"/>
          <w:smallCaps w:val="0"/>
          <w:strike w:val="0"/>
          <w:sz w:val="22"/>
          <w:highlight w:val="green"/>
          <w:u w:val="single"/>
        </w:rPr>
        <w:t>music</w:t>
      </w:r>
      <w:r>
        <w:rPr>
          <w:b w:val="0"/>
          <w:i w:val="0"/>
          <w:smallCaps w:val="0"/>
          <w:strike w:val="0"/>
          <w:sz w:val="22"/>
          <w:u w:val="single"/>
        </w:rPr>
        <w:t xml:space="preserve"> feels </w:t>
      </w:r>
      <w:r>
        <w:rPr>
          <w:b/>
          <w:i w:val="0"/>
          <w:smallCaps w:val="0"/>
          <w:strike w:val="0"/>
          <w:sz w:val="22"/>
          <w:u w:val="single"/>
        </w:rPr>
        <w:t>inherently racialized</w:t>
      </w:r>
      <w:r>
        <w:rPr>
          <w:b w:val="0"/>
          <w:i w:val="0"/>
          <w:smallCaps w:val="0"/>
          <w:strike w:val="0"/>
          <w:sz w:val="22"/>
          <w:u w:val="single"/>
        </w:rPr>
        <w:t xml:space="preserve">, </w:t>
      </w:r>
      <w:r>
        <w:rPr>
          <w:b w:val="0"/>
          <w:i w:val="0"/>
          <w:smallCaps w:val="0"/>
          <w:strike w:val="0"/>
          <w:sz w:val="22"/>
          <w:highlight w:val="green"/>
          <w:u w:val="single"/>
        </w:rPr>
        <w:t xml:space="preserve">with </w:t>
      </w:r>
      <w:r>
        <w:rPr>
          <w:b w:val="0"/>
          <w:i w:val="0"/>
          <w:smallCaps w:val="0"/>
          <w:strike w:val="0"/>
          <w:sz w:val="22"/>
          <w:u w:val="single"/>
        </w:rPr>
        <w:t xml:space="preserve">the </w:t>
      </w:r>
      <w:r>
        <w:rPr>
          <w:b w:val="0"/>
          <w:i w:val="0"/>
          <w:smallCaps w:val="0"/>
          <w:strike w:val="0"/>
          <w:sz w:val="22"/>
          <w:highlight w:val="green"/>
          <w:u w:val="single"/>
        </w:rPr>
        <w:t>idea</w:t>
      </w:r>
      <w:r>
        <w:rPr>
          <w:b w:val="0"/>
          <w:i w:val="0"/>
          <w:smallCaps w:val="0"/>
          <w:strike w:val="0"/>
          <w:sz w:val="22"/>
          <w:u w:val="single"/>
        </w:rPr>
        <w:t xml:space="preserve"> being </w:t>
      </w:r>
      <w:r>
        <w:rPr>
          <w:b w:val="0"/>
          <w:i w:val="0"/>
          <w:smallCaps w:val="0"/>
          <w:strike w:val="0"/>
          <w:sz w:val="22"/>
          <w:highlight w:val="green"/>
          <w:u w:val="single"/>
        </w:rPr>
        <w:t>that</w:t>
      </w:r>
      <w:r>
        <w:rPr>
          <w:b w:val="0"/>
          <w:i w:val="0"/>
          <w:smallCaps w:val="0"/>
          <w:strike w:val="0"/>
          <w:sz w:val="22"/>
          <w:u w:val="single"/>
        </w:rPr>
        <w:t xml:space="preserve"> some </w:t>
      </w:r>
      <w:r>
        <w:rPr>
          <w:b/>
          <w:i w:val="0"/>
          <w:smallCaps w:val="0"/>
          <w:strike w:val="0"/>
          <w:sz w:val="22"/>
          <w:highlight w:val="green"/>
          <w:u w:val="single"/>
        </w:rPr>
        <w:t>works</w:t>
      </w:r>
      <w:r>
        <w:rPr>
          <w:b w:val="0"/>
          <w:i w:val="0"/>
          <w:smallCaps w:val="0"/>
          <w:strike w:val="0"/>
          <w:sz w:val="22"/>
          <w:highlight w:val="green"/>
          <w:u w:val="single"/>
        </w:rPr>
        <w:t xml:space="preserve"> are</w:t>
      </w:r>
      <w:r>
        <w:rPr>
          <w:b w:val="0"/>
          <w:i w:val="0"/>
          <w:smallCaps w:val="0"/>
          <w:strike w:val="0"/>
          <w:sz w:val="22"/>
          <w:u w:val="single"/>
        </w:rPr>
        <w:t xml:space="preserve"> inherently </w:t>
      </w:r>
      <w:r>
        <w:rPr>
          <w:b/>
          <w:i w:val="0"/>
          <w:smallCaps w:val="0"/>
          <w:strike w:val="0"/>
          <w:sz w:val="22"/>
          <w:highlight w:val="green"/>
          <w:u w:val="single"/>
        </w:rPr>
        <w:t>unsophisticated</w:t>
      </w:r>
      <w:r>
        <w:rPr>
          <w:b w:val="0"/>
          <w:i w:val="0"/>
          <w:smallCaps w:val="0"/>
          <w:strike w:val="0"/>
          <w:sz w:val="22"/>
          <w:highlight w:val="green"/>
          <w:u w:val="single"/>
        </w:rPr>
        <w:t xml:space="preserve"> </w:t>
      </w:r>
      <w:r>
        <w:rPr>
          <w:b w:val="0"/>
          <w:i w:val="0"/>
          <w:smallCaps w:val="0"/>
          <w:strike w:val="0"/>
          <w:sz w:val="22"/>
          <w:u w:val="single"/>
        </w:rPr>
        <w:t xml:space="preserve">and </w:t>
      </w:r>
      <w:r>
        <w:rPr>
          <w:b w:val="0"/>
          <w:i w:val="0"/>
          <w:smallCaps w:val="0"/>
          <w:strike w:val="0"/>
          <w:sz w:val="22"/>
          <w:highlight w:val="green"/>
          <w:u w:val="single"/>
        </w:rPr>
        <w:t>unworthy of</w:t>
      </w:r>
      <w:r>
        <w:rPr>
          <w:b w:val="0"/>
          <w:i w:val="0"/>
          <w:smallCaps w:val="0"/>
          <w:strike w:val="0"/>
          <w:sz w:val="22"/>
          <w:u w:val="single"/>
        </w:rPr>
        <w:t xml:space="preserve"> further </w:t>
      </w:r>
      <w:r>
        <w:rPr>
          <w:b/>
          <w:i w:val="0"/>
          <w:smallCaps w:val="0"/>
          <w:strike w:val="0"/>
          <w:sz w:val="22"/>
          <w:highlight w:val="green"/>
          <w:u w:val="single"/>
        </w:rPr>
        <w:t>examination</w:t>
      </w:r>
      <w:r>
        <w:rPr>
          <w:b w:val="0"/>
          <w:i w:val="0"/>
          <w:smallCaps w:val="0"/>
          <w:strike w:val="0"/>
          <w:sz w:val="22"/>
          <w:u w:val="single"/>
        </w:rPr>
        <w:t xml:space="preserve">. </w:t>
      </w:r>
    </w:p>
    <w:p>
      <w:pPr>
        <w:spacing w:after="60"/>
      </w:pPr>
      <w:r>
        <w:rPr>
          <w:b w:val="0"/>
          <w:i w:val="0"/>
          <w:smallCaps w:val="0"/>
          <w:strike w:val="0"/>
          <w:sz w:val="22"/>
          <w:u w:val="single"/>
        </w:rPr>
        <w:t xml:space="preserve">Mumble </w:t>
      </w:r>
      <w:r>
        <w:rPr>
          <w:b/>
          <w:i w:val="0"/>
          <w:smallCaps w:val="0"/>
          <w:strike w:val="0"/>
          <w:sz w:val="22"/>
          <w:highlight w:val="green"/>
          <w:u w:val="single"/>
        </w:rPr>
        <w:t>rap</w:t>
      </w:r>
      <w:r>
        <w:rPr>
          <w:b w:val="0"/>
          <w:i w:val="0"/>
          <w:smallCaps w:val="0"/>
          <w:strike w:val="0"/>
          <w:sz w:val="22"/>
          <w:highlight w:val="green"/>
          <w:u w:val="single"/>
        </w:rPr>
        <w:t xml:space="preserve"> is </w:t>
      </w:r>
      <w:r>
        <w:rPr>
          <w:b/>
          <w:i w:val="0"/>
          <w:smallCaps w:val="0"/>
          <w:strike w:val="0"/>
          <w:sz w:val="22"/>
          <w:highlight w:val="green"/>
          <w:u w:val="single"/>
        </w:rPr>
        <w:t>poststructural</w:t>
      </w:r>
      <w:r>
        <w:rPr>
          <w:b w:val="0"/>
          <w:i w:val="0"/>
          <w:smallCaps w:val="0"/>
          <w:strike w:val="0"/>
          <w:sz w:val="22"/>
          <w:u w:val="single"/>
        </w:rPr>
        <w:t xml:space="preserve">, it is a </w:t>
      </w:r>
      <w:r>
        <w:rPr>
          <w:b w:val="0"/>
          <w:i w:val="0"/>
          <w:smallCaps w:val="0"/>
          <w:strike w:val="0"/>
          <w:sz w:val="22"/>
          <w:highlight w:val="green"/>
          <w:u w:val="single"/>
        </w:rPr>
        <w:t xml:space="preserve">critique </w:t>
      </w:r>
      <w:r>
        <w:rPr>
          <w:b w:val="0"/>
          <w:i w:val="0"/>
          <w:smallCaps w:val="0"/>
          <w:strike w:val="0"/>
          <w:sz w:val="22"/>
          <w:u w:val="single"/>
        </w:rPr>
        <w:t xml:space="preserve">of </w:t>
      </w:r>
      <w:r>
        <w:rPr>
          <w:b/>
          <w:i w:val="0"/>
          <w:smallCaps w:val="0"/>
          <w:strike w:val="0"/>
          <w:sz w:val="22"/>
          <w:highlight w:val="green"/>
          <w:u w:val="single"/>
        </w:rPr>
        <w:t>articulacy</w:t>
      </w:r>
      <w:r>
        <w:rPr>
          <w:b w:val="0"/>
          <w:i w:val="0"/>
          <w:smallCaps w:val="0"/>
          <w:strike w:val="0"/>
          <w:sz w:val="22"/>
          <w:highlight w:val="green"/>
          <w:u w:val="single"/>
        </w:rPr>
        <w:t xml:space="preserve"> </w:t>
      </w:r>
      <w:r>
        <w:rPr>
          <w:b w:val="0"/>
          <w:i w:val="0"/>
          <w:smallCaps w:val="0"/>
          <w:strike w:val="0"/>
          <w:sz w:val="22"/>
          <w:u w:val="single"/>
        </w:rPr>
        <w:t xml:space="preserve">and normative </w:t>
      </w:r>
      <w:r>
        <w:rPr>
          <w:b/>
          <w:i w:val="0"/>
          <w:smallCaps w:val="0"/>
          <w:strike w:val="0"/>
          <w:sz w:val="22"/>
          <w:highlight w:val="green"/>
          <w:u w:val="single"/>
        </w:rPr>
        <w:t>speech</w:t>
      </w:r>
      <w:r>
        <w:rPr>
          <w:b w:val="0"/>
          <w:i w:val="0"/>
          <w:smallCaps w:val="0"/>
          <w:strike w:val="0"/>
          <w:sz w:val="22"/>
          <w:u w:val="single"/>
        </w:rPr>
        <w:t xml:space="preserve">, a vestige of Black liberal respectability </w:t>
      </w:r>
      <w:r>
        <w:rPr>
          <w:b/>
          <w:i w:val="0"/>
          <w:smallCaps w:val="0"/>
          <w:strike w:val="0"/>
          <w:sz w:val="22"/>
          <w:u w:val="single"/>
        </w:rPr>
        <w:t>politics</w:t>
      </w:r>
      <w:r>
        <w:rPr>
          <w:b w:val="0"/>
          <w:i w:val="0"/>
          <w:smallCaps w:val="0"/>
          <w:strike w:val="0"/>
          <w:sz w:val="22"/>
          <w:u w:val="single"/>
        </w:rPr>
        <w:t xml:space="preserve">. Mumble rap is an </w:t>
      </w:r>
      <w:r>
        <w:rPr>
          <w:b/>
          <w:i w:val="0"/>
          <w:smallCaps w:val="0"/>
          <w:strike w:val="0"/>
          <w:sz w:val="22"/>
          <w:highlight w:val="green"/>
          <w:u w:val="single"/>
        </w:rPr>
        <w:t>assault</w:t>
      </w:r>
      <w:r>
        <w:rPr>
          <w:b w:val="0"/>
          <w:i w:val="0"/>
          <w:smallCaps w:val="0"/>
          <w:strike w:val="0"/>
          <w:sz w:val="22"/>
          <w:highlight w:val="green"/>
          <w:u w:val="single"/>
        </w:rPr>
        <w:t xml:space="preserve"> on </w:t>
      </w:r>
      <w:r>
        <w:rPr>
          <w:b w:val="0"/>
          <w:i w:val="0"/>
          <w:smallCaps w:val="0"/>
          <w:strike w:val="0"/>
          <w:sz w:val="22"/>
          <w:u w:val="single"/>
        </w:rPr>
        <w:t xml:space="preserve">the </w:t>
      </w:r>
      <w:r>
        <w:rPr>
          <w:b w:val="0"/>
          <w:i w:val="0"/>
          <w:smallCaps w:val="0"/>
          <w:strike w:val="0"/>
          <w:sz w:val="22"/>
          <w:highlight w:val="green"/>
          <w:u w:val="single"/>
        </w:rPr>
        <w:t xml:space="preserve">racism of </w:t>
      </w:r>
      <w:r>
        <w:rPr>
          <w:b w:val="0"/>
          <w:i w:val="0"/>
          <w:smallCaps w:val="0"/>
          <w:strike w:val="0"/>
          <w:sz w:val="22"/>
          <w:u w:val="single"/>
        </w:rPr>
        <w:t xml:space="preserve">good </w:t>
      </w:r>
      <w:r>
        <w:rPr>
          <w:b/>
          <w:i w:val="0"/>
          <w:smallCaps w:val="0"/>
          <w:strike w:val="0"/>
          <w:sz w:val="22"/>
          <w:highlight w:val="green"/>
          <w:u w:val="single"/>
        </w:rPr>
        <w:t>intentions</w:t>
      </w:r>
      <w:r>
        <w:rPr>
          <w:b w:val="0"/>
          <w:i w:val="0"/>
          <w:smallCaps w:val="0"/>
          <w:strike w:val="0"/>
          <w:sz w:val="22"/>
          <w:highlight w:val="green"/>
          <w:u w:val="single"/>
        </w:rPr>
        <w:t>,</w:t>
      </w:r>
      <w:r>
        <w:rPr>
          <w:b w:val="0"/>
          <w:i w:val="0"/>
          <w:smallCaps w:val="0"/>
          <w:strike w:val="0"/>
          <w:sz w:val="22"/>
          <w:u w:val="single"/>
        </w:rPr>
        <w:t xml:space="preserve"> the generations-old liberal </w:t>
      </w:r>
      <w:r>
        <w:rPr>
          <w:b/>
          <w:i w:val="0"/>
          <w:smallCaps w:val="0"/>
          <w:strike w:val="0"/>
          <w:sz w:val="22"/>
          <w:u w:val="single"/>
        </w:rPr>
        <w:t>Black politics</w:t>
      </w:r>
      <w:r>
        <w:rPr>
          <w:b w:val="0"/>
          <w:i w:val="0"/>
          <w:smallCaps w:val="0"/>
          <w:strike w:val="0"/>
          <w:sz w:val="22"/>
          <w:u w:val="single"/>
        </w:rPr>
        <w:t xml:space="preserve"> of the </w:t>
      </w:r>
      <w:r>
        <w:rPr>
          <w:b/>
          <w:i w:val="0"/>
          <w:smallCaps w:val="0"/>
          <w:strike w:val="0"/>
          <w:sz w:val="22"/>
          <w:u w:val="single"/>
        </w:rPr>
        <w:t>NAACP</w:t>
      </w:r>
      <w:r>
        <w:rPr>
          <w:b w:val="0"/>
          <w:i w:val="0"/>
          <w:smallCaps w:val="0"/>
          <w:strike w:val="0"/>
          <w:sz w:val="22"/>
          <w:u w:val="single"/>
        </w:rPr>
        <w:t xml:space="preserve"> and Alain </w:t>
      </w:r>
      <w:r>
        <w:rPr>
          <w:b/>
          <w:i w:val="0"/>
          <w:smallCaps w:val="0"/>
          <w:strike w:val="0"/>
          <w:sz w:val="22"/>
          <w:u w:val="single"/>
        </w:rPr>
        <w:t>Locke</w:t>
      </w:r>
      <w:r>
        <w:rPr>
          <w:b w:val="0"/>
          <w:i w:val="0"/>
          <w:smallCaps w:val="0"/>
          <w:strike w:val="0"/>
          <w:sz w:val="22"/>
          <w:u w:val="single"/>
        </w:rPr>
        <w:t xml:space="preserve">, among numerous others who have fallen into the belief in uplift </w:t>
      </w:r>
      <w:r>
        <w:rPr>
          <w:b/>
          <w:i w:val="0"/>
          <w:smallCaps w:val="0"/>
          <w:strike w:val="0"/>
          <w:sz w:val="22"/>
          <w:u w:val="single"/>
        </w:rPr>
        <w:t>suasion</w:t>
      </w:r>
      <w:r>
        <w:rPr>
          <w:b w:val="0"/>
          <w:i w:val="0"/>
          <w:smallCaps w:val="0"/>
          <w:strike w:val="0"/>
          <w:sz w:val="22"/>
          <w:u w:val="single"/>
        </w:rPr>
        <w:t xml:space="preserve"> and “</w:t>
      </w:r>
      <w:r>
        <w:rPr>
          <w:b/>
          <w:i w:val="0"/>
          <w:smallCaps w:val="0"/>
          <w:strike w:val="0"/>
          <w:sz w:val="22"/>
          <w:u w:val="single"/>
        </w:rPr>
        <w:t xml:space="preserve">good behavior” </w:t>
      </w:r>
      <w:r>
        <w:rPr>
          <w:b w:val="0"/>
          <w:i w:val="0"/>
          <w:smallCaps w:val="0"/>
          <w:strike w:val="0"/>
          <w:sz w:val="22"/>
          <w:u w:val="single"/>
        </w:rPr>
        <w:t xml:space="preserve">theory of civil rights. Uplift </w:t>
      </w:r>
      <w:r>
        <w:rPr>
          <w:b w:val="0"/>
          <w:i w:val="0"/>
          <w:smallCaps w:val="0"/>
          <w:strike w:val="0"/>
          <w:sz w:val="22"/>
          <w:highlight w:val="green"/>
          <w:u w:val="single"/>
        </w:rPr>
        <w:t xml:space="preserve">suasion </w:t>
      </w:r>
      <w:r>
        <w:rPr>
          <w:b w:val="0"/>
          <w:i w:val="0"/>
          <w:smallCaps w:val="0"/>
          <w:strike w:val="0"/>
          <w:sz w:val="22"/>
          <w:u w:val="single"/>
        </w:rPr>
        <w:t xml:space="preserve">is </w:t>
      </w:r>
      <w:r>
        <w:rPr>
          <w:b/>
          <w:i w:val="0"/>
          <w:smallCaps w:val="0"/>
          <w:strike w:val="0"/>
          <w:sz w:val="22"/>
          <w:highlight w:val="green"/>
          <w:u w:val="single"/>
        </w:rPr>
        <w:t>pervasive</w:t>
      </w:r>
      <w:r>
        <w:rPr>
          <w:b w:val="0"/>
          <w:i w:val="0"/>
          <w:smallCaps w:val="0"/>
          <w:strike w:val="0"/>
          <w:sz w:val="22"/>
          <w:highlight w:val="green"/>
          <w:u w:val="single"/>
        </w:rPr>
        <w:t xml:space="preserve"> in</w:t>
      </w:r>
      <w:r>
        <w:rPr>
          <w:b w:val="0"/>
          <w:i w:val="0"/>
          <w:smallCaps w:val="0"/>
          <w:strike w:val="0"/>
          <w:sz w:val="22"/>
          <w:u w:val="single"/>
        </w:rPr>
        <w:t xml:space="preserve"> the </w:t>
      </w:r>
      <w:r>
        <w:rPr>
          <w:b w:val="0"/>
          <w:i w:val="0"/>
          <w:smallCaps w:val="0"/>
          <w:strike w:val="0"/>
          <w:sz w:val="22"/>
          <w:highlight w:val="green"/>
          <w:u w:val="single"/>
        </w:rPr>
        <w:t>Black</w:t>
      </w:r>
      <w:r>
        <w:rPr>
          <w:b w:val="0"/>
          <w:i w:val="0"/>
          <w:smallCaps w:val="0"/>
          <w:strike w:val="0"/>
          <w:sz w:val="22"/>
          <w:u w:val="single"/>
        </w:rPr>
        <w:t xml:space="preserve"> middle and upper </w:t>
      </w:r>
      <w:r>
        <w:rPr>
          <w:b w:val="0"/>
          <w:i w:val="0"/>
          <w:smallCaps w:val="0"/>
          <w:strike w:val="0"/>
          <w:sz w:val="22"/>
          <w:highlight w:val="green"/>
          <w:u w:val="single"/>
        </w:rPr>
        <w:t>classes</w:t>
      </w:r>
      <w:r>
        <w:rPr>
          <w:b w:val="0"/>
          <w:i w:val="0"/>
          <w:smallCaps w:val="0"/>
          <w:strike w:val="0"/>
          <w:sz w:val="22"/>
          <w:u w:val="single"/>
        </w:rPr>
        <w:t xml:space="preserve">, even </w:t>
      </w:r>
      <w:r>
        <w:rPr>
          <w:b/>
          <w:i w:val="0"/>
          <w:smallCaps w:val="0"/>
          <w:strike w:val="0"/>
          <w:sz w:val="22"/>
          <w:highlight w:val="green"/>
          <w:u w:val="single"/>
        </w:rPr>
        <w:t>today</w:t>
      </w:r>
      <w:r>
        <w:rPr>
          <w:b w:val="0"/>
          <w:i w:val="0"/>
          <w:smallCaps w:val="0"/>
          <w:strike w:val="0"/>
          <w:sz w:val="22"/>
          <w:u w:val="single"/>
        </w:rPr>
        <w:t xml:space="preserve">. Its </w:t>
      </w:r>
      <w:r>
        <w:rPr>
          <w:b w:val="0"/>
          <w:i w:val="0"/>
          <w:smallCaps w:val="0"/>
          <w:strike w:val="0"/>
          <w:sz w:val="22"/>
          <w:highlight w:val="green"/>
          <w:u w:val="single"/>
        </w:rPr>
        <w:t>proponents argue</w:t>
      </w:r>
      <w:r>
        <w:rPr>
          <w:b w:val="0"/>
          <w:i w:val="0"/>
          <w:smallCaps w:val="0"/>
          <w:strike w:val="0"/>
          <w:sz w:val="22"/>
          <w:u w:val="single"/>
        </w:rPr>
        <w:t xml:space="preserve"> that we should </w:t>
      </w:r>
      <w:r>
        <w:rPr>
          <w:b/>
          <w:i w:val="0"/>
          <w:smallCaps w:val="0"/>
          <w:strike w:val="0"/>
          <w:sz w:val="22"/>
          <w:highlight w:val="green"/>
          <w:u w:val="single"/>
        </w:rPr>
        <w:t>highlight</w:t>
      </w:r>
      <w:r>
        <w:rPr>
          <w:b w:val="0"/>
          <w:i w:val="0"/>
          <w:smallCaps w:val="0"/>
          <w:strike w:val="0"/>
          <w:sz w:val="22"/>
          <w:highlight w:val="green"/>
          <w:u w:val="single"/>
        </w:rPr>
        <w:t xml:space="preserve"> </w:t>
      </w:r>
      <w:r>
        <w:rPr>
          <w:b w:val="0"/>
          <w:i w:val="0"/>
          <w:smallCaps w:val="0"/>
          <w:strike w:val="0"/>
          <w:sz w:val="22"/>
          <w:u w:val="single"/>
        </w:rPr>
        <w:t xml:space="preserve">the </w:t>
      </w:r>
      <w:r>
        <w:rPr>
          <w:b w:val="0"/>
          <w:i w:val="0"/>
          <w:smallCaps w:val="0"/>
          <w:strike w:val="0"/>
          <w:sz w:val="22"/>
          <w:highlight w:val="green"/>
          <w:u w:val="single"/>
        </w:rPr>
        <w:t xml:space="preserve">accomplishments of </w:t>
      </w:r>
      <w:r>
        <w:rPr>
          <w:b/>
          <w:i w:val="0"/>
          <w:smallCaps w:val="0"/>
          <w:strike w:val="0"/>
          <w:sz w:val="22"/>
          <w:u w:val="single"/>
        </w:rPr>
        <w:t>Great</w:t>
      </w:r>
      <w:r>
        <w:rPr>
          <w:b w:val="0"/>
          <w:i w:val="0"/>
          <w:smallCaps w:val="0"/>
          <w:strike w:val="0"/>
          <w:sz w:val="22"/>
          <w:u w:val="single"/>
        </w:rPr>
        <w:t xml:space="preserve"> </w:t>
      </w:r>
      <w:r>
        <w:rPr>
          <w:b w:val="0"/>
          <w:i w:val="0"/>
          <w:smallCaps w:val="0"/>
          <w:strike w:val="0"/>
          <w:sz w:val="22"/>
          <w:highlight w:val="green"/>
          <w:u w:val="single"/>
        </w:rPr>
        <w:t xml:space="preserve">African-Americans </w:t>
      </w:r>
      <w:r>
        <w:rPr>
          <w:b w:val="0"/>
          <w:i w:val="0"/>
          <w:smallCaps w:val="0"/>
          <w:strike w:val="0"/>
          <w:sz w:val="22"/>
          <w:u w:val="single"/>
        </w:rPr>
        <w:t xml:space="preserve">to </w:t>
      </w:r>
      <w:r>
        <w:rPr>
          <w:b/>
          <w:i w:val="0"/>
          <w:smallCaps w:val="0"/>
          <w:strike w:val="0"/>
          <w:sz w:val="22"/>
          <w:highlight w:val="green"/>
          <w:u w:val="single"/>
        </w:rPr>
        <w:t>illustrate</w:t>
      </w:r>
      <w:r>
        <w:rPr>
          <w:b w:val="0"/>
          <w:i w:val="0"/>
          <w:smallCaps w:val="0"/>
          <w:strike w:val="0"/>
          <w:sz w:val="22"/>
          <w:highlight w:val="green"/>
          <w:u w:val="single"/>
        </w:rPr>
        <w:t xml:space="preserve"> </w:t>
      </w:r>
      <w:r>
        <w:rPr>
          <w:b w:val="0"/>
          <w:i w:val="0"/>
          <w:smallCaps w:val="0"/>
          <w:strike w:val="0"/>
          <w:sz w:val="22"/>
          <w:u w:val="single"/>
        </w:rPr>
        <w:t xml:space="preserve">the </w:t>
      </w:r>
      <w:r>
        <w:rPr>
          <w:b w:val="0"/>
          <w:i w:val="0"/>
          <w:smallCaps w:val="0"/>
          <w:strike w:val="0"/>
          <w:sz w:val="22"/>
          <w:highlight w:val="green"/>
          <w:u w:val="single"/>
        </w:rPr>
        <w:t>equality</w:t>
      </w:r>
      <w:r>
        <w:rPr>
          <w:b w:val="0"/>
          <w:i w:val="0"/>
          <w:smallCaps w:val="0"/>
          <w:strike w:val="0"/>
          <w:sz w:val="22"/>
          <w:u w:val="single"/>
        </w:rPr>
        <w:t xml:space="preserve"> of </w:t>
      </w:r>
      <w:r>
        <w:rPr>
          <w:b/>
          <w:i w:val="0"/>
          <w:smallCaps w:val="0"/>
          <w:strike w:val="0"/>
          <w:sz w:val="22"/>
          <w:u w:val="single"/>
        </w:rPr>
        <w:t>Black</w:t>
      </w:r>
      <w:r>
        <w:rPr>
          <w:b w:val="0"/>
          <w:i w:val="0"/>
          <w:smallCaps w:val="0"/>
          <w:strike w:val="0"/>
          <w:sz w:val="22"/>
          <w:u w:val="single"/>
        </w:rPr>
        <w:t xml:space="preserve"> and </w:t>
      </w:r>
      <w:r>
        <w:rPr>
          <w:b/>
          <w:i w:val="0"/>
          <w:smallCaps w:val="0"/>
          <w:strike w:val="0"/>
          <w:sz w:val="22"/>
          <w:u w:val="single"/>
        </w:rPr>
        <w:t>White</w:t>
      </w:r>
      <w:r>
        <w:rPr>
          <w:b w:val="0"/>
          <w:i w:val="0"/>
          <w:smallCaps w:val="0"/>
          <w:strike w:val="0"/>
          <w:sz w:val="22"/>
          <w:u w:val="single"/>
        </w:rPr>
        <w:t xml:space="preserve"> minds, thus dismantling </w:t>
      </w:r>
      <w:r>
        <w:rPr>
          <w:b/>
          <w:i w:val="0"/>
          <w:smallCaps w:val="0"/>
          <w:strike w:val="0"/>
          <w:sz w:val="22"/>
          <w:u w:val="single"/>
        </w:rPr>
        <w:t>racism</w:t>
      </w:r>
      <w:r>
        <w:rPr>
          <w:b w:val="0"/>
          <w:i w:val="0"/>
          <w:smallCaps w:val="0"/>
          <w:strike w:val="0"/>
          <w:sz w:val="22"/>
          <w:u w:val="single"/>
        </w:rPr>
        <w:t xml:space="preserve">. </w:t>
      </w:r>
      <w:r>
        <w:rPr>
          <w:b w:val="0"/>
          <w:i w:val="0"/>
          <w:smallCaps w:val="0"/>
          <w:strike w:val="0"/>
          <w:sz w:val="22"/>
          <w:highlight w:val="green"/>
          <w:u w:val="single"/>
        </w:rPr>
        <w:t xml:space="preserve">This </w:t>
      </w:r>
      <w:r>
        <w:rPr>
          <w:b/>
          <w:i w:val="0"/>
          <w:smallCaps w:val="0"/>
          <w:strike w:val="0"/>
          <w:sz w:val="22"/>
          <w:highlight w:val="green"/>
          <w:u w:val="single"/>
        </w:rPr>
        <w:t>thinking</w:t>
      </w:r>
      <w:r>
        <w:rPr>
          <w:b w:val="0"/>
          <w:i w:val="0"/>
          <w:smallCaps w:val="0"/>
          <w:strike w:val="0"/>
          <w:sz w:val="22"/>
          <w:highlight w:val="green"/>
          <w:u w:val="single"/>
        </w:rPr>
        <w:t xml:space="preserve"> forces </w:t>
      </w:r>
      <w:r>
        <w:rPr>
          <w:b w:val="0"/>
          <w:i w:val="0"/>
          <w:smallCaps w:val="0"/>
          <w:strike w:val="0"/>
          <w:sz w:val="22"/>
          <w:u w:val="single"/>
        </w:rPr>
        <w:t xml:space="preserve">Black </w:t>
      </w:r>
      <w:r>
        <w:rPr>
          <w:b/>
          <w:i w:val="0"/>
          <w:smallCaps w:val="0"/>
          <w:strike w:val="0"/>
          <w:sz w:val="22"/>
          <w:highlight w:val="green"/>
          <w:u w:val="single"/>
        </w:rPr>
        <w:t>greatness</w:t>
      </w:r>
      <w:r>
        <w:rPr>
          <w:b w:val="0"/>
          <w:i w:val="0"/>
          <w:smallCaps w:val="0"/>
          <w:strike w:val="0"/>
          <w:sz w:val="22"/>
          <w:u w:val="single"/>
        </w:rPr>
        <w:t xml:space="preserve"> in all of its forms to </w:t>
      </w:r>
      <w:r>
        <w:rPr>
          <w:b/>
          <w:i w:val="0"/>
          <w:smallCaps w:val="0"/>
          <w:strike w:val="0"/>
          <w:sz w:val="22"/>
          <w:highlight w:val="green"/>
          <w:u w:val="single"/>
        </w:rPr>
        <w:t>conform</w:t>
      </w:r>
      <w:r>
        <w:rPr>
          <w:b w:val="0"/>
          <w:i w:val="0"/>
          <w:smallCaps w:val="0"/>
          <w:strike w:val="0"/>
          <w:sz w:val="22"/>
          <w:highlight w:val="green"/>
          <w:u w:val="single"/>
        </w:rPr>
        <w:t xml:space="preserve"> to White </w:t>
      </w:r>
      <w:r>
        <w:rPr>
          <w:b/>
          <w:i w:val="0"/>
          <w:smallCaps w:val="0"/>
          <w:strike w:val="0"/>
          <w:sz w:val="22"/>
          <w:u w:val="single"/>
        </w:rPr>
        <w:t xml:space="preserve">American </w:t>
      </w:r>
      <w:r>
        <w:rPr>
          <w:b/>
          <w:i w:val="0"/>
          <w:smallCaps w:val="0"/>
          <w:strike w:val="0"/>
          <w:sz w:val="22"/>
          <w:highlight w:val="green"/>
          <w:u w:val="single"/>
        </w:rPr>
        <w:t>standards</w:t>
      </w:r>
      <w:r>
        <w:rPr>
          <w:b w:val="0"/>
          <w:i w:val="0"/>
          <w:smallCaps w:val="0"/>
          <w:strike w:val="0"/>
          <w:sz w:val="22"/>
          <w:highlight w:val="green"/>
          <w:u w:val="single"/>
        </w:rPr>
        <w:t>.</w:t>
      </w:r>
      <w:r>
        <w:rPr>
          <w:b w:val="0"/>
          <w:i w:val="0"/>
          <w:smallCaps w:val="0"/>
          <w:strike w:val="0"/>
          <w:sz w:val="22"/>
          <w:u w:val="single"/>
        </w:rPr>
        <w:t xml:space="preserve"> </w:t>
      </w:r>
      <w:r>
        <w:rPr>
          <w:b w:val="0"/>
          <w:i w:val="0"/>
          <w:smallCaps w:val="0"/>
          <w:strike w:val="0"/>
          <w:sz w:val="16"/>
          <w:u w:val="none"/>
        </w:rPr>
        <w:t>This theory might produce Great Black Shakespearean actors, classical music composers, oil painters, or political commentators,</w:t>
      </w:r>
      <w:r>
        <w:rPr>
          <w:b w:val="0"/>
          <w:i w:val="0"/>
          <w:smallCaps w:val="0"/>
          <w:strike w:val="0"/>
          <w:sz w:val="16"/>
          <w:u w:val="single"/>
        </w:rPr>
        <w:t xml:space="preserve"> </w:t>
      </w:r>
      <w:r>
        <w:rPr>
          <w:b w:val="0"/>
          <w:i w:val="0"/>
          <w:smallCaps w:val="0"/>
          <w:strike w:val="0"/>
          <w:sz w:val="22"/>
          <w:u w:val="single"/>
        </w:rPr>
        <w:t xml:space="preserve">but </w:t>
      </w:r>
      <w:r>
        <w:rPr>
          <w:b w:val="0"/>
          <w:i w:val="0"/>
          <w:smallCaps w:val="0"/>
          <w:strike w:val="0"/>
          <w:sz w:val="22"/>
          <w:highlight w:val="green"/>
          <w:u w:val="single"/>
        </w:rPr>
        <w:t xml:space="preserve">if Black </w:t>
      </w:r>
      <w:r>
        <w:rPr>
          <w:b/>
          <w:i w:val="0"/>
          <w:smallCaps w:val="0"/>
          <w:strike w:val="0"/>
          <w:sz w:val="22"/>
          <w:highlight w:val="green"/>
          <w:u w:val="single"/>
        </w:rPr>
        <w:t>Greatness</w:t>
      </w:r>
      <w:r>
        <w:rPr>
          <w:b w:val="0"/>
          <w:i w:val="0"/>
          <w:smallCaps w:val="0"/>
          <w:strike w:val="0"/>
          <w:sz w:val="22"/>
          <w:highlight w:val="green"/>
          <w:u w:val="single"/>
        </w:rPr>
        <w:t xml:space="preserve"> must </w:t>
      </w:r>
      <w:r>
        <w:rPr>
          <w:b w:val="0"/>
          <w:i w:val="0"/>
          <w:smallCaps w:val="0"/>
          <w:strike w:val="0"/>
          <w:sz w:val="22"/>
          <w:u w:val="single"/>
        </w:rPr>
        <w:t xml:space="preserve">be </w:t>
      </w:r>
      <w:r>
        <w:rPr>
          <w:b/>
          <w:i w:val="0"/>
          <w:smallCaps w:val="0"/>
          <w:strike w:val="0"/>
          <w:sz w:val="22"/>
          <w:highlight w:val="green"/>
          <w:u w:val="single"/>
        </w:rPr>
        <w:t>confined</w:t>
      </w:r>
      <w:r>
        <w:rPr>
          <w:b w:val="0"/>
          <w:i w:val="0"/>
          <w:smallCaps w:val="0"/>
          <w:strike w:val="0"/>
          <w:sz w:val="22"/>
          <w:highlight w:val="green"/>
          <w:u w:val="single"/>
        </w:rPr>
        <w:t xml:space="preserve"> t</w:t>
      </w:r>
      <w:r>
        <w:rPr>
          <w:b w:val="0"/>
          <w:i w:val="0"/>
          <w:smallCaps w:val="0"/>
          <w:strike w:val="0"/>
          <w:sz w:val="22"/>
          <w:u w:val="single"/>
        </w:rPr>
        <w:t xml:space="preserve">o only forms </w:t>
      </w:r>
      <w:r>
        <w:rPr>
          <w:b/>
          <w:i w:val="0"/>
          <w:smallCaps w:val="0"/>
          <w:strike w:val="0"/>
          <w:sz w:val="22"/>
          <w:u w:val="single"/>
        </w:rPr>
        <w:t>historically</w:t>
      </w:r>
      <w:r>
        <w:rPr>
          <w:b w:val="0"/>
          <w:i w:val="0"/>
          <w:smallCaps w:val="0"/>
          <w:strike w:val="0"/>
          <w:sz w:val="22"/>
          <w:u w:val="single"/>
        </w:rPr>
        <w:t xml:space="preserve"> </w:t>
      </w:r>
      <w:r>
        <w:rPr>
          <w:b w:val="0"/>
          <w:i w:val="0"/>
          <w:smallCaps w:val="0"/>
          <w:strike w:val="0"/>
          <w:sz w:val="22"/>
          <w:highlight w:val="green"/>
          <w:u w:val="single"/>
        </w:rPr>
        <w:t>recognized by</w:t>
      </w:r>
      <w:r>
        <w:rPr>
          <w:b w:val="0"/>
          <w:i w:val="0"/>
          <w:smallCaps w:val="0"/>
          <w:strike w:val="0"/>
          <w:sz w:val="22"/>
          <w:u w:val="single"/>
        </w:rPr>
        <w:t xml:space="preserve"> predominantly </w:t>
      </w:r>
      <w:r>
        <w:rPr>
          <w:b/>
          <w:i w:val="0"/>
          <w:smallCaps w:val="0"/>
          <w:strike w:val="0"/>
          <w:sz w:val="22"/>
          <w:u w:val="single"/>
        </w:rPr>
        <w:t xml:space="preserve">White </w:t>
      </w:r>
      <w:r>
        <w:rPr>
          <w:b/>
          <w:i w:val="0"/>
          <w:smallCaps w:val="0"/>
          <w:strike w:val="0"/>
          <w:sz w:val="22"/>
          <w:highlight w:val="green"/>
          <w:u w:val="single"/>
        </w:rPr>
        <w:t>institutions</w:t>
      </w:r>
      <w:r>
        <w:rPr>
          <w:b w:val="0"/>
          <w:i w:val="0"/>
          <w:smallCaps w:val="0"/>
          <w:strike w:val="0"/>
          <w:sz w:val="22"/>
          <w:u w:val="single"/>
        </w:rPr>
        <w:t>, then there could</w:t>
      </w:r>
      <w:r>
        <w:rPr>
          <w:b w:val="0"/>
          <w:i w:val="0"/>
          <w:smallCaps w:val="0"/>
          <w:strike w:val="0"/>
          <w:sz w:val="22"/>
          <w:highlight w:val="green"/>
          <w:u w:val="single"/>
        </w:rPr>
        <w:t xml:space="preserve"> </w:t>
      </w:r>
      <w:r>
        <w:rPr>
          <w:b/>
          <w:i w:val="0"/>
          <w:smallCaps w:val="0"/>
          <w:strike w:val="0"/>
          <w:sz w:val="22"/>
          <w:highlight w:val="green"/>
          <w:u w:val="single"/>
        </w:rPr>
        <w:t>never</w:t>
      </w:r>
      <w:r>
        <w:rPr>
          <w:b w:val="0"/>
          <w:i w:val="0"/>
          <w:smallCaps w:val="0"/>
          <w:strike w:val="0"/>
          <w:sz w:val="22"/>
          <w:highlight w:val="green"/>
          <w:u w:val="single"/>
        </w:rPr>
        <w:t xml:space="preserve"> </w:t>
      </w:r>
      <w:r>
        <w:rPr>
          <w:b w:val="0"/>
          <w:i w:val="0"/>
          <w:smallCaps w:val="0"/>
          <w:strike w:val="0"/>
          <w:sz w:val="22"/>
          <w:u w:val="single"/>
        </w:rPr>
        <w:t xml:space="preserve">be truly </w:t>
      </w:r>
      <w:r>
        <w:rPr>
          <w:b/>
          <w:i w:val="0"/>
          <w:smallCaps w:val="0"/>
          <w:strike w:val="0"/>
          <w:sz w:val="22"/>
          <w:highlight w:val="green"/>
          <w:u w:val="single"/>
        </w:rPr>
        <w:t>Black forms.</w:t>
      </w:r>
      <w:r>
        <w:rPr>
          <w:b w:val="0"/>
          <w:i w:val="0"/>
          <w:smallCaps w:val="0"/>
          <w:strike w:val="0"/>
          <w:sz w:val="22"/>
          <w:u w:val="single"/>
        </w:rPr>
        <w:t xml:space="preserve"> </w:t>
      </w:r>
    </w:p>
    <w:p>
      <w:pPr>
        <w:spacing w:after="60"/>
      </w:pPr>
      <w:r>
        <w:rPr>
          <w:b w:val="0"/>
          <w:i w:val="0"/>
          <w:smallCaps w:val="0"/>
          <w:strike w:val="0"/>
          <w:sz w:val="16"/>
          <w:u w:val="none"/>
        </w:rPr>
        <w:t xml:space="preserve">Mumble rappers reject the idea that black art must move through dominant frameworks to be artful, emotional, or worthy of intellectual recognition. Today, rappers and scholars of rap appeal to racist musical structures by pointing at the technical virtuosity of rappers like Eminem and Busta Rhymes or the harmonic/rhythmic complexity of producers like Madlib and J Dilla. </w:t>
      </w:r>
      <w:r>
        <w:rPr>
          <w:b w:val="0"/>
          <w:i w:val="0"/>
          <w:smallCaps w:val="0"/>
          <w:strike w:val="0"/>
          <w:sz w:val="22"/>
          <w:u w:val="single"/>
        </w:rPr>
        <w:t xml:space="preserve">These </w:t>
      </w:r>
      <w:r>
        <w:rPr>
          <w:b/>
          <w:i w:val="0"/>
          <w:smallCaps w:val="0"/>
          <w:strike w:val="0"/>
          <w:sz w:val="22"/>
          <w:highlight w:val="green"/>
          <w:u w:val="single"/>
        </w:rPr>
        <w:t>comparisons</w:t>
      </w:r>
      <w:r>
        <w:rPr>
          <w:b w:val="0"/>
          <w:i w:val="0"/>
          <w:smallCaps w:val="0"/>
          <w:strike w:val="0"/>
          <w:sz w:val="22"/>
          <w:u w:val="single"/>
        </w:rPr>
        <w:t xml:space="preserve"> are fair and could be used to </w:t>
      </w:r>
      <w:r>
        <w:rPr>
          <w:b/>
          <w:i w:val="0"/>
          <w:smallCaps w:val="0"/>
          <w:strike w:val="0"/>
          <w:sz w:val="22"/>
          <w:highlight w:val="green"/>
          <w:u w:val="single"/>
        </w:rPr>
        <w:t>combat</w:t>
      </w:r>
      <w:r>
        <w:rPr>
          <w:b w:val="0"/>
          <w:i w:val="0"/>
          <w:smallCaps w:val="0"/>
          <w:strike w:val="0"/>
          <w:sz w:val="22"/>
          <w:u w:val="single"/>
        </w:rPr>
        <w:t xml:space="preserve"> a certain form of </w:t>
      </w:r>
      <w:r>
        <w:rPr>
          <w:b/>
          <w:i w:val="0"/>
          <w:smallCaps w:val="0"/>
          <w:strike w:val="0"/>
          <w:sz w:val="22"/>
          <w:highlight w:val="green"/>
          <w:u w:val="single"/>
        </w:rPr>
        <w:t>racism</w:t>
      </w:r>
      <w:r>
        <w:rPr>
          <w:b w:val="0"/>
          <w:i w:val="0"/>
          <w:smallCaps w:val="0"/>
          <w:strike w:val="0"/>
          <w:sz w:val="22"/>
          <w:highlight w:val="green"/>
          <w:u w:val="single"/>
        </w:rPr>
        <w:t>, but</w:t>
      </w:r>
      <w:r>
        <w:rPr>
          <w:b w:val="0"/>
          <w:i w:val="0"/>
          <w:smallCaps w:val="0"/>
          <w:strike w:val="0"/>
          <w:sz w:val="22"/>
          <w:u w:val="single"/>
        </w:rPr>
        <w:t xml:space="preserve"> this </w:t>
      </w:r>
      <w:r>
        <w:rPr>
          <w:b/>
          <w:i w:val="0"/>
          <w:smallCaps w:val="0"/>
          <w:strike w:val="0"/>
          <w:sz w:val="22"/>
          <w:u w:val="single"/>
        </w:rPr>
        <w:t>critique</w:t>
      </w:r>
      <w:r>
        <w:rPr>
          <w:b w:val="0"/>
          <w:i w:val="0"/>
          <w:smallCaps w:val="0"/>
          <w:strike w:val="0"/>
          <w:sz w:val="22"/>
          <w:u w:val="single"/>
        </w:rPr>
        <w:t xml:space="preserve"> </w:t>
      </w:r>
      <w:r>
        <w:rPr>
          <w:b w:val="0"/>
          <w:i w:val="0"/>
          <w:smallCaps w:val="0"/>
          <w:strike w:val="0"/>
          <w:sz w:val="22"/>
          <w:highlight w:val="green"/>
          <w:u w:val="single"/>
        </w:rPr>
        <w:t>contains</w:t>
      </w:r>
      <w:r>
        <w:rPr>
          <w:b w:val="0"/>
          <w:i w:val="0"/>
          <w:smallCaps w:val="0"/>
          <w:strike w:val="0"/>
          <w:sz w:val="22"/>
          <w:u w:val="single"/>
        </w:rPr>
        <w:t xml:space="preserve"> within it a </w:t>
      </w:r>
      <w:r>
        <w:rPr>
          <w:b/>
          <w:i w:val="0"/>
          <w:smallCaps w:val="0"/>
          <w:strike w:val="0"/>
          <w:sz w:val="22"/>
          <w:u w:val="single"/>
        </w:rPr>
        <w:t>high</w:t>
      </w:r>
      <w:r>
        <w:rPr>
          <w:b w:val="0"/>
          <w:i w:val="0"/>
          <w:smallCaps w:val="0"/>
          <w:strike w:val="0"/>
          <w:sz w:val="22"/>
          <w:u w:val="single"/>
        </w:rPr>
        <w:t xml:space="preserve"> culture/</w:t>
      </w:r>
      <w:r>
        <w:rPr>
          <w:b/>
          <w:i w:val="0"/>
          <w:smallCaps w:val="0"/>
          <w:strike w:val="0"/>
          <w:sz w:val="22"/>
          <w:u w:val="single"/>
        </w:rPr>
        <w:t>low</w:t>
      </w:r>
      <w:r>
        <w:rPr>
          <w:b w:val="0"/>
          <w:i w:val="0"/>
          <w:smallCaps w:val="0"/>
          <w:strike w:val="0"/>
          <w:sz w:val="22"/>
          <w:u w:val="single"/>
        </w:rPr>
        <w:t xml:space="preserve"> culture </w:t>
      </w:r>
      <w:r>
        <w:rPr>
          <w:b/>
          <w:i w:val="0"/>
          <w:smallCaps w:val="0"/>
          <w:strike w:val="0"/>
          <w:sz w:val="22"/>
          <w:highlight w:val="green"/>
          <w:u w:val="single"/>
        </w:rPr>
        <w:t>divide</w:t>
      </w:r>
      <w:r>
        <w:rPr>
          <w:b w:val="0"/>
          <w:i w:val="0"/>
          <w:smallCaps w:val="0"/>
          <w:strike w:val="0"/>
          <w:sz w:val="22"/>
          <w:u w:val="single"/>
        </w:rPr>
        <w:t xml:space="preserve"> that considers mumble rap a </w:t>
      </w:r>
      <w:r>
        <w:rPr>
          <w:b/>
          <w:i w:val="0"/>
          <w:smallCaps w:val="0"/>
          <w:strike w:val="0"/>
          <w:sz w:val="22"/>
          <w:u w:val="single"/>
        </w:rPr>
        <w:t>lesser form</w:t>
      </w:r>
      <w:r>
        <w:rPr>
          <w:b w:val="0"/>
          <w:i w:val="0"/>
          <w:smallCaps w:val="0"/>
          <w:strike w:val="0"/>
          <w:sz w:val="22"/>
          <w:u w:val="single"/>
        </w:rPr>
        <w:t xml:space="preserve"> of art, and that maps class </w:t>
      </w:r>
      <w:r>
        <w:rPr>
          <w:b/>
          <w:i w:val="0"/>
          <w:smallCaps w:val="0"/>
          <w:strike w:val="0"/>
          <w:sz w:val="22"/>
          <w:u w:val="single"/>
        </w:rPr>
        <w:t>onto race</w:t>
      </w:r>
      <w:r>
        <w:rPr>
          <w:b w:val="0"/>
          <w:i w:val="0"/>
          <w:smallCaps w:val="0"/>
          <w:strike w:val="0"/>
          <w:sz w:val="22"/>
          <w:u w:val="single"/>
        </w:rPr>
        <w:t xml:space="preserve">. The </w:t>
      </w:r>
      <w:r>
        <w:rPr>
          <w:b/>
          <w:i w:val="0"/>
          <w:smallCaps w:val="0"/>
          <w:strike w:val="0"/>
          <w:sz w:val="22"/>
          <w:highlight w:val="green"/>
          <w:u w:val="single"/>
        </w:rPr>
        <w:t>sophistication of</w:t>
      </w:r>
      <w:r>
        <w:rPr>
          <w:b w:val="0"/>
          <w:i w:val="0"/>
          <w:smallCaps w:val="0"/>
          <w:strike w:val="0"/>
          <w:sz w:val="22"/>
          <w:u w:val="single"/>
        </w:rPr>
        <w:t xml:space="preserve"> mumble </w:t>
      </w:r>
      <w:r>
        <w:rPr>
          <w:b/>
          <w:i w:val="0"/>
          <w:smallCaps w:val="0"/>
          <w:strike w:val="0"/>
          <w:sz w:val="22"/>
          <w:highlight w:val="green"/>
          <w:u w:val="single"/>
        </w:rPr>
        <w:t>rap</w:t>
      </w:r>
      <w:r>
        <w:rPr>
          <w:b w:val="0"/>
          <w:i w:val="0"/>
          <w:smallCaps w:val="0"/>
          <w:strike w:val="0"/>
          <w:sz w:val="22"/>
          <w:highlight w:val="green"/>
          <w:u w:val="single"/>
        </w:rPr>
        <w:t xml:space="preserve"> </w:t>
      </w:r>
      <w:r>
        <w:rPr>
          <w:b w:val="0"/>
          <w:i w:val="0"/>
          <w:smallCaps w:val="0"/>
          <w:strike w:val="0"/>
          <w:sz w:val="22"/>
          <w:u w:val="single"/>
        </w:rPr>
        <w:t xml:space="preserve">lies </w:t>
      </w:r>
      <w:r>
        <w:rPr>
          <w:b w:val="0"/>
          <w:i w:val="0"/>
          <w:smallCaps w:val="0"/>
          <w:strike w:val="0"/>
          <w:sz w:val="22"/>
          <w:highlight w:val="green"/>
          <w:u w:val="single"/>
        </w:rPr>
        <w:t xml:space="preserve">not </w:t>
      </w:r>
      <w:r>
        <w:rPr>
          <w:b w:val="0"/>
          <w:i w:val="0"/>
          <w:smallCaps w:val="0"/>
          <w:strike w:val="0"/>
          <w:sz w:val="22"/>
          <w:u w:val="single"/>
        </w:rPr>
        <w:t xml:space="preserve">in its </w:t>
      </w:r>
      <w:r>
        <w:rPr>
          <w:b/>
          <w:i w:val="0"/>
          <w:smallCaps w:val="0"/>
          <w:strike w:val="0"/>
          <w:sz w:val="22"/>
          <w:highlight w:val="green"/>
          <w:u w:val="single"/>
        </w:rPr>
        <w:t>usage</w:t>
      </w:r>
      <w:r>
        <w:rPr>
          <w:b w:val="0"/>
          <w:i w:val="0"/>
          <w:smallCaps w:val="0"/>
          <w:strike w:val="0"/>
          <w:sz w:val="22"/>
          <w:u w:val="single"/>
        </w:rPr>
        <w:t xml:space="preserve"> of a sophisticated harmonic </w:t>
      </w:r>
      <w:r>
        <w:rPr>
          <w:b/>
          <w:i w:val="0"/>
          <w:smallCaps w:val="0"/>
          <w:strike w:val="0"/>
          <w:sz w:val="22"/>
          <w:u w:val="single"/>
        </w:rPr>
        <w:t>language</w:t>
      </w:r>
      <w:r>
        <w:rPr>
          <w:b w:val="0"/>
          <w:i w:val="0"/>
          <w:smallCaps w:val="0"/>
          <w:strike w:val="0"/>
          <w:sz w:val="22"/>
          <w:u w:val="single"/>
        </w:rPr>
        <w:t xml:space="preserve"> borrowed from jazz or the lyrical </w:t>
      </w:r>
      <w:r>
        <w:rPr>
          <w:b/>
          <w:i w:val="0"/>
          <w:smallCaps w:val="0"/>
          <w:strike w:val="0"/>
          <w:sz w:val="22"/>
          <w:u w:val="single"/>
        </w:rPr>
        <w:t>worldbuilding</w:t>
      </w:r>
      <w:r>
        <w:rPr>
          <w:b w:val="0"/>
          <w:i w:val="0"/>
          <w:smallCaps w:val="0"/>
          <w:strike w:val="0"/>
          <w:sz w:val="22"/>
          <w:u w:val="single"/>
        </w:rPr>
        <w:t xml:space="preserve"> of its emcees </w:t>
      </w:r>
      <w:r>
        <w:rPr>
          <w:b w:val="0"/>
          <w:i w:val="0"/>
          <w:smallCaps w:val="0"/>
          <w:strike w:val="0"/>
          <w:sz w:val="22"/>
          <w:highlight w:val="green"/>
          <w:u w:val="single"/>
        </w:rPr>
        <w:t xml:space="preserve">but </w:t>
      </w:r>
      <w:r>
        <w:rPr>
          <w:b w:val="0"/>
          <w:i w:val="0"/>
          <w:smallCaps w:val="0"/>
          <w:strike w:val="0"/>
          <w:sz w:val="22"/>
          <w:u w:val="single"/>
        </w:rPr>
        <w:t xml:space="preserve">in its </w:t>
      </w:r>
      <w:r>
        <w:rPr>
          <w:b/>
          <w:i w:val="0"/>
          <w:smallCaps w:val="0"/>
          <w:strike w:val="0"/>
          <w:sz w:val="22"/>
          <w:highlight w:val="green"/>
          <w:u w:val="single"/>
        </w:rPr>
        <w:t>articulation</w:t>
      </w:r>
      <w:r>
        <w:rPr>
          <w:b w:val="0"/>
          <w:i w:val="0"/>
          <w:smallCaps w:val="0"/>
          <w:strike w:val="0"/>
          <w:sz w:val="22"/>
          <w:u w:val="single"/>
        </w:rPr>
        <w:t xml:space="preserve"> of Black life. </w:t>
      </w:r>
      <w:r>
        <w:rPr>
          <w:b w:val="0"/>
          <w:i w:val="0"/>
          <w:smallCaps w:val="0"/>
          <w:strike w:val="0"/>
          <w:sz w:val="22"/>
          <w:highlight w:val="green"/>
          <w:u w:val="single"/>
        </w:rPr>
        <w:t xml:space="preserve">Mumble rap </w:t>
      </w:r>
      <w:r>
        <w:rPr>
          <w:b w:val="0"/>
          <w:i w:val="0"/>
          <w:smallCaps w:val="0"/>
          <w:strike w:val="0"/>
          <w:sz w:val="22"/>
          <w:u w:val="single"/>
        </w:rPr>
        <w:t xml:space="preserve">is </w:t>
      </w:r>
      <w:r>
        <w:rPr>
          <w:b/>
          <w:i w:val="0"/>
          <w:smallCaps w:val="0"/>
          <w:strike w:val="0"/>
          <w:sz w:val="22"/>
          <w:highlight w:val="green"/>
          <w:u w:val="single"/>
        </w:rPr>
        <w:t>affect music</w:t>
      </w:r>
      <w:r>
        <w:rPr>
          <w:b/>
          <w:i w:val="0"/>
          <w:smallCaps w:val="0"/>
          <w:strike w:val="0"/>
          <w:sz w:val="22"/>
          <w:u w:val="single"/>
        </w:rPr>
        <w:t>.</w:t>
      </w:r>
      <w:r>
        <w:rPr>
          <w:b w:val="0"/>
          <w:i w:val="0"/>
          <w:smallCaps w:val="0"/>
          <w:strike w:val="0"/>
          <w:sz w:val="22"/>
          <w:u w:val="single"/>
        </w:rPr>
        <w:t xml:space="preserve"> It is a </w:t>
      </w:r>
      <w:r>
        <w:rPr>
          <w:b/>
          <w:i w:val="0"/>
          <w:smallCaps w:val="0"/>
          <w:strike w:val="0"/>
          <w:sz w:val="22"/>
          <w:highlight w:val="green"/>
          <w:u w:val="single"/>
        </w:rPr>
        <w:t>transcendental</w:t>
      </w:r>
      <w:r>
        <w:rPr>
          <w:b w:val="0"/>
          <w:i w:val="0"/>
          <w:smallCaps w:val="0"/>
          <w:strike w:val="0"/>
          <w:sz w:val="22"/>
          <w:highlight w:val="green"/>
          <w:u w:val="single"/>
        </w:rPr>
        <w:t xml:space="preserve"> performance that dismantles</w:t>
      </w:r>
      <w:r>
        <w:rPr>
          <w:b w:val="0"/>
          <w:i w:val="0"/>
          <w:smallCaps w:val="0"/>
          <w:strike w:val="0"/>
          <w:sz w:val="22"/>
          <w:u w:val="single"/>
        </w:rPr>
        <w:t xml:space="preserve"> the </w:t>
      </w:r>
      <w:r>
        <w:rPr>
          <w:b/>
          <w:i w:val="0"/>
          <w:smallCaps w:val="0"/>
          <w:strike w:val="0"/>
          <w:sz w:val="22"/>
          <w:u w:val="single"/>
        </w:rPr>
        <w:t xml:space="preserve">purist </w:t>
      </w:r>
      <w:r>
        <w:rPr>
          <w:b/>
          <w:i w:val="0"/>
          <w:smallCaps w:val="0"/>
          <w:strike w:val="0"/>
          <w:sz w:val="22"/>
          <w:highlight w:val="green"/>
          <w:u w:val="single"/>
        </w:rPr>
        <w:t>vision</w:t>
      </w:r>
      <w:r>
        <w:rPr>
          <w:b w:val="0"/>
          <w:i w:val="0"/>
          <w:smallCaps w:val="0"/>
          <w:strike w:val="0"/>
          <w:sz w:val="22"/>
          <w:highlight w:val="green"/>
          <w:u w:val="single"/>
        </w:rPr>
        <w:t xml:space="preserve"> of a rap culture </w:t>
      </w:r>
      <w:r>
        <w:rPr>
          <w:b w:val="0"/>
          <w:i w:val="0"/>
          <w:smallCaps w:val="0"/>
          <w:strike w:val="0"/>
          <w:sz w:val="22"/>
          <w:u w:val="single"/>
        </w:rPr>
        <w:t xml:space="preserve">fixated </w:t>
      </w:r>
      <w:r>
        <w:rPr>
          <w:b w:val="0"/>
          <w:i w:val="0"/>
          <w:smallCaps w:val="0"/>
          <w:strike w:val="0"/>
          <w:sz w:val="22"/>
          <w:highlight w:val="green"/>
          <w:u w:val="single"/>
        </w:rPr>
        <w:t xml:space="preserve">on </w:t>
      </w:r>
      <w:r>
        <w:rPr>
          <w:b/>
          <w:i w:val="0"/>
          <w:smallCaps w:val="0"/>
          <w:strike w:val="0"/>
          <w:sz w:val="22"/>
          <w:highlight w:val="green"/>
          <w:u w:val="single"/>
        </w:rPr>
        <w:t>lyricism</w:t>
      </w:r>
      <w:r>
        <w:rPr>
          <w:b w:val="0"/>
          <w:i w:val="0"/>
          <w:smallCaps w:val="0"/>
          <w:strike w:val="0"/>
          <w:sz w:val="22"/>
          <w:u w:val="single"/>
        </w:rPr>
        <w:t xml:space="preserve">. Mumble rappers </w:t>
      </w:r>
      <w:r>
        <w:rPr>
          <w:b w:val="0"/>
          <w:i w:val="0"/>
          <w:smallCaps w:val="0"/>
          <w:strike w:val="0"/>
          <w:sz w:val="22"/>
          <w:highlight w:val="green"/>
          <w:u w:val="single"/>
        </w:rPr>
        <w:t xml:space="preserve">treat </w:t>
      </w:r>
      <w:r>
        <w:rPr>
          <w:b/>
          <w:i w:val="0"/>
          <w:smallCaps w:val="0"/>
          <w:strike w:val="0"/>
          <w:sz w:val="22"/>
          <w:highlight w:val="green"/>
          <w:u w:val="single"/>
        </w:rPr>
        <w:t>speech</w:t>
      </w:r>
      <w:r>
        <w:rPr>
          <w:b w:val="0"/>
          <w:i w:val="0"/>
          <w:smallCaps w:val="0"/>
          <w:strike w:val="0"/>
          <w:sz w:val="22"/>
          <w:highlight w:val="green"/>
          <w:u w:val="single"/>
        </w:rPr>
        <w:t xml:space="preserve"> as</w:t>
      </w:r>
      <w:r>
        <w:rPr>
          <w:b w:val="0"/>
          <w:i w:val="0"/>
          <w:smallCaps w:val="0"/>
          <w:strike w:val="0"/>
          <w:sz w:val="22"/>
          <w:u w:val="single"/>
        </w:rPr>
        <w:t xml:space="preserve"> something </w:t>
      </w:r>
      <w:r>
        <w:rPr>
          <w:b/>
          <w:i w:val="0"/>
          <w:smallCaps w:val="0"/>
          <w:strike w:val="0"/>
          <w:sz w:val="22"/>
          <w:highlight w:val="green"/>
          <w:u w:val="single"/>
        </w:rPr>
        <w:t>malleable</w:t>
      </w:r>
      <w:r>
        <w:rPr>
          <w:b w:val="0"/>
          <w:i w:val="0"/>
          <w:smallCaps w:val="0"/>
          <w:strike w:val="0"/>
          <w:sz w:val="22"/>
          <w:u w:val="single"/>
        </w:rPr>
        <w:t xml:space="preserve">. Grammatical </w:t>
      </w:r>
      <w:r>
        <w:rPr>
          <w:b/>
          <w:i w:val="0"/>
          <w:smallCaps w:val="0"/>
          <w:strike w:val="0"/>
          <w:sz w:val="22"/>
          <w:u w:val="single"/>
        </w:rPr>
        <w:t>conventions</w:t>
      </w:r>
      <w:r>
        <w:rPr>
          <w:b w:val="0"/>
          <w:i w:val="0"/>
          <w:smallCaps w:val="0"/>
          <w:strike w:val="0"/>
          <w:sz w:val="22"/>
          <w:u w:val="single"/>
        </w:rPr>
        <w:t xml:space="preserve"> and </w:t>
      </w:r>
      <w:r>
        <w:rPr>
          <w:b/>
          <w:i w:val="0"/>
          <w:smallCaps w:val="0"/>
          <w:strike w:val="0"/>
          <w:sz w:val="22"/>
          <w:u w:val="single"/>
        </w:rPr>
        <w:t>pronunciations</w:t>
      </w:r>
      <w:r>
        <w:rPr>
          <w:b w:val="0"/>
          <w:i w:val="0"/>
          <w:smallCaps w:val="0"/>
          <w:strike w:val="0"/>
          <w:sz w:val="22"/>
          <w:u w:val="single"/>
        </w:rPr>
        <w:t xml:space="preserve"> are unfixed; the </w:t>
      </w:r>
      <w:r>
        <w:rPr>
          <w:b w:val="0"/>
          <w:i w:val="0"/>
          <w:smallCaps w:val="0"/>
          <w:strike w:val="0"/>
          <w:sz w:val="22"/>
          <w:highlight w:val="green"/>
          <w:u w:val="single"/>
        </w:rPr>
        <w:t>rules</w:t>
      </w:r>
      <w:r>
        <w:rPr>
          <w:b w:val="0"/>
          <w:i w:val="0"/>
          <w:smallCaps w:val="0"/>
          <w:strike w:val="0"/>
          <w:sz w:val="22"/>
          <w:u w:val="single"/>
        </w:rPr>
        <w:t xml:space="preserve"> of speech were meant </w:t>
      </w:r>
      <w:r>
        <w:rPr>
          <w:b w:val="0"/>
          <w:i w:val="0"/>
          <w:smallCaps w:val="0"/>
          <w:strike w:val="0"/>
          <w:sz w:val="22"/>
          <w:highlight w:val="green"/>
          <w:u w:val="single"/>
        </w:rPr>
        <w:t xml:space="preserve">to </w:t>
      </w:r>
      <w:r>
        <w:rPr>
          <w:b w:val="0"/>
          <w:i w:val="0"/>
          <w:smallCaps w:val="0"/>
          <w:strike w:val="0"/>
          <w:sz w:val="22"/>
          <w:u w:val="single"/>
        </w:rPr>
        <w:t xml:space="preserve">be </w:t>
      </w:r>
      <w:r>
        <w:rPr>
          <w:b/>
          <w:i w:val="0"/>
          <w:smallCaps w:val="0"/>
          <w:strike w:val="0"/>
          <w:sz w:val="22"/>
          <w:highlight w:val="green"/>
          <w:u w:val="single"/>
        </w:rPr>
        <w:t>adapted</w:t>
      </w:r>
      <w:r>
        <w:rPr>
          <w:b w:val="0"/>
          <w:i w:val="0"/>
          <w:smallCaps w:val="0"/>
          <w:strike w:val="0"/>
          <w:sz w:val="22"/>
          <w:highlight w:val="green"/>
          <w:u w:val="single"/>
        </w:rPr>
        <w:t xml:space="preserve"> </w:t>
      </w:r>
      <w:r>
        <w:rPr>
          <w:b w:val="0"/>
          <w:i w:val="0"/>
          <w:smallCaps w:val="0"/>
          <w:strike w:val="0"/>
          <w:sz w:val="22"/>
          <w:u w:val="single"/>
        </w:rPr>
        <w:t xml:space="preserve">and </w:t>
      </w:r>
      <w:r>
        <w:rPr>
          <w:b w:val="0"/>
          <w:i w:val="0"/>
          <w:smallCaps w:val="0"/>
          <w:strike w:val="0"/>
          <w:sz w:val="22"/>
          <w:highlight w:val="green"/>
          <w:u w:val="single"/>
        </w:rPr>
        <w:t>broken</w:t>
      </w:r>
      <w:r>
        <w:rPr>
          <w:b w:val="0"/>
          <w:i w:val="0"/>
          <w:smallCaps w:val="0"/>
          <w:strike w:val="0"/>
          <w:sz w:val="22"/>
          <w:u w:val="single"/>
        </w:rPr>
        <w:t xml:space="preserve">. Mumble rap is </w:t>
      </w:r>
      <w:r>
        <w:rPr>
          <w:b/>
          <w:i w:val="0"/>
          <w:smallCaps w:val="0"/>
          <w:strike w:val="0"/>
          <w:sz w:val="22"/>
          <w:u w:val="single"/>
        </w:rPr>
        <w:t>liberatory</w:t>
      </w:r>
      <w:r>
        <w:rPr>
          <w:b w:val="0"/>
          <w:i w:val="0"/>
          <w:smallCaps w:val="0"/>
          <w:strike w:val="0"/>
          <w:sz w:val="22"/>
          <w:u w:val="single"/>
        </w:rPr>
        <w:t xml:space="preserve">, a site of </w:t>
      </w:r>
      <w:r>
        <w:rPr>
          <w:b/>
          <w:i w:val="0"/>
          <w:smallCaps w:val="0"/>
          <w:strike w:val="0"/>
          <w:sz w:val="22"/>
          <w:u w:val="single"/>
        </w:rPr>
        <w:t>aesthetic</w:t>
      </w:r>
      <w:r>
        <w:rPr>
          <w:b w:val="0"/>
          <w:i w:val="0"/>
          <w:smallCaps w:val="0"/>
          <w:strike w:val="0"/>
          <w:sz w:val="22"/>
          <w:u w:val="single"/>
        </w:rPr>
        <w:t xml:space="preserve"> exploration where </w:t>
      </w:r>
      <w:r>
        <w:rPr>
          <w:b/>
          <w:i w:val="0"/>
          <w:smallCaps w:val="0"/>
          <w:strike w:val="0"/>
          <w:sz w:val="22"/>
          <w:u w:val="single"/>
        </w:rPr>
        <w:t>experience</w:t>
      </w:r>
      <w:r>
        <w:rPr>
          <w:b w:val="0"/>
          <w:i w:val="0"/>
          <w:smallCaps w:val="0"/>
          <w:strike w:val="0"/>
          <w:sz w:val="22"/>
          <w:u w:val="single"/>
        </w:rPr>
        <w:t xml:space="preserve"> comes before all else. The process of </w:t>
      </w:r>
      <w:r>
        <w:rPr>
          <w:b/>
          <w:i w:val="0"/>
          <w:smallCaps w:val="0"/>
          <w:strike w:val="0"/>
          <w:sz w:val="22"/>
          <w:u w:val="single"/>
        </w:rPr>
        <w:t>creation</w:t>
      </w:r>
      <w:r>
        <w:rPr>
          <w:b w:val="0"/>
          <w:i w:val="0"/>
          <w:smallCaps w:val="0"/>
          <w:strike w:val="0"/>
          <w:sz w:val="22"/>
          <w:u w:val="single"/>
        </w:rPr>
        <w:t xml:space="preserve"> is an improvised </w:t>
      </w:r>
      <w:r>
        <w:rPr>
          <w:b/>
          <w:i w:val="0"/>
          <w:smallCaps w:val="0"/>
          <w:strike w:val="0"/>
          <w:sz w:val="22"/>
          <w:u w:val="single"/>
        </w:rPr>
        <w:t>performance</w:t>
      </w:r>
      <w:r>
        <w:rPr>
          <w:b w:val="0"/>
          <w:i w:val="0"/>
          <w:smallCaps w:val="0"/>
          <w:strike w:val="0"/>
          <w:sz w:val="22"/>
          <w:u w:val="single"/>
        </w:rPr>
        <w:t xml:space="preserve">, where </w:t>
      </w:r>
      <w:r>
        <w:rPr>
          <w:b/>
          <w:i w:val="0"/>
          <w:smallCaps w:val="0"/>
          <w:strike w:val="0"/>
          <w:sz w:val="22"/>
          <w:u w:val="single"/>
        </w:rPr>
        <w:t>ad-libbed</w:t>
      </w:r>
      <w:r>
        <w:rPr>
          <w:b w:val="0"/>
          <w:i w:val="0"/>
          <w:smallCaps w:val="0"/>
          <w:strike w:val="0"/>
          <w:sz w:val="22"/>
          <w:u w:val="single"/>
        </w:rPr>
        <w:t xml:space="preserve"> grunts, melodies, refrains, and shrieks fall off the </w:t>
      </w:r>
      <w:r>
        <w:rPr>
          <w:b/>
          <w:i w:val="0"/>
          <w:smallCaps w:val="0"/>
          <w:strike w:val="0"/>
          <w:sz w:val="22"/>
          <w:u w:val="single"/>
        </w:rPr>
        <w:t>performer’s</w:t>
      </w:r>
      <w:r>
        <w:rPr>
          <w:b w:val="0"/>
          <w:i w:val="0"/>
          <w:smallCaps w:val="0"/>
          <w:strike w:val="0"/>
          <w:sz w:val="22"/>
          <w:u w:val="single"/>
        </w:rPr>
        <w:t xml:space="preserve"> tongue - they are in a </w:t>
      </w:r>
      <w:r>
        <w:rPr>
          <w:b/>
          <w:i w:val="0"/>
          <w:smallCaps w:val="0"/>
          <w:strike w:val="0"/>
          <w:sz w:val="22"/>
          <w:u w:val="single"/>
        </w:rPr>
        <w:t>state</w:t>
      </w:r>
      <w:r>
        <w:rPr>
          <w:b w:val="0"/>
          <w:i w:val="0"/>
          <w:smallCaps w:val="0"/>
          <w:strike w:val="0"/>
          <w:sz w:val="22"/>
          <w:u w:val="single"/>
        </w:rPr>
        <w:t xml:space="preserve"> of flow. They </w:t>
      </w:r>
      <w:r>
        <w:rPr>
          <w:b w:val="0"/>
          <w:i w:val="0"/>
          <w:smallCaps w:val="0"/>
          <w:strike w:val="0"/>
          <w:sz w:val="22"/>
          <w:highlight w:val="green"/>
          <w:u w:val="single"/>
        </w:rPr>
        <w:t xml:space="preserve">draw </w:t>
      </w:r>
      <w:r>
        <w:rPr>
          <w:b w:val="0"/>
          <w:i w:val="0"/>
          <w:smallCaps w:val="0"/>
          <w:strike w:val="0"/>
          <w:sz w:val="22"/>
          <w:u w:val="single"/>
        </w:rPr>
        <w:t xml:space="preserve">on </w:t>
      </w:r>
      <w:r>
        <w:rPr>
          <w:b/>
          <w:i w:val="0"/>
          <w:smallCaps w:val="0"/>
          <w:strike w:val="0"/>
          <w:sz w:val="22"/>
          <w:highlight w:val="green"/>
          <w:u w:val="single"/>
        </w:rPr>
        <w:t>experience</w:t>
      </w:r>
      <w:r>
        <w:rPr>
          <w:b w:val="0"/>
          <w:i w:val="0"/>
          <w:smallCaps w:val="0"/>
          <w:strike w:val="0"/>
          <w:sz w:val="22"/>
          <w:highlight w:val="green"/>
          <w:u w:val="single"/>
        </w:rPr>
        <w:t xml:space="preserve"> to form</w:t>
      </w:r>
      <w:r>
        <w:rPr>
          <w:b w:val="0"/>
          <w:i w:val="0"/>
          <w:smallCaps w:val="0"/>
          <w:strike w:val="0"/>
          <w:sz w:val="22"/>
          <w:u w:val="single"/>
        </w:rPr>
        <w:t xml:space="preserve"> these worlds, but they’re also in a state of </w:t>
      </w:r>
      <w:r>
        <w:rPr>
          <w:b/>
          <w:i w:val="0"/>
          <w:smallCaps w:val="0"/>
          <w:strike w:val="0"/>
          <w:sz w:val="22"/>
          <w:u w:val="single"/>
        </w:rPr>
        <w:t>heightened</w:t>
      </w:r>
      <w:r>
        <w:rPr>
          <w:b w:val="0"/>
          <w:i w:val="0"/>
          <w:smallCaps w:val="0"/>
          <w:strike w:val="0"/>
          <w:sz w:val="22"/>
          <w:u w:val="single"/>
        </w:rPr>
        <w:t xml:space="preserve"> experience. They </w:t>
      </w:r>
      <w:r>
        <w:rPr>
          <w:b w:val="0"/>
          <w:i w:val="0"/>
          <w:smallCaps w:val="0"/>
          <w:strike w:val="0"/>
          <w:sz w:val="22"/>
          <w:highlight w:val="green"/>
          <w:u w:val="single"/>
        </w:rPr>
        <w:t xml:space="preserve">allow </w:t>
      </w:r>
      <w:r>
        <w:rPr>
          <w:b/>
          <w:i w:val="0"/>
          <w:smallCaps w:val="0"/>
          <w:strike w:val="0"/>
          <w:sz w:val="22"/>
          <w:u w:val="single"/>
        </w:rPr>
        <w:t>themselves</w:t>
      </w:r>
      <w:r>
        <w:rPr>
          <w:b w:val="0"/>
          <w:i w:val="0"/>
          <w:smallCaps w:val="0"/>
          <w:strike w:val="0"/>
          <w:sz w:val="22"/>
          <w:u w:val="single"/>
        </w:rPr>
        <w:t xml:space="preserve"> </w:t>
      </w:r>
      <w:r>
        <w:rPr>
          <w:b w:val="0"/>
          <w:i w:val="0"/>
          <w:smallCaps w:val="0"/>
          <w:strike w:val="0"/>
          <w:sz w:val="22"/>
          <w:highlight w:val="green"/>
          <w:u w:val="single"/>
        </w:rPr>
        <w:t xml:space="preserve">to be guided </w:t>
      </w:r>
      <w:r>
        <w:rPr>
          <w:b w:val="0"/>
          <w:i w:val="0"/>
          <w:smallCaps w:val="0"/>
          <w:strike w:val="0"/>
          <w:sz w:val="22"/>
          <w:u w:val="single"/>
        </w:rPr>
        <w:t xml:space="preserve">by intoxication: their chemical intoxication, musical intoxication, the </w:t>
      </w:r>
      <w:r>
        <w:rPr>
          <w:b/>
          <w:i w:val="0"/>
          <w:smallCaps w:val="0"/>
          <w:strike w:val="0"/>
          <w:sz w:val="22"/>
          <w:u w:val="single"/>
        </w:rPr>
        <w:t>intoxication</w:t>
      </w:r>
      <w:r>
        <w:rPr>
          <w:b w:val="0"/>
          <w:i w:val="0"/>
          <w:smallCaps w:val="0"/>
          <w:strike w:val="0"/>
          <w:sz w:val="22"/>
          <w:u w:val="single"/>
        </w:rPr>
        <w:t xml:space="preserve"> of their worlds.</w:t>
      </w:r>
      <w:r>
        <w:rPr>
          <w:b w:val="0"/>
          <w:i w:val="0"/>
          <w:smallCaps w:val="0"/>
          <w:strike w:val="0"/>
          <w:sz w:val="16"/>
          <w:u w:val="none"/>
        </w:rPr>
        <w:t xml:space="preserve"> The flow state is an essential feature of the genre. Here, penmanship and the ability to rap quickly, the longtime markers of a great rapper fall away. Nobody wants to hear you rap fast in mumble rap. Nobody wants to hear your pre-written complicated rhymes schemes. Nobody wants to hear your pretentious theorizing about woke culture or racist police. We want you to shut up and vibe. This new paradigm infuriates an older generation of successful battle rappers, the Eminem’s and Pete Rock’s of the world, for whom technical ability is the meaning of the craft. They and the popular rappers who follow them are among the most outspoken critics of mumble rap. </w:t>
      </w:r>
      <w:r>
        <w:rPr>
          <w:b w:val="0"/>
          <w:i w:val="0"/>
          <w:smallCaps w:val="0"/>
          <w:strike w:val="0"/>
          <w:sz w:val="22"/>
          <w:u w:val="single"/>
        </w:rPr>
        <w:t xml:space="preserve">They </w:t>
      </w:r>
      <w:r>
        <w:rPr>
          <w:b/>
          <w:i w:val="0"/>
          <w:smallCaps w:val="0"/>
          <w:strike w:val="0"/>
          <w:sz w:val="22"/>
          <w:highlight w:val="green"/>
          <w:u w:val="single"/>
        </w:rPr>
        <w:t>mourn</w:t>
      </w:r>
      <w:r>
        <w:rPr>
          <w:b w:val="0"/>
          <w:i w:val="0"/>
          <w:smallCaps w:val="0"/>
          <w:strike w:val="0"/>
          <w:sz w:val="22"/>
          <w:highlight w:val="green"/>
          <w:u w:val="single"/>
        </w:rPr>
        <w:t xml:space="preserve"> the </w:t>
      </w:r>
      <w:r>
        <w:rPr>
          <w:b/>
          <w:i w:val="0"/>
          <w:smallCaps w:val="0"/>
          <w:strike w:val="0"/>
          <w:sz w:val="22"/>
          <w:highlight w:val="green"/>
          <w:u w:val="single"/>
        </w:rPr>
        <w:t>death</w:t>
      </w:r>
      <w:r>
        <w:rPr>
          <w:b w:val="0"/>
          <w:i w:val="0"/>
          <w:smallCaps w:val="0"/>
          <w:strike w:val="0"/>
          <w:sz w:val="22"/>
          <w:highlight w:val="green"/>
          <w:u w:val="single"/>
        </w:rPr>
        <w:t xml:space="preserve"> of their craft</w:t>
      </w:r>
      <w:r>
        <w:rPr>
          <w:b w:val="0"/>
          <w:i w:val="0"/>
          <w:smallCaps w:val="0"/>
          <w:strike w:val="0"/>
          <w:sz w:val="22"/>
          <w:u w:val="single"/>
        </w:rPr>
        <w:t xml:space="preserve">, while the most </w:t>
      </w:r>
      <w:r>
        <w:rPr>
          <w:b/>
          <w:i w:val="0"/>
          <w:smallCaps w:val="0"/>
          <w:strike w:val="0"/>
          <w:sz w:val="22"/>
          <w:u w:val="single"/>
        </w:rPr>
        <w:t>successful</w:t>
      </w:r>
      <w:r>
        <w:rPr>
          <w:b w:val="0"/>
          <w:i w:val="0"/>
          <w:smallCaps w:val="0"/>
          <w:strike w:val="0"/>
          <w:sz w:val="22"/>
          <w:u w:val="single"/>
        </w:rPr>
        <w:t xml:space="preserve"> artists in their </w:t>
      </w:r>
      <w:r>
        <w:rPr>
          <w:b/>
          <w:i w:val="0"/>
          <w:smallCaps w:val="0"/>
          <w:strike w:val="0"/>
          <w:sz w:val="22"/>
          <w:u w:val="single"/>
        </w:rPr>
        <w:t>genre</w:t>
      </w:r>
      <w:r>
        <w:rPr>
          <w:b w:val="0"/>
          <w:i w:val="0"/>
          <w:smallCaps w:val="0"/>
          <w:strike w:val="0"/>
          <w:sz w:val="22"/>
          <w:u w:val="single"/>
        </w:rPr>
        <w:t xml:space="preserve"> </w:t>
      </w:r>
      <w:r>
        <w:rPr>
          <w:b w:val="0"/>
          <w:i w:val="0"/>
          <w:smallCaps w:val="0"/>
          <w:strike w:val="0"/>
          <w:sz w:val="22"/>
          <w:highlight w:val="green"/>
          <w:u w:val="single"/>
        </w:rPr>
        <w:t xml:space="preserve">consistently break the </w:t>
      </w:r>
      <w:r>
        <w:rPr>
          <w:b/>
          <w:i w:val="0"/>
          <w:smallCaps w:val="0"/>
          <w:strike w:val="0"/>
          <w:sz w:val="22"/>
          <w:highlight w:val="green"/>
          <w:u w:val="single"/>
        </w:rPr>
        <w:t>canonical</w:t>
      </w:r>
      <w:r>
        <w:rPr>
          <w:b w:val="0"/>
          <w:i w:val="0"/>
          <w:smallCaps w:val="0"/>
          <w:strike w:val="0"/>
          <w:sz w:val="22"/>
          <w:highlight w:val="green"/>
          <w:u w:val="single"/>
        </w:rPr>
        <w:t xml:space="preserve"> mold</w:t>
      </w:r>
      <w:r>
        <w:rPr>
          <w:b w:val="0"/>
          <w:i w:val="0"/>
          <w:smallCaps w:val="0"/>
          <w:strike w:val="0"/>
          <w:sz w:val="22"/>
          <w:u w:val="single"/>
        </w:rPr>
        <w:t xml:space="preserve"> of what makes a great rapper. The </w:t>
      </w:r>
      <w:r>
        <w:rPr>
          <w:b/>
          <w:i w:val="0"/>
          <w:smallCaps w:val="0"/>
          <w:strike w:val="0"/>
          <w:sz w:val="22"/>
          <w:highlight w:val="green"/>
          <w:u w:val="single"/>
        </w:rPr>
        <w:t>phase</w:t>
      </w:r>
      <w:r>
        <w:rPr>
          <w:b w:val="0"/>
          <w:i w:val="0"/>
          <w:smallCaps w:val="0"/>
          <w:strike w:val="0"/>
          <w:sz w:val="22"/>
          <w:highlight w:val="green"/>
          <w:u w:val="single"/>
        </w:rPr>
        <w:t xml:space="preserve"> in and out</w:t>
      </w:r>
      <w:r>
        <w:rPr>
          <w:b w:val="0"/>
          <w:i w:val="0"/>
          <w:smallCaps w:val="0"/>
          <w:strike w:val="0"/>
          <w:sz w:val="22"/>
          <w:u w:val="single"/>
        </w:rPr>
        <w:t xml:space="preserve"> of </w:t>
      </w:r>
      <w:r>
        <w:rPr>
          <w:b/>
          <w:i w:val="0"/>
          <w:smallCaps w:val="0"/>
          <w:strike w:val="0"/>
          <w:sz w:val="22"/>
          <w:u w:val="single"/>
        </w:rPr>
        <w:t>legibility</w:t>
      </w:r>
      <w:r>
        <w:rPr>
          <w:b w:val="0"/>
          <w:i w:val="0"/>
          <w:smallCaps w:val="0"/>
          <w:strike w:val="0"/>
          <w:sz w:val="22"/>
          <w:u w:val="single"/>
        </w:rPr>
        <w:t xml:space="preserve">, deforming and manipulating language </w:t>
      </w:r>
      <w:r>
        <w:rPr>
          <w:b w:val="0"/>
          <w:i w:val="0"/>
          <w:smallCaps w:val="0"/>
          <w:strike w:val="0"/>
          <w:sz w:val="22"/>
          <w:highlight w:val="green"/>
          <w:u w:val="single"/>
        </w:rPr>
        <w:t xml:space="preserve">and </w:t>
      </w:r>
      <w:r>
        <w:rPr>
          <w:b/>
          <w:i w:val="0"/>
          <w:smallCaps w:val="0"/>
          <w:strike w:val="0"/>
          <w:sz w:val="22"/>
          <w:highlight w:val="green"/>
          <w:u w:val="single"/>
        </w:rPr>
        <w:t>speech</w:t>
      </w:r>
      <w:r>
        <w:rPr>
          <w:b w:val="0"/>
          <w:i w:val="0"/>
          <w:smallCaps w:val="0"/>
          <w:strike w:val="0"/>
          <w:sz w:val="22"/>
          <w:u w:val="single"/>
        </w:rPr>
        <w:t xml:space="preserve"> to fit the shape or vibe of the </w:t>
      </w:r>
      <w:r>
        <w:rPr>
          <w:b/>
          <w:i w:val="0"/>
          <w:smallCaps w:val="0"/>
          <w:strike w:val="0"/>
          <w:sz w:val="22"/>
          <w:u w:val="single"/>
        </w:rPr>
        <w:t>production</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u w:val="none"/>
        </w:rPr>
        <w:t xml:space="preserve">What is the value of imprecision, of in-betweens, of inarticulacy? Is there language in mumbling? This question seems to animate the critique of mumble rap, and it comes weighted with layers of presuppositions and prescriptions about the nature of art. </w:t>
      </w:r>
    </w:p>
    <w:p>
      <w:pPr>
        <w:spacing w:after="60"/>
      </w:pPr>
      <w:r>
        <w:rPr>
          <w:b w:val="0"/>
          <w:i w:val="0"/>
          <w:smallCaps w:val="0"/>
          <w:strike w:val="0"/>
          <w:sz w:val="16"/>
          <w:u w:val="none"/>
        </w:rPr>
        <w:t xml:space="preserve">The gangsta rap of the mid-to-late 1980s was offensive to liberal sensibilities for its violent, drug-riddled, often misogynistic, and homophobic portrayal of street life. Even Black political activists like C. Delores Tucker and musicians like Wynton Marsalis have framed and attacked gangsta rap as a sort of negative, dark, hegemonic force. They see it as something that pollutes the minds of the young and compels them to enact violence on the world. They establish that the subject matter of the genre is dangerous and so the music itself is dangerous. Conversely, mumble rap is largely framed as having the opposite problem; while some critique the genre in identical ways to gangsta rap (too violent, sexist, morally impure, etc), the overwhelming majority of its detractors accuse the genre of almost entirely lacking substance, especially lyrical substance. </w:t>
      </w:r>
      <w:r>
        <w:rPr>
          <w:b w:val="0"/>
          <w:i w:val="0"/>
          <w:smallCaps w:val="0"/>
          <w:strike w:val="0"/>
          <w:sz w:val="22"/>
          <w:u w:val="single"/>
        </w:rPr>
        <w:t xml:space="preserve">It’s </w:t>
      </w:r>
      <w:r>
        <w:rPr>
          <w:b w:val="0"/>
          <w:i w:val="0"/>
          <w:smallCaps w:val="0"/>
          <w:strike w:val="0"/>
          <w:sz w:val="22"/>
          <w:highlight w:val="green"/>
          <w:u w:val="single"/>
        </w:rPr>
        <w:t xml:space="preserve">seen as </w:t>
      </w:r>
      <w:r>
        <w:rPr>
          <w:b/>
          <w:i w:val="0"/>
          <w:smallCaps w:val="0"/>
          <w:strike w:val="0"/>
          <w:sz w:val="22"/>
          <w:highlight w:val="green"/>
          <w:u w:val="single"/>
        </w:rPr>
        <w:t>garbage</w:t>
      </w:r>
      <w:r>
        <w:rPr>
          <w:b w:val="0"/>
          <w:i w:val="0"/>
          <w:smallCaps w:val="0"/>
          <w:strike w:val="0"/>
          <w:sz w:val="22"/>
          <w:u w:val="single"/>
        </w:rPr>
        <w:t xml:space="preserve">, devoid of </w:t>
      </w:r>
      <w:r>
        <w:rPr>
          <w:b/>
          <w:i w:val="0"/>
          <w:smallCaps w:val="0"/>
          <w:strike w:val="0"/>
          <w:sz w:val="22"/>
          <w:u w:val="single"/>
        </w:rPr>
        <w:t>meaning</w:t>
      </w:r>
      <w:r>
        <w:rPr>
          <w:b w:val="0"/>
          <w:i w:val="0"/>
          <w:smallCaps w:val="0"/>
          <w:strike w:val="0"/>
          <w:sz w:val="22"/>
          <w:u w:val="single"/>
        </w:rPr>
        <w:t xml:space="preserve">, </w:t>
      </w:r>
      <w:r>
        <w:rPr>
          <w:b w:val="0"/>
          <w:i w:val="0"/>
          <w:smallCaps w:val="0"/>
          <w:strike w:val="0"/>
          <w:sz w:val="22"/>
          <w:highlight w:val="green"/>
          <w:u w:val="single"/>
        </w:rPr>
        <w:t xml:space="preserve">and </w:t>
      </w:r>
      <w:r>
        <w:rPr>
          <w:b/>
          <w:i w:val="0"/>
          <w:smallCaps w:val="0"/>
          <w:strike w:val="0"/>
          <w:sz w:val="22"/>
          <w:highlight w:val="green"/>
          <w:u w:val="single"/>
        </w:rPr>
        <w:t>incomprehensible</w:t>
      </w:r>
      <w:r>
        <w:rPr>
          <w:b w:val="0"/>
          <w:i w:val="0"/>
          <w:smallCaps w:val="0"/>
          <w:strike w:val="0"/>
          <w:sz w:val="22"/>
          <w:u w:val="single"/>
        </w:rPr>
        <w:t xml:space="preserve">. The </w:t>
      </w:r>
      <w:r>
        <w:rPr>
          <w:b/>
          <w:i w:val="0"/>
          <w:smallCaps w:val="0"/>
          <w:strike w:val="0"/>
          <w:sz w:val="22"/>
          <w:u w:val="single"/>
        </w:rPr>
        <w:t>repetition</w:t>
      </w:r>
      <w:r>
        <w:rPr>
          <w:b w:val="0"/>
          <w:i w:val="0"/>
          <w:smallCaps w:val="0"/>
          <w:strike w:val="0"/>
          <w:sz w:val="22"/>
          <w:u w:val="single"/>
        </w:rPr>
        <w:t xml:space="preserve"> of </w:t>
      </w:r>
      <w:r>
        <w:rPr>
          <w:b w:val="0"/>
          <w:i w:val="0"/>
          <w:smallCaps w:val="0"/>
          <w:strike w:val="0"/>
          <w:sz w:val="22"/>
          <w:highlight w:val="green"/>
          <w:u w:val="single"/>
        </w:rPr>
        <w:t>this criticism</w:t>
      </w:r>
      <w:r>
        <w:rPr>
          <w:b w:val="0"/>
          <w:i w:val="0"/>
          <w:smallCaps w:val="0"/>
          <w:strike w:val="0"/>
          <w:sz w:val="22"/>
          <w:u w:val="single"/>
        </w:rPr>
        <w:t xml:space="preserve"> might </w:t>
      </w:r>
      <w:r>
        <w:rPr>
          <w:b/>
          <w:i w:val="0"/>
          <w:smallCaps w:val="0"/>
          <w:strike w:val="0"/>
          <w:sz w:val="22"/>
          <w:highlight w:val="green"/>
          <w:u w:val="single"/>
        </w:rPr>
        <w:t>leave</w:t>
      </w:r>
      <w:r>
        <w:rPr>
          <w:b w:val="0"/>
          <w:i w:val="0"/>
          <w:smallCaps w:val="0"/>
          <w:strike w:val="0"/>
          <w:sz w:val="22"/>
          <w:highlight w:val="green"/>
          <w:u w:val="single"/>
        </w:rPr>
        <w:t xml:space="preserve"> the uninformed </w:t>
      </w:r>
      <w:r>
        <w:rPr>
          <w:b/>
          <w:i w:val="0"/>
          <w:smallCaps w:val="0"/>
          <w:strike w:val="0"/>
          <w:sz w:val="22"/>
          <w:highlight w:val="green"/>
          <w:u w:val="single"/>
        </w:rPr>
        <w:t>listener</w:t>
      </w:r>
      <w:r>
        <w:rPr>
          <w:b w:val="0"/>
          <w:i w:val="0"/>
          <w:smallCaps w:val="0"/>
          <w:strike w:val="0"/>
          <w:sz w:val="22"/>
          <w:u w:val="single"/>
        </w:rPr>
        <w:t xml:space="preserve"> to </w:t>
      </w:r>
      <w:r>
        <w:rPr>
          <w:b/>
          <w:i w:val="0"/>
          <w:smallCaps w:val="0"/>
          <w:strike w:val="0"/>
          <w:sz w:val="22"/>
          <w:u w:val="single"/>
        </w:rPr>
        <w:t>expect</w:t>
      </w:r>
      <w:r>
        <w:rPr>
          <w:b w:val="0"/>
          <w:i w:val="0"/>
          <w:smallCaps w:val="0"/>
          <w:strike w:val="0"/>
          <w:sz w:val="22"/>
          <w:u w:val="single"/>
        </w:rPr>
        <w:t xml:space="preserve"> mumble rap </w:t>
      </w:r>
      <w:r>
        <w:rPr>
          <w:b w:val="0"/>
          <w:i w:val="0"/>
          <w:smallCaps w:val="0"/>
          <w:strike w:val="0"/>
          <w:sz w:val="22"/>
          <w:highlight w:val="green"/>
          <w:u w:val="single"/>
        </w:rPr>
        <w:t>to sound</w:t>
      </w:r>
      <w:r>
        <w:rPr>
          <w:b w:val="0"/>
          <w:i w:val="0"/>
          <w:smallCaps w:val="0"/>
          <w:strike w:val="0"/>
          <w:sz w:val="22"/>
          <w:u w:val="single"/>
        </w:rPr>
        <w:t xml:space="preserve"> much more </w:t>
      </w:r>
      <w:r>
        <w:rPr>
          <w:b/>
          <w:i w:val="0"/>
          <w:smallCaps w:val="0"/>
          <w:strike w:val="0"/>
          <w:sz w:val="22"/>
          <w:u w:val="single"/>
        </w:rPr>
        <w:t>atmospheric</w:t>
      </w:r>
      <w:r>
        <w:rPr>
          <w:b w:val="0"/>
          <w:i w:val="0"/>
          <w:smallCaps w:val="0"/>
          <w:strike w:val="0"/>
          <w:sz w:val="22"/>
          <w:u w:val="single"/>
        </w:rPr>
        <w:t xml:space="preserve"> like field </w:t>
      </w:r>
      <w:r>
        <w:rPr>
          <w:b/>
          <w:i w:val="0"/>
          <w:smallCaps w:val="0"/>
          <w:strike w:val="0"/>
          <w:sz w:val="22"/>
          <w:u w:val="single"/>
        </w:rPr>
        <w:t>recordings</w:t>
      </w:r>
      <w:r>
        <w:rPr>
          <w:b w:val="0"/>
          <w:i w:val="0"/>
          <w:smallCaps w:val="0"/>
          <w:strike w:val="0"/>
          <w:sz w:val="22"/>
          <w:u w:val="single"/>
        </w:rPr>
        <w:t xml:space="preserve"> or ambient music, something </w:t>
      </w:r>
      <w:r>
        <w:rPr>
          <w:b/>
          <w:i w:val="0"/>
          <w:smallCaps w:val="0"/>
          <w:strike w:val="0"/>
          <w:sz w:val="22"/>
          <w:highlight w:val="green"/>
          <w:u w:val="single"/>
        </w:rPr>
        <w:t>meandering</w:t>
      </w:r>
      <w:r>
        <w:rPr>
          <w:b w:val="0"/>
          <w:i w:val="0"/>
          <w:smallCaps w:val="0"/>
          <w:strike w:val="0"/>
          <w:sz w:val="22"/>
          <w:highlight w:val="green"/>
          <w:u w:val="single"/>
        </w:rPr>
        <w:t xml:space="preserve"> or aimless</w:t>
      </w:r>
      <w:r>
        <w:rPr>
          <w:b w:val="0"/>
          <w:i w:val="0"/>
          <w:smallCaps w:val="0"/>
          <w:strike w:val="0"/>
          <w:sz w:val="22"/>
          <w:u w:val="single"/>
        </w:rPr>
        <w:t xml:space="preserve">, something </w:t>
      </w:r>
      <w:r>
        <w:rPr>
          <w:b w:val="0"/>
          <w:i w:val="0"/>
          <w:smallCaps w:val="0"/>
          <w:strike w:val="0"/>
          <w:sz w:val="22"/>
          <w:highlight w:val="green"/>
          <w:u w:val="single"/>
        </w:rPr>
        <w:t>without</w:t>
      </w:r>
      <w:r>
        <w:rPr>
          <w:b w:val="0"/>
          <w:i w:val="0"/>
          <w:smallCaps w:val="0"/>
          <w:strike w:val="0"/>
          <w:sz w:val="22"/>
          <w:u w:val="single"/>
        </w:rPr>
        <w:t xml:space="preserve"> </w:t>
      </w:r>
      <w:r>
        <w:rPr>
          <w:b/>
          <w:i w:val="0"/>
          <w:smallCaps w:val="0"/>
          <w:strike w:val="0"/>
          <w:sz w:val="22"/>
          <w:u w:val="single"/>
        </w:rPr>
        <w:t>composition</w:t>
      </w:r>
      <w:r>
        <w:rPr>
          <w:b w:val="0"/>
          <w:i w:val="0"/>
          <w:smallCaps w:val="0"/>
          <w:strike w:val="0"/>
          <w:sz w:val="22"/>
          <w:u w:val="single"/>
        </w:rPr>
        <w:t xml:space="preserve"> or </w:t>
      </w:r>
      <w:r>
        <w:rPr>
          <w:b/>
          <w:i w:val="0"/>
          <w:smallCaps w:val="0"/>
          <w:strike w:val="0"/>
          <w:sz w:val="22"/>
          <w:highlight w:val="green"/>
          <w:u w:val="single"/>
        </w:rPr>
        <w:t>structure</w:t>
      </w:r>
      <w:r>
        <w:rPr>
          <w:b w:val="0"/>
          <w:i w:val="0"/>
          <w:smallCaps w:val="0"/>
          <w:strike w:val="0"/>
          <w:sz w:val="22"/>
          <w:u w:val="single"/>
        </w:rPr>
        <w:t>.</w:t>
      </w:r>
      <w:r>
        <w:rPr>
          <w:b w:val="0"/>
          <w:i w:val="0"/>
          <w:smallCaps w:val="0"/>
          <w:strike w:val="0"/>
          <w:sz w:val="16"/>
          <w:u w:val="none"/>
        </w:rPr>
        <w:t xml:space="preserve"> Perhaps the more attuned listeners would draw on these disparate genres and recognize certain formlessness that they hold in common. </w:t>
      </w:r>
    </w:p>
    <w:p>
      <w:pPr>
        <w:spacing w:after="60"/>
      </w:pPr>
      <w:r>
        <w:rPr>
          <w:b w:val="0"/>
          <w:i w:val="0"/>
          <w:smallCaps w:val="0"/>
          <w:strike w:val="0"/>
          <w:u w:val="none"/>
        </w:rPr>
        <w:t xml:space="preserve">While this formlessness, inarticulacy, or imprecision is a source of derision and controversy for casual listeners of the genre, internet commentators, think-piece writers, and other amateur cultural commenters, I see it instead as something thematically and theoretically important to the music. Rather than rejecting this lyrical ambiguity outright, I see the form of speech that mumble rappers engage in as affective, affecting, and anti-structural; a decentering performance of Black freedom that dismantles hegemonic binaries and carves out a space for Black life. </w:t>
      </w:r>
    </w:p>
    <w:p>
      <w:pPr>
        <w:spacing w:after="60"/>
      </w:pPr>
      <w:r>
        <w:rPr>
          <w:b w:val="0"/>
          <w:i w:val="0"/>
          <w:smallCaps w:val="0"/>
          <w:strike w:val="0"/>
          <w:u w:val="none"/>
        </w:rPr>
        <w:t xml:space="preserve">Their style is deeply musical, but lyrically ambiguous. They turn stutters, coughs, slips of the tongue, and other material realities of speech into music through a vocal delivery that is often semiotically unclear, but dynamic and rich with information. </w:t>
      </w:r>
    </w:p>
    <w:p>
      <w:pPr>
        <w:spacing w:after="60"/>
      </w:pPr>
      <w:r>
        <w:rPr>
          <w:b w:val="0"/>
          <w:i w:val="0"/>
          <w:smallCaps w:val="0"/>
          <w:strike w:val="0"/>
          <w:sz w:val="16"/>
          <w:u w:val="none"/>
        </w:rPr>
        <w:t xml:space="preserve">Whether intentionally or not, these formal qualities push back against the canon of rap music; the most successful mumble rappers are outsiders. While they’re uber-popular with late millennials and a disaffected Generation Z, they don’t go on late-night talk shows or win big awards. It took a fundamentally global phenomenon in Migos and Lil Uzi Vert’s Bad and Boujee to bring mumble rap to Grammys in 2016, years after Migos and Lil Uzi Vert became household names to anyone under 25 years old. They lost to Kendrick Lamar’s DAMN, an album beloved by academics, poets, artists, and cultural commentators for both Kendrick’s dynamic performances and his brilliant lyricism. It has always felt paradoxical to me that mumble rap is discredited thanks to aesthetic expectations for rap that are steeped in classist determinations about value. When Kendrick writes about Compton in his voice it’s worthy of massive praise, but when Lil Durk documents his life in Englewood, it’s seen as violent or negative. Mumble rap has something of a presentation problem. Critics refuse to see the poetry in raggedy speech, in something imprecise or unresolved. </w:t>
      </w:r>
      <w:r>
        <w:rPr>
          <w:b w:val="0"/>
          <w:i w:val="0"/>
          <w:smallCaps w:val="0"/>
          <w:strike w:val="0"/>
          <w:sz w:val="22"/>
          <w:u w:val="single"/>
        </w:rPr>
        <w:t xml:space="preserve">They </w:t>
      </w:r>
      <w:r>
        <w:rPr>
          <w:b w:val="0"/>
          <w:i w:val="0"/>
          <w:smallCaps w:val="0"/>
          <w:strike w:val="0"/>
          <w:sz w:val="22"/>
          <w:highlight w:val="green"/>
          <w:u w:val="single"/>
        </w:rPr>
        <w:t xml:space="preserve">craft </w:t>
      </w:r>
      <w:r>
        <w:rPr>
          <w:b/>
          <w:i w:val="0"/>
          <w:smallCaps w:val="0"/>
          <w:strike w:val="0"/>
          <w:sz w:val="22"/>
          <w:highlight w:val="green"/>
          <w:u w:val="single"/>
        </w:rPr>
        <w:t>portraits</w:t>
      </w:r>
      <w:r>
        <w:rPr>
          <w:b w:val="0"/>
          <w:i w:val="0"/>
          <w:smallCaps w:val="0"/>
          <w:strike w:val="0"/>
          <w:sz w:val="22"/>
          <w:highlight w:val="green"/>
          <w:u w:val="single"/>
        </w:rPr>
        <w:t xml:space="preserve"> of</w:t>
      </w:r>
      <w:r>
        <w:rPr>
          <w:b w:val="0"/>
          <w:i w:val="0"/>
          <w:smallCaps w:val="0"/>
          <w:strike w:val="0"/>
          <w:sz w:val="22"/>
          <w:u w:val="single"/>
        </w:rPr>
        <w:t xml:space="preserve"> their </w:t>
      </w:r>
      <w:r>
        <w:rPr>
          <w:b/>
          <w:i w:val="0"/>
          <w:smallCaps w:val="0"/>
          <w:strike w:val="0"/>
          <w:sz w:val="22"/>
          <w:highlight w:val="green"/>
          <w:u w:val="single"/>
        </w:rPr>
        <w:t>lives</w:t>
      </w:r>
      <w:r>
        <w:rPr>
          <w:b w:val="0"/>
          <w:i w:val="0"/>
          <w:smallCaps w:val="0"/>
          <w:strike w:val="0"/>
          <w:sz w:val="22"/>
          <w:highlight w:val="green"/>
          <w:u w:val="single"/>
        </w:rPr>
        <w:t xml:space="preserve"> as</w:t>
      </w:r>
      <w:r>
        <w:rPr>
          <w:b w:val="0"/>
          <w:i w:val="0"/>
          <w:smallCaps w:val="0"/>
          <w:strike w:val="0"/>
          <w:sz w:val="22"/>
          <w:u w:val="single"/>
        </w:rPr>
        <w:t xml:space="preserve"> they are in an almost </w:t>
      </w:r>
      <w:r>
        <w:rPr>
          <w:b/>
          <w:i w:val="0"/>
          <w:smallCaps w:val="0"/>
          <w:strike w:val="0"/>
          <w:sz w:val="22"/>
          <w:highlight w:val="green"/>
          <w:u w:val="single"/>
        </w:rPr>
        <w:t>stop-motion</w:t>
      </w:r>
      <w:r>
        <w:rPr>
          <w:b w:val="0"/>
          <w:i w:val="0"/>
          <w:smallCaps w:val="0"/>
          <w:strike w:val="0"/>
          <w:sz w:val="22"/>
          <w:u w:val="single"/>
        </w:rPr>
        <w:t xml:space="preserve"> fashion. They move from </w:t>
      </w:r>
      <w:r>
        <w:rPr>
          <w:b/>
          <w:i w:val="0"/>
          <w:smallCaps w:val="0"/>
          <w:strike w:val="0"/>
          <w:sz w:val="22"/>
          <w:u w:val="single"/>
        </w:rPr>
        <w:t>clubs</w:t>
      </w:r>
      <w:r>
        <w:rPr>
          <w:b w:val="0"/>
          <w:i w:val="0"/>
          <w:smallCaps w:val="0"/>
          <w:strike w:val="0"/>
          <w:sz w:val="22"/>
          <w:u w:val="single"/>
        </w:rPr>
        <w:t xml:space="preserve"> to </w:t>
      </w:r>
      <w:r>
        <w:rPr>
          <w:b/>
          <w:i w:val="0"/>
          <w:smallCaps w:val="0"/>
          <w:strike w:val="0"/>
          <w:sz w:val="22"/>
          <w:u w:val="single"/>
        </w:rPr>
        <w:t>Ubers</w:t>
      </w:r>
      <w:r>
        <w:rPr>
          <w:b w:val="0"/>
          <w:i w:val="0"/>
          <w:smallCaps w:val="0"/>
          <w:strike w:val="0"/>
          <w:sz w:val="22"/>
          <w:u w:val="single"/>
        </w:rPr>
        <w:t xml:space="preserve"> to moments </w:t>
      </w:r>
      <w:r>
        <w:rPr>
          <w:b w:val="0"/>
          <w:i w:val="0"/>
          <w:smallCaps w:val="0"/>
          <w:strike w:val="0"/>
          <w:sz w:val="22"/>
          <w:highlight w:val="green"/>
          <w:u w:val="single"/>
        </w:rPr>
        <w:t xml:space="preserve">of extreme emotional </w:t>
      </w:r>
      <w:r>
        <w:rPr>
          <w:b/>
          <w:i w:val="0"/>
          <w:smallCaps w:val="0"/>
          <w:strike w:val="0"/>
          <w:sz w:val="22"/>
          <w:highlight w:val="green"/>
          <w:u w:val="single"/>
        </w:rPr>
        <w:t>intensity</w:t>
      </w:r>
      <w:r>
        <w:rPr>
          <w:b w:val="0"/>
          <w:i w:val="0"/>
          <w:smallCaps w:val="0"/>
          <w:strike w:val="0"/>
          <w:sz w:val="22"/>
          <w:u w:val="single"/>
        </w:rPr>
        <w:t xml:space="preserve"> to street </w:t>
      </w:r>
      <w:r>
        <w:rPr>
          <w:b/>
          <w:i w:val="0"/>
          <w:smallCaps w:val="0"/>
          <w:strike w:val="0"/>
          <w:sz w:val="22"/>
          <w:u w:val="single"/>
        </w:rPr>
        <w:t>fights</w:t>
      </w:r>
      <w:r>
        <w:rPr>
          <w:b w:val="0"/>
          <w:i w:val="0"/>
          <w:smallCaps w:val="0"/>
          <w:strike w:val="0"/>
          <w:sz w:val="22"/>
          <w:u w:val="single"/>
        </w:rPr>
        <w:t xml:space="preserve"> to Paris in streams of </w:t>
      </w:r>
      <w:r>
        <w:rPr>
          <w:b/>
          <w:i w:val="0"/>
          <w:smallCaps w:val="0"/>
          <w:strike w:val="0"/>
          <w:sz w:val="22"/>
          <w:u w:val="single"/>
        </w:rPr>
        <w:t>vignettes</w:t>
      </w:r>
      <w:r>
        <w:rPr>
          <w:b w:val="0"/>
          <w:i w:val="0"/>
          <w:smallCaps w:val="0"/>
          <w:strike w:val="0"/>
          <w:sz w:val="22"/>
          <w:u w:val="single"/>
        </w:rPr>
        <w:t xml:space="preserve"> without necessarily </w:t>
      </w:r>
      <w:r>
        <w:rPr>
          <w:b/>
          <w:i w:val="0"/>
          <w:smallCaps w:val="0"/>
          <w:strike w:val="0"/>
          <w:sz w:val="22"/>
          <w:u w:val="single"/>
        </w:rPr>
        <w:t>stopping</w:t>
      </w:r>
      <w:r>
        <w:rPr>
          <w:b w:val="0"/>
          <w:i w:val="0"/>
          <w:smallCaps w:val="0"/>
          <w:strike w:val="0"/>
          <w:sz w:val="22"/>
          <w:u w:val="single"/>
        </w:rPr>
        <w:t xml:space="preserve"> for critical </w:t>
      </w:r>
      <w:r>
        <w:rPr>
          <w:b/>
          <w:i w:val="0"/>
          <w:smallCaps w:val="0"/>
          <w:strike w:val="0"/>
          <w:sz w:val="22"/>
          <w:u w:val="single"/>
        </w:rPr>
        <w:t>analysis</w:t>
      </w:r>
      <w:r>
        <w:rPr>
          <w:b w:val="0"/>
          <w:i w:val="0"/>
          <w:smallCaps w:val="0"/>
          <w:strike w:val="0"/>
          <w:sz w:val="22"/>
          <w:u w:val="single"/>
        </w:rPr>
        <w:t xml:space="preserve"> or value judgments. They’re excellent </w:t>
      </w:r>
      <w:r>
        <w:rPr>
          <w:b/>
          <w:i w:val="0"/>
          <w:smallCaps w:val="0"/>
          <w:strike w:val="0"/>
          <w:sz w:val="22"/>
          <w:u w:val="single"/>
        </w:rPr>
        <w:t>cinematographers</w:t>
      </w:r>
      <w:r>
        <w:rPr>
          <w:b w:val="0"/>
          <w:i w:val="0"/>
          <w:smallCaps w:val="0"/>
          <w:strike w:val="0"/>
          <w:sz w:val="22"/>
          <w:u w:val="single"/>
        </w:rPr>
        <w:t xml:space="preserve">, </w:t>
      </w:r>
      <w:r>
        <w:rPr>
          <w:b w:val="0"/>
          <w:i w:val="0"/>
          <w:smallCaps w:val="0"/>
          <w:strike w:val="0"/>
          <w:sz w:val="22"/>
          <w:highlight w:val="green"/>
          <w:u w:val="single"/>
        </w:rPr>
        <w:t>showing</w:t>
      </w:r>
      <w:r>
        <w:rPr>
          <w:b w:val="0"/>
          <w:i w:val="0"/>
          <w:smallCaps w:val="0"/>
          <w:strike w:val="0"/>
          <w:sz w:val="22"/>
          <w:u w:val="single"/>
        </w:rPr>
        <w:t xml:space="preserve"> only what’s </w:t>
      </w:r>
      <w:r>
        <w:rPr>
          <w:b/>
          <w:i w:val="0"/>
          <w:smallCaps w:val="0"/>
          <w:strike w:val="0"/>
          <w:sz w:val="22"/>
          <w:highlight w:val="green"/>
          <w:u w:val="single"/>
        </w:rPr>
        <w:t>important</w:t>
      </w:r>
      <w:r>
        <w:rPr>
          <w:b w:val="0"/>
          <w:i w:val="0"/>
          <w:smallCaps w:val="0"/>
          <w:strike w:val="0"/>
          <w:sz w:val="22"/>
          <w:highlight w:val="green"/>
          <w:u w:val="single"/>
        </w:rPr>
        <w:t xml:space="preserve"> to their work</w:t>
      </w:r>
      <w:r>
        <w:rPr>
          <w:b w:val="0"/>
          <w:i w:val="0"/>
          <w:smallCaps w:val="0"/>
          <w:strike w:val="0"/>
          <w:sz w:val="22"/>
          <w:u w:val="single"/>
        </w:rPr>
        <w:t xml:space="preserve"> in a given moment. They might </w:t>
      </w:r>
      <w:r>
        <w:rPr>
          <w:b w:val="0"/>
          <w:i w:val="0"/>
          <w:smallCaps w:val="0"/>
          <w:strike w:val="0"/>
          <w:sz w:val="22"/>
          <w:highlight w:val="green"/>
          <w:u w:val="single"/>
        </w:rPr>
        <w:t>lack</w:t>
      </w:r>
      <w:r>
        <w:rPr>
          <w:b w:val="0"/>
          <w:i w:val="0"/>
          <w:smallCaps w:val="0"/>
          <w:strike w:val="0"/>
          <w:sz w:val="22"/>
          <w:u w:val="single"/>
        </w:rPr>
        <w:t xml:space="preserve"> </w:t>
      </w:r>
      <w:r>
        <w:rPr>
          <w:b/>
          <w:i w:val="0"/>
          <w:smallCaps w:val="0"/>
          <w:strike w:val="0"/>
          <w:sz w:val="22"/>
          <w:u w:val="single"/>
        </w:rPr>
        <w:t>overarching</w:t>
      </w:r>
      <w:r>
        <w:rPr>
          <w:b w:val="0"/>
          <w:i w:val="0"/>
          <w:smallCaps w:val="0"/>
          <w:strike w:val="0"/>
          <w:sz w:val="22"/>
          <w:u w:val="single"/>
        </w:rPr>
        <w:t xml:space="preserve"> </w:t>
      </w:r>
      <w:r>
        <w:rPr>
          <w:b w:val="0"/>
          <w:i w:val="0"/>
          <w:smallCaps w:val="0"/>
          <w:strike w:val="0"/>
          <w:sz w:val="22"/>
          <w:highlight w:val="green"/>
          <w:u w:val="single"/>
        </w:rPr>
        <w:t xml:space="preserve">narratives or happy </w:t>
      </w:r>
      <w:r>
        <w:rPr>
          <w:b/>
          <w:i w:val="0"/>
          <w:smallCaps w:val="0"/>
          <w:strike w:val="0"/>
          <w:sz w:val="22"/>
          <w:highlight w:val="green"/>
          <w:u w:val="single"/>
        </w:rPr>
        <w:t>endings</w:t>
      </w:r>
      <w:r>
        <w:rPr>
          <w:b w:val="0"/>
          <w:i w:val="0"/>
          <w:smallCaps w:val="0"/>
          <w:strike w:val="0"/>
          <w:sz w:val="22"/>
          <w:highlight w:val="green"/>
          <w:u w:val="single"/>
        </w:rPr>
        <w:t>, but that’s</w:t>
      </w:r>
      <w:r>
        <w:rPr>
          <w:b w:val="0"/>
          <w:i w:val="0"/>
          <w:smallCaps w:val="0"/>
          <w:strike w:val="0"/>
          <w:sz w:val="22"/>
          <w:u w:val="single"/>
        </w:rPr>
        <w:t xml:space="preserve"> what allows them to so </w:t>
      </w:r>
      <w:r>
        <w:rPr>
          <w:b/>
          <w:i w:val="0"/>
          <w:smallCaps w:val="0"/>
          <w:strike w:val="0"/>
          <w:sz w:val="22"/>
          <w:highlight w:val="green"/>
          <w:u w:val="single"/>
        </w:rPr>
        <w:t>deftly</w:t>
      </w:r>
      <w:r>
        <w:rPr>
          <w:b w:val="0"/>
          <w:i w:val="0"/>
          <w:smallCaps w:val="0"/>
          <w:strike w:val="0"/>
          <w:sz w:val="22"/>
          <w:u w:val="single"/>
        </w:rPr>
        <w:t xml:space="preserve"> capture the </w:t>
      </w:r>
      <w:r>
        <w:rPr>
          <w:b/>
          <w:i w:val="0"/>
          <w:smallCaps w:val="0"/>
          <w:strike w:val="0"/>
          <w:sz w:val="22"/>
          <w:highlight w:val="green"/>
          <w:u w:val="single"/>
        </w:rPr>
        <w:t>surreal</w:t>
      </w:r>
      <w:r>
        <w:rPr>
          <w:b w:val="0"/>
          <w:i w:val="0"/>
          <w:smallCaps w:val="0"/>
          <w:strike w:val="0"/>
          <w:sz w:val="22"/>
          <w:highlight w:val="green"/>
          <w:u w:val="single"/>
        </w:rPr>
        <w:t xml:space="preserve"> and</w:t>
      </w:r>
      <w:r>
        <w:rPr>
          <w:b w:val="0"/>
          <w:i w:val="0"/>
          <w:smallCaps w:val="0"/>
          <w:strike w:val="0"/>
          <w:sz w:val="22"/>
          <w:u w:val="single"/>
        </w:rPr>
        <w:t xml:space="preserve"> often </w:t>
      </w:r>
      <w:r>
        <w:rPr>
          <w:b/>
          <w:i w:val="0"/>
          <w:smallCaps w:val="0"/>
          <w:strike w:val="0"/>
          <w:sz w:val="22"/>
          <w:u w:val="single"/>
        </w:rPr>
        <w:t>confusing</w:t>
      </w:r>
      <w:r>
        <w:rPr>
          <w:b w:val="0"/>
          <w:i w:val="0"/>
          <w:smallCaps w:val="0"/>
          <w:strike w:val="0"/>
          <w:sz w:val="22"/>
          <w:u w:val="single"/>
        </w:rPr>
        <w:t xml:space="preserve"> </w:t>
      </w:r>
      <w:r>
        <w:rPr>
          <w:b w:val="0"/>
          <w:i w:val="0"/>
          <w:smallCaps w:val="0"/>
          <w:strike w:val="0"/>
          <w:sz w:val="22"/>
          <w:highlight w:val="green"/>
          <w:u w:val="single"/>
        </w:rPr>
        <w:t xml:space="preserve">nature of </w:t>
      </w:r>
      <w:r>
        <w:rPr>
          <w:b/>
          <w:i w:val="0"/>
          <w:smallCaps w:val="0"/>
          <w:strike w:val="0"/>
          <w:sz w:val="22"/>
          <w:highlight w:val="green"/>
          <w:u w:val="single"/>
        </w:rPr>
        <w:t>Black life</w:t>
      </w:r>
      <w:r>
        <w:rPr>
          <w:b w:val="0"/>
          <w:i w:val="0"/>
          <w:smallCaps w:val="0"/>
          <w:strike w:val="0"/>
          <w:sz w:val="22"/>
          <w:u w:val="single"/>
        </w:rPr>
        <w:t xml:space="preserve"> in the United States of America. </w:t>
      </w:r>
    </w:p>
    <w:p>
      <w:pPr>
        <w:spacing w:after="60"/>
      </w:pPr>
      <w:r>
        <w:rPr>
          <w:b w:val="0"/>
          <w:i w:val="0"/>
          <w:smallCaps w:val="0"/>
          <w:strike w:val="0"/>
          <w:u w:val="none"/>
        </w:rPr>
        <w:t xml:space="preserve">Part of this could be that mumble rap is often missing an aspirational character, common in the more culturally acceptable work of Black artists like Kendrick Lamar, Common, Tribe Called Quest, JAY-Z or Kanye West. I deeply cherish works by these artists, but they often appeal to a narrative that the material conditions of Black people can be improved through the hard work and determination of the individual. Mainstream critics often cast them as heroes, who made it out of their depressed neighborhoods through grit and exceptional moral character. These protagonists are victims who rise above their circumstances against all odds to become pillars in their communities and positive influences on the next generation of disenfranchised Black youth. Conversely, the image of mumble rap is unresolved and depressed, filled with all of the bizarre forms, in-between states, and the contradictions of everyday life. This representation of Blackness is likely more problematic, but it is also deeply generative and worthy of deeper investigation. </w:t>
      </w:r>
    </w:p>
    <w:p>
      <w:pPr>
        <w:spacing w:after="60"/>
      </w:pPr>
      <w:r>
        <w:rPr>
          <w:b w:val="0"/>
          <w:i w:val="0"/>
          <w:smallCaps w:val="0"/>
          <w:strike w:val="0"/>
          <w:sz w:val="22"/>
          <w:u w:val="single"/>
        </w:rPr>
        <w:t xml:space="preserve">South Side </w:t>
      </w:r>
      <w:r>
        <w:rPr>
          <w:b/>
          <w:i w:val="0"/>
          <w:smallCaps w:val="0"/>
          <w:strike w:val="0"/>
          <w:sz w:val="22"/>
          <w:u w:val="single"/>
        </w:rPr>
        <w:t>Chicago’s</w:t>
      </w:r>
      <w:r>
        <w:rPr>
          <w:b w:val="0"/>
          <w:i w:val="0"/>
          <w:smallCaps w:val="0"/>
          <w:strike w:val="0"/>
          <w:sz w:val="22"/>
          <w:u w:val="single"/>
        </w:rPr>
        <w:t xml:space="preserve"> Keith Cozart or </w:t>
      </w:r>
      <w:r>
        <w:rPr>
          <w:b/>
          <w:i w:val="0"/>
          <w:smallCaps w:val="0"/>
          <w:strike w:val="0"/>
          <w:sz w:val="22"/>
          <w:u w:val="single"/>
        </w:rPr>
        <w:t>“Chief Keef”</w:t>
      </w:r>
      <w:r>
        <w:rPr>
          <w:b w:val="0"/>
          <w:i w:val="0"/>
          <w:smallCaps w:val="0"/>
          <w:strike w:val="0"/>
          <w:sz w:val="22"/>
          <w:u w:val="single"/>
        </w:rPr>
        <w:t xml:space="preserve"> was born in the </w:t>
      </w:r>
      <w:r>
        <w:rPr>
          <w:b/>
          <w:i w:val="0"/>
          <w:smallCaps w:val="0"/>
          <w:strike w:val="0"/>
          <w:sz w:val="22"/>
          <w:u w:val="single"/>
        </w:rPr>
        <w:t>afterlife</w:t>
      </w:r>
      <w:r>
        <w:rPr>
          <w:b w:val="0"/>
          <w:i w:val="0"/>
          <w:smallCaps w:val="0"/>
          <w:strike w:val="0"/>
          <w:sz w:val="22"/>
          <w:u w:val="single"/>
        </w:rPr>
        <w:t xml:space="preserve"> of slavery: from his earliest moments he was thrust into a </w:t>
      </w:r>
      <w:r>
        <w:rPr>
          <w:b/>
          <w:i w:val="0"/>
          <w:smallCaps w:val="0"/>
          <w:strike w:val="0"/>
          <w:sz w:val="22"/>
          <w:u w:val="single"/>
        </w:rPr>
        <w:t>deeply</w:t>
      </w:r>
      <w:r>
        <w:rPr>
          <w:b w:val="0"/>
          <w:i w:val="0"/>
          <w:smallCaps w:val="0"/>
          <w:strike w:val="0"/>
          <w:sz w:val="22"/>
          <w:u w:val="single"/>
        </w:rPr>
        <w:t xml:space="preserve"> traumatizing world of </w:t>
      </w:r>
      <w:r>
        <w:rPr>
          <w:b/>
          <w:i w:val="0"/>
          <w:smallCaps w:val="0"/>
          <w:strike w:val="0"/>
          <w:sz w:val="22"/>
          <w:u w:val="single"/>
        </w:rPr>
        <w:t>violence</w:t>
      </w:r>
      <w:r>
        <w:rPr>
          <w:b w:val="0"/>
          <w:i w:val="0"/>
          <w:smallCaps w:val="0"/>
          <w:strike w:val="0"/>
          <w:sz w:val="22"/>
          <w:u w:val="single"/>
        </w:rPr>
        <w:t xml:space="preserve"> and </w:t>
      </w:r>
      <w:r>
        <w:rPr>
          <w:b/>
          <w:i w:val="0"/>
          <w:smallCaps w:val="0"/>
          <w:strike w:val="0"/>
          <w:sz w:val="22"/>
          <w:u w:val="single"/>
        </w:rPr>
        <w:t>oppression</w:t>
      </w:r>
      <w:r>
        <w:rPr>
          <w:b w:val="0"/>
          <w:i w:val="0"/>
          <w:smallCaps w:val="0"/>
          <w:strike w:val="0"/>
          <w:sz w:val="22"/>
          <w:u w:val="single"/>
        </w:rPr>
        <w:t xml:space="preserve">, a world without </w:t>
      </w:r>
      <w:r>
        <w:rPr>
          <w:b/>
          <w:i w:val="0"/>
          <w:smallCaps w:val="0"/>
          <w:strike w:val="0"/>
          <w:sz w:val="22"/>
          <w:u w:val="single"/>
        </w:rPr>
        <w:t>refuge</w:t>
      </w:r>
      <w:r>
        <w:rPr>
          <w:b w:val="0"/>
          <w:i w:val="0"/>
          <w:smallCaps w:val="0"/>
          <w:strike w:val="0"/>
          <w:sz w:val="22"/>
          <w:u w:val="single"/>
        </w:rPr>
        <w:t>, especially for young Black men</w:t>
      </w:r>
      <w:r>
        <w:rPr>
          <w:b w:val="0"/>
          <w:i w:val="0"/>
          <w:smallCaps w:val="0"/>
          <w:strike w:val="0"/>
          <w:sz w:val="16"/>
          <w:u w:val="none"/>
        </w:rPr>
        <w:t xml:space="preserve">. He was named after his deceased uncle Keith Carter, who was known as "Big Keef." Chief Keef’s mother was 15 when she had him, the same age at which he dropped out of high school. A year later, Cozart joined a gang and was placed under house arrest for 60 days after firing a gun in Chicago’s Washington Park neighborhood. While under house arrest, Cozart began uploading drill music to his YouTube channel, BigGucci Sosa, with a cadre of other teenage gang members like Lil Reese, Fredo Santana, and Lil Durk. </w:t>
      </w:r>
      <w:r>
        <w:rPr>
          <w:b w:val="0"/>
          <w:i w:val="0"/>
          <w:smallCaps w:val="0"/>
          <w:strike w:val="0"/>
          <w:sz w:val="22"/>
          <w:u w:val="single"/>
        </w:rPr>
        <w:t xml:space="preserve">This music, </w:t>
      </w:r>
      <w:r>
        <w:rPr>
          <w:b/>
          <w:i w:val="0"/>
          <w:smallCaps w:val="0"/>
          <w:strike w:val="0"/>
          <w:sz w:val="22"/>
          <w:u w:val="single"/>
        </w:rPr>
        <w:t>drill</w:t>
      </w:r>
      <w:r>
        <w:rPr>
          <w:b w:val="0"/>
          <w:i w:val="0"/>
          <w:smallCaps w:val="0"/>
          <w:strike w:val="0"/>
          <w:sz w:val="22"/>
          <w:u w:val="single"/>
        </w:rPr>
        <w:t xml:space="preserve"> music, featured improvised </w:t>
      </w:r>
      <w:r>
        <w:rPr>
          <w:b/>
          <w:i w:val="0"/>
          <w:smallCaps w:val="0"/>
          <w:strike w:val="0"/>
          <w:sz w:val="22"/>
          <w:u w:val="single"/>
        </w:rPr>
        <w:t>vocals</w:t>
      </w:r>
      <w:r>
        <w:rPr>
          <w:b w:val="0"/>
          <w:i w:val="0"/>
          <w:smallCaps w:val="0"/>
          <w:strike w:val="0"/>
          <w:sz w:val="22"/>
          <w:u w:val="single"/>
        </w:rPr>
        <w:t xml:space="preserve">, lyrics about everyday </w:t>
      </w:r>
      <w:r>
        <w:rPr>
          <w:b/>
          <w:i w:val="0"/>
          <w:smallCaps w:val="0"/>
          <w:strike w:val="0"/>
          <w:sz w:val="22"/>
          <w:u w:val="single"/>
        </w:rPr>
        <w:t>Black life</w:t>
      </w:r>
      <w:r>
        <w:rPr>
          <w:b w:val="0"/>
          <w:i w:val="0"/>
          <w:smallCaps w:val="0"/>
          <w:strike w:val="0"/>
          <w:sz w:val="22"/>
          <w:u w:val="single"/>
        </w:rPr>
        <w:t xml:space="preserve"> under </w:t>
      </w:r>
      <w:r>
        <w:rPr>
          <w:b/>
          <w:i w:val="0"/>
          <w:smallCaps w:val="0"/>
          <w:strike w:val="0"/>
          <w:sz w:val="22"/>
          <w:u w:val="single"/>
        </w:rPr>
        <w:t>neoliberalism</w:t>
      </w:r>
      <w:r>
        <w:rPr>
          <w:b w:val="0"/>
          <w:i w:val="0"/>
          <w:smallCaps w:val="0"/>
          <w:strike w:val="0"/>
          <w:sz w:val="22"/>
          <w:u w:val="single"/>
        </w:rPr>
        <w:t xml:space="preserve">, frenetic, borderline </w:t>
      </w:r>
      <w:r>
        <w:rPr>
          <w:b/>
          <w:i w:val="0"/>
          <w:smallCaps w:val="0"/>
          <w:strike w:val="0"/>
          <w:sz w:val="22"/>
          <w:u w:val="single"/>
        </w:rPr>
        <w:t>polyrhythmic</w:t>
      </w:r>
      <w:r>
        <w:rPr>
          <w:b w:val="0"/>
          <w:i w:val="0"/>
          <w:smallCaps w:val="0"/>
          <w:strike w:val="0"/>
          <w:sz w:val="22"/>
          <w:u w:val="single"/>
        </w:rPr>
        <w:t xml:space="preserve"> hi-hat and snare patterns, booming </w:t>
      </w:r>
      <w:r>
        <w:rPr>
          <w:b/>
          <w:i w:val="0"/>
          <w:smallCaps w:val="0"/>
          <w:strike w:val="0"/>
          <w:sz w:val="22"/>
          <w:u w:val="single"/>
        </w:rPr>
        <w:t>808</w:t>
      </w:r>
      <w:r>
        <w:rPr>
          <w:b w:val="0"/>
          <w:i w:val="0"/>
          <w:smallCaps w:val="0"/>
          <w:strike w:val="0"/>
          <w:sz w:val="22"/>
          <w:u w:val="single"/>
        </w:rPr>
        <w:t xml:space="preserve"> basslines, and bright </w:t>
      </w:r>
      <w:r>
        <w:rPr>
          <w:b/>
          <w:i w:val="0"/>
          <w:smallCaps w:val="0"/>
          <w:strike w:val="0"/>
          <w:sz w:val="22"/>
          <w:u w:val="single"/>
        </w:rPr>
        <w:t>synthesizers</w:t>
      </w:r>
      <w:r>
        <w:rPr>
          <w:b w:val="0"/>
          <w:i w:val="0"/>
          <w:smallCaps w:val="0"/>
          <w:strike w:val="0"/>
          <w:sz w:val="22"/>
          <w:u w:val="single"/>
        </w:rPr>
        <w:t xml:space="preserve">. The sound of drill was heavily influenced by Atlanta's </w:t>
      </w:r>
      <w:r>
        <w:rPr>
          <w:b/>
          <w:i w:val="0"/>
          <w:smallCaps w:val="0"/>
          <w:strike w:val="0"/>
          <w:sz w:val="22"/>
          <w:u w:val="single"/>
        </w:rPr>
        <w:t>Lex Luger</w:t>
      </w:r>
      <w:r>
        <w:rPr>
          <w:b w:val="0"/>
          <w:i w:val="0"/>
          <w:smallCaps w:val="0"/>
          <w:strike w:val="0"/>
          <w:sz w:val="22"/>
          <w:u w:val="single"/>
        </w:rPr>
        <w:t xml:space="preserve">, while simultaneously laying the </w:t>
      </w:r>
      <w:r>
        <w:rPr>
          <w:b/>
          <w:i w:val="0"/>
          <w:smallCaps w:val="0"/>
          <w:strike w:val="0"/>
          <w:sz w:val="22"/>
          <w:u w:val="single"/>
        </w:rPr>
        <w:t>groundwork</w:t>
      </w:r>
      <w:r>
        <w:rPr>
          <w:b w:val="0"/>
          <w:i w:val="0"/>
          <w:smallCaps w:val="0"/>
          <w:strike w:val="0"/>
          <w:sz w:val="22"/>
          <w:u w:val="single"/>
        </w:rPr>
        <w:t xml:space="preserve"> for the next generation of </w:t>
      </w:r>
      <w:r>
        <w:rPr>
          <w:b/>
          <w:i w:val="0"/>
          <w:smallCaps w:val="0"/>
          <w:strike w:val="0"/>
          <w:sz w:val="22"/>
          <w:u w:val="single"/>
        </w:rPr>
        <w:t>trap stars</w:t>
      </w:r>
      <w:r>
        <w:rPr>
          <w:b w:val="0"/>
          <w:i w:val="0"/>
          <w:smallCaps w:val="0"/>
          <w:strike w:val="0"/>
          <w:sz w:val="22"/>
          <w:u w:val="single"/>
        </w:rPr>
        <w:t xml:space="preserve"> like Playboi </w:t>
      </w:r>
      <w:r>
        <w:rPr>
          <w:b/>
          <w:i w:val="0"/>
          <w:smallCaps w:val="0"/>
          <w:strike w:val="0"/>
          <w:sz w:val="22"/>
          <w:u w:val="single"/>
        </w:rPr>
        <w:t>Carti</w:t>
      </w:r>
      <w:r>
        <w:rPr>
          <w:b w:val="0"/>
          <w:i w:val="0"/>
          <w:smallCaps w:val="0"/>
          <w:strike w:val="0"/>
          <w:sz w:val="22"/>
          <w:u w:val="single"/>
        </w:rPr>
        <w:t xml:space="preserve"> and Lil </w:t>
      </w:r>
      <w:r>
        <w:rPr>
          <w:b/>
          <w:i w:val="0"/>
          <w:smallCaps w:val="0"/>
          <w:strike w:val="0"/>
          <w:sz w:val="22"/>
          <w:u w:val="single"/>
        </w:rPr>
        <w:t>Uzi</w:t>
      </w:r>
      <w:r>
        <w:rPr>
          <w:b w:val="0"/>
          <w:i w:val="0"/>
          <w:smallCaps w:val="0"/>
          <w:strike w:val="0"/>
          <w:sz w:val="22"/>
          <w:u w:val="single"/>
        </w:rPr>
        <w:t xml:space="preserve"> Vert. Keef and his collective’s music </w:t>
      </w:r>
      <w:r>
        <w:rPr>
          <w:b/>
          <w:i w:val="0"/>
          <w:smallCaps w:val="0"/>
          <w:strike w:val="0"/>
          <w:sz w:val="22"/>
          <w:u w:val="single"/>
        </w:rPr>
        <w:t>passed through</w:t>
      </w:r>
      <w:r>
        <w:rPr>
          <w:b w:val="0"/>
          <w:i w:val="0"/>
          <w:smallCaps w:val="0"/>
          <w:strike w:val="0"/>
          <w:sz w:val="22"/>
          <w:u w:val="single"/>
        </w:rPr>
        <w:t xml:space="preserve"> Chicago’s high schools, house parties, parks and cars, but it was through the </w:t>
      </w:r>
      <w:r>
        <w:rPr>
          <w:b/>
          <w:i w:val="0"/>
          <w:smallCaps w:val="0"/>
          <w:strike w:val="0"/>
          <w:sz w:val="22"/>
          <w:u w:val="single"/>
        </w:rPr>
        <w:t>internet</w:t>
      </w:r>
      <w:r>
        <w:rPr>
          <w:b w:val="0"/>
          <w:i w:val="0"/>
          <w:smallCaps w:val="0"/>
          <w:strike w:val="0"/>
          <w:sz w:val="22"/>
          <w:u w:val="single"/>
        </w:rPr>
        <w:t xml:space="preserve"> that Chief Keef entered a truly </w:t>
      </w:r>
      <w:r>
        <w:rPr>
          <w:b/>
          <w:i w:val="0"/>
          <w:smallCaps w:val="0"/>
          <w:strike w:val="0"/>
          <w:sz w:val="22"/>
          <w:u w:val="single"/>
        </w:rPr>
        <w:t>stratospheric</w:t>
      </w:r>
      <w:r>
        <w:rPr>
          <w:b w:val="0"/>
          <w:i w:val="0"/>
          <w:smallCaps w:val="0"/>
          <w:strike w:val="0"/>
          <w:sz w:val="22"/>
          <w:u w:val="single"/>
        </w:rPr>
        <w:t xml:space="preserve"> height. </w:t>
      </w:r>
      <w:r>
        <w:rPr>
          <w:b w:val="0"/>
          <w:i w:val="0"/>
          <w:smallCaps w:val="0"/>
          <w:strike w:val="0"/>
          <w:sz w:val="16"/>
          <w:u w:val="none"/>
        </w:rPr>
        <w:t xml:space="preserve">His anthemic “I Don’t Like” became a mainstay in Chicago’s party circuit and the perfect punch in the face of punitive neoliberalism, because as one party promoter tightly summarized it “****** just hate everything out here.” I Don’t Like, which features Lil Durk over a bell and synthesizer laden production by South Side native Young Chop is an Afropessimist experiment in spontaneous energy, an emphatic disavowal of the punitive neoliberal order. The powerful chorus, one that is profoundly resonant with a disaffected and trapped generation, is a floating list of the categories of people Chief Keef doesn’t like: fakes, snitches, bitches and sneak dissers alike. His target is amorphous and infinitely broad in scope. </w:t>
      </w:r>
      <w:r>
        <w:rPr>
          <w:b w:val="0"/>
          <w:i w:val="0"/>
          <w:smallCaps w:val="0"/>
          <w:strike w:val="0"/>
          <w:sz w:val="22"/>
          <w:u w:val="single"/>
        </w:rPr>
        <w:t xml:space="preserve">We have all been </w:t>
      </w:r>
      <w:r>
        <w:rPr>
          <w:b/>
          <w:i w:val="0"/>
          <w:smallCaps w:val="0"/>
          <w:strike w:val="0"/>
          <w:sz w:val="22"/>
          <w:u w:val="single"/>
        </w:rPr>
        <w:t>guilty of being</w:t>
      </w:r>
      <w:r>
        <w:rPr>
          <w:b w:val="0"/>
          <w:i w:val="0"/>
          <w:smallCaps w:val="0"/>
          <w:strike w:val="0"/>
          <w:sz w:val="22"/>
          <w:u w:val="single"/>
        </w:rPr>
        <w:t xml:space="preserve"> and come across these types of people and so the </w:t>
      </w:r>
      <w:r>
        <w:rPr>
          <w:b/>
          <w:i w:val="0"/>
          <w:smallCaps w:val="0"/>
          <w:strike w:val="0"/>
          <w:sz w:val="22"/>
          <w:u w:val="single"/>
        </w:rPr>
        <w:t>power</w:t>
      </w:r>
      <w:r>
        <w:rPr>
          <w:b w:val="0"/>
          <w:i w:val="0"/>
          <w:smallCaps w:val="0"/>
          <w:strike w:val="0"/>
          <w:sz w:val="22"/>
          <w:u w:val="single"/>
        </w:rPr>
        <w:t xml:space="preserve"> isn't necessarily about the </w:t>
      </w:r>
      <w:r>
        <w:rPr>
          <w:b/>
          <w:i w:val="0"/>
          <w:smallCaps w:val="0"/>
          <w:strike w:val="0"/>
          <w:sz w:val="22"/>
          <w:u w:val="single"/>
        </w:rPr>
        <w:t>precision</w:t>
      </w:r>
      <w:r>
        <w:rPr>
          <w:b w:val="0"/>
          <w:i w:val="0"/>
          <w:smallCaps w:val="0"/>
          <w:strike w:val="0"/>
          <w:sz w:val="22"/>
          <w:u w:val="single"/>
        </w:rPr>
        <w:t xml:space="preserve"> of this diagnostic, but the </w:t>
      </w:r>
      <w:r>
        <w:rPr>
          <w:b/>
          <w:i w:val="0"/>
          <w:smallCaps w:val="0"/>
          <w:strike w:val="0"/>
          <w:sz w:val="22"/>
          <w:u w:val="single"/>
        </w:rPr>
        <w:t>simplicity</w:t>
      </w:r>
      <w:r>
        <w:rPr>
          <w:b w:val="0"/>
          <w:i w:val="0"/>
          <w:smallCaps w:val="0"/>
          <w:strike w:val="0"/>
          <w:sz w:val="22"/>
          <w:u w:val="single"/>
        </w:rPr>
        <w:t xml:space="preserve"> and </w:t>
      </w:r>
      <w:r>
        <w:rPr>
          <w:b/>
          <w:i w:val="0"/>
          <w:smallCaps w:val="0"/>
          <w:strike w:val="0"/>
          <w:sz w:val="22"/>
          <w:u w:val="single"/>
        </w:rPr>
        <w:t>relatability</w:t>
      </w:r>
      <w:r>
        <w:rPr>
          <w:b w:val="0"/>
          <w:i w:val="0"/>
          <w:smallCaps w:val="0"/>
          <w:strike w:val="0"/>
          <w:sz w:val="22"/>
          <w:u w:val="single"/>
        </w:rPr>
        <w:t xml:space="preserve"> of the text. It’s memetic, fans can enter this song as they </w:t>
      </w:r>
      <w:r>
        <w:rPr>
          <w:b/>
          <w:i w:val="0"/>
          <w:smallCaps w:val="0"/>
          <w:strike w:val="0"/>
          <w:sz w:val="22"/>
          <w:u w:val="single"/>
        </w:rPr>
        <w:t>choose</w:t>
      </w:r>
      <w:r>
        <w:rPr>
          <w:b w:val="0"/>
          <w:i w:val="0"/>
          <w:smallCaps w:val="0"/>
          <w:strike w:val="0"/>
          <w:sz w:val="22"/>
          <w:u w:val="single"/>
        </w:rPr>
        <w:t xml:space="preserve"> and they’re instantly </w:t>
      </w:r>
      <w:r>
        <w:rPr>
          <w:b/>
          <w:i w:val="0"/>
          <w:smallCaps w:val="0"/>
          <w:strike w:val="0"/>
          <w:sz w:val="22"/>
          <w:u w:val="single"/>
        </w:rPr>
        <w:t>exposed</w:t>
      </w:r>
      <w:r>
        <w:rPr>
          <w:b w:val="0"/>
          <w:i w:val="0"/>
          <w:smallCaps w:val="0"/>
          <w:strike w:val="0"/>
          <w:sz w:val="22"/>
          <w:u w:val="single"/>
        </w:rPr>
        <w:t xml:space="preserve"> to the </w:t>
      </w:r>
      <w:r>
        <w:rPr>
          <w:b/>
          <w:i w:val="0"/>
          <w:smallCaps w:val="0"/>
          <w:strike w:val="0"/>
          <w:sz w:val="22"/>
          <w:u w:val="single"/>
        </w:rPr>
        <w:t>intensity</w:t>
      </w:r>
      <w:r>
        <w:rPr>
          <w:b w:val="0"/>
          <w:i w:val="0"/>
          <w:smallCaps w:val="0"/>
          <w:strike w:val="0"/>
          <w:sz w:val="22"/>
          <w:u w:val="single"/>
        </w:rPr>
        <w:t xml:space="preserve"> of Chief Keef’s scathing assault on </w:t>
      </w:r>
      <w:r>
        <w:rPr>
          <w:b/>
          <w:i w:val="0"/>
          <w:smallCaps w:val="0"/>
          <w:strike w:val="0"/>
          <w:sz w:val="22"/>
          <w:u w:val="single"/>
        </w:rPr>
        <w:t>dishonesty</w:t>
      </w:r>
      <w:r>
        <w:rPr>
          <w:b w:val="0"/>
          <w:i w:val="0"/>
          <w:smallCaps w:val="0"/>
          <w:strike w:val="0"/>
          <w:sz w:val="22"/>
          <w:u w:val="single"/>
        </w:rPr>
        <w:t xml:space="preserve">, cowardice, and sneakiness. Through his </w:t>
      </w:r>
      <w:r>
        <w:rPr>
          <w:b/>
          <w:i w:val="0"/>
          <w:smallCaps w:val="0"/>
          <w:strike w:val="0"/>
          <w:sz w:val="22"/>
          <w:u w:val="single"/>
        </w:rPr>
        <w:t>music</w:t>
      </w:r>
      <w:r>
        <w:rPr>
          <w:b w:val="0"/>
          <w:i w:val="0"/>
          <w:smallCaps w:val="0"/>
          <w:strike w:val="0"/>
          <w:sz w:val="22"/>
          <w:u w:val="single"/>
        </w:rPr>
        <w:t xml:space="preserve">, he seizes </w:t>
      </w:r>
      <w:r>
        <w:rPr>
          <w:b/>
          <w:i w:val="0"/>
          <w:smallCaps w:val="0"/>
          <w:strike w:val="0"/>
          <w:sz w:val="22"/>
          <w:u w:val="single"/>
        </w:rPr>
        <w:t>power</w:t>
      </w:r>
      <w:r>
        <w:rPr>
          <w:b w:val="0"/>
          <w:i w:val="0"/>
          <w:smallCaps w:val="0"/>
          <w:strike w:val="0"/>
          <w:sz w:val="22"/>
          <w:u w:val="single"/>
        </w:rPr>
        <w:t xml:space="preserve">, strength, and otherwise unusual confidence </w:t>
      </w:r>
      <w:r>
        <w:rPr>
          <w:b/>
          <w:i w:val="0"/>
          <w:smallCaps w:val="0"/>
          <w:strike w:val="0"/>
          <w:sz w:val="22"/>
          <w:u w:val="single"/>
        </w:rPr>
        <w:t>given</w:t>
      </w:r>
      <w:r>
        <w:rPr>
          <w:b w:val="0"/>
          <w:i w:val="0"/>
          <w:smallCaps w:val="0"/>
          <w:strike w:val="0"/>
          <w:sz w:val="22"/>
          <w:u w:val="single"/>
        </w:rPr>
        <w:t xml:space="preserve"> his material </w:t>
      </w:r>
      <w:r>
        <w:rPr>
          <w:b/>
          <w:i w:val="0"/>
          <w:smallCaps w:val="0"/>
          <w:strike w:val="0"/>
          <w:sz w:val="22"/>
          <w:u w:val="single"/>
        </w:rPr>
        <w:t>circumstances</w:t>
      </w:r>
      <w:r>
        <w:rPr>
          <w:b w:val="0"/>
          <w:i w:val="0"/>
          <w:smallCaps w:val="0"/>
          <w:strike w:val="0"/>
          <w:sz w:val="22"/>
          <w:u w:val="single"/>
        </w:rPr>
        <w:t xml:space="preserve">. </w:t>
      </w:r>
    </w:p>
    <w:p>
      <w:pPr>
        <w:spacing w:after="60"/>
      </w:pPr>
      <w:r>
        <w:rPr>
          <w:b w:val="0"/>
          <w:i w:val="0"/>
          <w:smallCaps w:val="0"/>
          <w:strike w:val="0"/>
          <w:sz w:val="22"/>
          <w:u w:val="single"/>
        </w:rPr>
        <w:t xml:space="preserve">In this </w:t>
      </w:r>
      <w:r>
        <w:rPr>
          <w:b w:val="0"/>
          <w:i w:val="0"/>
          <w:smallCaps w:val="0"/>
          <w:strike w:val="0"/>
          <w:sz w:val="22"/>
          <w:highlight w:val="green"/>
          <w:u w:val="single"/>
        </w:rPr>
        <w:t>introduction</w:t>
      </w:r>
      <w:r>
        <w:rPr>
          <w:b w:val="0"/>
          <w:i w:val="0"/>
          <w:smallCaps w:val="0"/>
          <w:strike w:val="0"/>
          <w:sz w:val="22"/>
          <w:u w:val="single"/>
        </w:rPr>
        <w:t xml:space="preserve"> to his late 2020 offering, </w:t>
      </w:r>
      <w:r>
        <w:rPr>
          <w:b/>
          <w:i w:val="0"/>
          <w:smallCaps w:val="0"/>
          <w:strike w:val="0"/>
          <w:sz w:val="22"/>
          <w:highlight w:val="green"/>
          <w:u w:val="single"/>
        </w:rPr>
        <w:t>Whole Lotta Red</w:t>
      </w:r>
      <w:r>
        <w:rPr>
          <w:b/>
          <w:i w:val="0"/>
          <w:smallCaps w:val="0"/>
          <w:strike w:val="0"/>
          <w:sz w:val="22"/>
          <w:u w:val="single"/>
        </w:rPr>
        <w:t>,</w:t>
      </w:r>
      <w:r>
        <w:rPr>
          <w:b w:val="0"/>
          <w:i w:val="0"/>
          <w:smallCaps w:val="0"/>
          <w:strike w:val="0"/>
          <w:sz w:val="22"/>
          <w:u w:val="single"/>
        </w:rPr>
        <w:t xml:space="preserve"> mumble rapper Playboi </w:t>
      </w:r>
      <w:r>
        <w:rPr>
          <w:b w:val="0"/>
          <w:i w:val="0"/>
          <w:smallCaps w:val="0"/>
          <w:strike w:val="0"/>
          <w:sz w:val="22"/>
          <w:highlight w:val="green"/>
          <w:u w:val="single"/>
        </w:rPr>
        <w:t>Carti</w:t>
      </w:r>
      <w:r>
        <w:rPr>
          <w:b w:val="0"/>
          <w:i w:val="0"/>
          <w:smallCaps w:val="0"/>
          <w:strike w:val="0"/>
          <w:sz w:val="22"/>
          <w:u w:val="single"/>
        </w:rPr>
        <w:t xml:space="preserve"> seems to </w:t>
      </w:r>
      <w:r>
        <w:rPr>
          <w:b w:val="0"/>
          <w:i w:val="0"/>
          <w:smallCaps w:val="0"/>
          <w:strike w:val="0"/>
          <w:sz w:val="22"/>
          <w:highlight w:val="green"/>
          <w:u w:val="single"/>
        </w:rPr>
        <w:t xml:space="preserve">respond to surplus </w:t>
      </w:r>
      <w:r>
        <w:rPr>
          <w:b/>
          <w:i w:val="0"/>
          <w:smallCaps w:val="0"/>
          <w:strike w:val="0"/>
          <w:sz w:val="22"/>
          <w:highlight w:val="green"/>
          <w:u w:val="single"/>
        </w:rPr>
        <w:t>outlined</w:t>
      </w:r>
      <w:r>
        <w:rPr>
          <w:b w:val="0"/>
          <w:i w:val="0"/>
          <w:smallCaps w:val="0"/>
          <w:strike w:val="0"/>
          <w:sz w:val="22"/>
          <w:u w:val="single"/>
        </w:rPr>
        <w:t xml:space="preserve"> earlier </w:t>
      </w:r>
      <w:r>
        <w:rPr>
          <w:b w:val="0"/>
          <w:i w:val="0"/>
          <w:smallCaps w:val="0"/>
          <w:strike w:val="0"/>
          <w:sz w:val="22"/>
          <w:highlight w:val="green"/>
          <w:u w:val="single"/>
        </w:rPr>
        <w:t>in</w:t>
      </w:r>
      <w:r>
        <w:rPr>
          <w:b w:val="0"/>
          <w:i w:val="0"/>
          <w:smallCaps w:val="0"/>
          <w:strike w:val="0"/>
          <w:sz w:val="22"/>
          <w:u w:val="single"/>
        </w:rPr>
        <w:t xml:space="preserve"> the work of </w:t>
      </w:r>
      <w:r>
        <w:rPr>
          <w:b/>
          <w:i w:val="0"/>
          <w:smallCaps w:val="0"/>
          <w:strike w:val="0"/>
          <w:sz w:val="22"/>
          <w:u w:val="single"/>
        </w:rPr>
        <w:t xml:space="preserve">Fred </w:t>
      </w:r>
      <w:r>
        <w:rPr>
          <w:b/>
          <w:i w:val="0"/>
          <w:smallCaps w:val="0"/>
          <w:strike w:val="0"/>
          <w:sz w:val="22"/>
          <w:highlight w:val="green"/>
          <w:u w:val="single"/>
        </w:rPr>
        <w:t>Moten</w:t>
      </w:r>
      <w:r>
        <w:rPr>
          <w:b/>
          <w:i w:val="0"/>
          <w:smallCaps w:val="0"/>
          <w:strike w:val="0"/>
          <w:sz w:val="22"/>
          <w:u w:val="single"/>
        </w:rPr>
        <w:t xml:space="preserve"> </w:t>
      </w:r>
      <w:r>
        <w:rPr>
          <w:b w:val="0"/>
          <w:i w:val="0"/>
          <w:smallCaps w:val="0"/>
          <w:strike w:val="0"/>
          <w:sz w:val="22"/>
          <w:u w:val="single"/>
        </w:rPr>
        <w:t xml:space="preserve">with his constant, repeated refrain of </w:t>
      </w:r>
      <w:r>
        <w:rPr>
          <w:b/>
          <w:i w:val="0"/>
          <w:smallCaps w:val="0"/>
          <w:strike w:val="0"/>
          <w:sz w:val="22"/>
          <w:highlight w:val="green"/>
          <w:u w:val="single"/>
        </w:rPr>
        <w:t>“Never too much”</w:t>
      </w:r>
      <w:r>
        <w:rPr>
          <w:b w:val="0"/>
          <w:i w:val="0"/>
          <w:smallCaps w:val="0"/>
          <w:strike w:val="0"/>
          <w:sz w:val="22"/>
          <w:highlight w:val="green"/>
          <w:u w:val="single"/>
        </w:rPr>
        <w:t xml:space="preserve"> over</w:t>
      </w:r>
      <w:r>
        <w:rPr>
          <w:b w:val="0"/>
          <w:i w:val="0"/>
          <w:smallCaps w:val="0"/>
          <w:strike w:val="0"/>
          <w:sz w:val="22"/>
          <w:u w:val="single"/>
        </w:rPr>
        <w:t xml:space="preserve"> a rumbling, </w:t>
      </w:r>
      <w:r>
        <w:rPr>
          <w:b/>
          <w:i w:val="0"/>
          <w:smallCaps w:val="0"/>
          <w:strike w:val="0"/>
          <w:sz w:val="22"/>
          <w:highlight w:val="green"/>
          <w:u w:val="single"/>
        </w:rPr>
        <w:t>distorted</w:t>
      </w:r>
      <w:r>
        <w:rPr>
          <w:b w:val="0"/>
          <w:i w:val="0"/>
          <w:smallCaps w:val="0"/>
          <w:strike w:val="0"/>
          <w:sz w:val="22"/>
          <w:highlight w:val="green"/>
          <w:u w:val="single"/>
        </w:rPr>
        <w:t xml:space="preserve"> beat</w:t>
      </w:r>
      <w:r>
        <w:rPr>
          <w:b w:val="0"/>
          <w:i w:val="0"/>
          <w:smallCaps w:val="0"/>
          <w:strike w:val="0"/>
          <w:sz w:val="22"/>
          <w:u w:val="single"/>
        </w:rPr>
        <w:t xml:space="preserve">. We as an audience are left to speculate, </w:t>
      </w:r>
      <w:r>
        <w:rPr>
          <w:b/>
          <w:i w:val="0"/>
          <w:smallCaps w:val="0"/>
          <w:strike w:val="0"/>
          <w:sz w:val="22"/>
          <w:highlight w:val="green"/>
          <w:u w:val="single"/>
        </w:rPr>
        <w:t>“what is</w:t>
      </w:r>
      <w:r>
        <w:rPr>
          <w:b w:val="0"/>
          <w:i w:val="0"/>
          <w:smallCaps w:val="0"/>
          <w:strike w:val="0"/>
          <w:sz w:val="22"/>
          <w:highlight w:val="green"/>
          <w:u w:val="single"/>
        </w:rPr>
        <w:t xml:space="preserve"> never too much?”</w:t>
      </w:r>
      <w:r>
        <w:rPr>
          <w:b w:val="0"/>
          <w:i w:val="0"/>
          <w:smallCaps w:val="0"/>
          <w:strike w:val="0"/>
          <w:sz w:val="22"/>
          <w:u w:val="single"/>
        </w:rPr>
        <w:t xml:space="preserve"> Perhaps this </w:t>
      </w:r>
      <w:r>
        <w:rPr>
          <w:b/>
          <w:i w:val="0"/>
          <w:smallCaps w:val="0"/>
          <w:strike w:val="0"/>
          <w:sz w:val="22"/>
          <w:u w:val="single"/>
        </w:rPr>
        <w:t>refers</w:t>
      </w:r>
      <w:r>
        <w:rPr>
          <w:b w:val="0"/>
          <w:i w:val="0"/>
          <w:smallCaps w:val="0"/>
          <w:strike w:val="0"/>
          <w:sz w:val="22"/>
          <w:u w:val="single"/>
        </w:rPr>
        <w:t xml:space="preserve"> to bling, the </w:t>
      </w:r>
      <w:r>
        <w:rPr>
          <w:b w:val="0"/>
          <w:i w:val="0"/>
          <w:smallCaps w:val="0"/>
          <w:strike w:val="0"/>
          <w:sz w:val="22"/>
          <w:highlight w:val="green"/>
          <w:u w:val="single"/>
        </w:rPr>
        <w:t>unending desire for</w:t>
      </w:r>
      <w:r>
        <w:rPr>
          <w:b w:val="0"/>
          <w:i w:val="0"/>
          <w:smallCaps w:val="0"/>
          <w:strike w:val="0"/>
          <w:sz w:val="22"/>
          <w:u w:val="single"/>
        </w:rPr>
        <w:t xml:space="preserve"> </w:t>
      </w:r>
      <w:r>
        <w:rPr>
          <w:b/>
          <w:i w:val="0"/>
          <w:smallCaps w:val="0"/>
          <w:strike w:val="0"/>
          <w:sz w:val="22"/>
          <w:u w:val="single"/>
        </w:rPr>
        <w:t>material</w:t>
      </w:r>
      <w:r>
        <w:rPr>
          <w:b w:val="0"/>
          <w:i w:val="0"/>
          <w:smallCaps w:val="0"/>
          <w:strike w:val="0"/>
          <w:sz w:val="22"/>
          <w:u w:val="single"/>
        </w:rPr>
        <w:t xml:space="preserve"> </w:t>
      </w:r>
      <w:r>
        <w:rPr>
          <w:b w:val="0"/>
          <w:i w:val="0"/>
          <w:smallCaps w:val="0"/>
          <w:strike w:val="0"/>
          <w:sz w:val="22"/>
          <w:highlight w:val="green"/>
          <w:u w:val="single"/>
        </w:rPr>
        <w:t>gains</w:t>
      </w:r>
      <w:r>
        <w:rPr>
          <w:b w:val="0"/>
          <w:i w:val="0"/>
          <w:smallCaps w:val="0"/>
          <w:strike w:val="0"/>
          <w:sz w:val="22"/>
          <w:u w:val="single"/>
        </w:rPr>
        <w:t xml:space="preserve"> that has become synonymous with hip hop. </w:t>
      </w:r>
      <w:r>
        <w:rPr>
          <w:b w:val="0"/>
          <w:i w:val="0"/>
          <w:smallCaps w:val="0"/>
          <w:strike w:val="0"/>
          <w:sz w:val="22"/>
          <w:u w:val="none"/>
        </w:rPr>
        <w:t xml:space="preserve">In the music of Carti and his peers, there is never too much material value, but there is also never too much affective value. </w:t>
      </w:r>
      <w:r>
        <w:rPr>
          <w:b w:val="0"/>
          <w:i w:val="0"/>
          <w:smallCaps w:val="0"/>
          <w:strike w:val="0"/>
          <w:sz w:val="22"/>
          <w:u w:val="single"/>
        </w:rPr>
        <w:t xml:space="preserve">To quote another of his peers, Lil </w:t>
      </w:r>
      <w:r>
        <w:rPr>
          <w:b/>
          <w:i w:val="0"/>
          <w:smallCaps w:val="0"/>
          <w:strike w:val="0"/>
          <w:sz w:val="22"/>
          <w:highlight w:val="green"/>
          <w:u w:val="single"/>
        </w:rPr>
        <w:t>Uzi</w:t>
      </w:r>
      <w:r>
        <w:rPr>
          <w:b w:val="0"/>
          <w:i w:val="0"/>
          <w:smallCaps w:val="0"/>
          <w:strike w:val="0"/>
          <w:sz w:val="22"/>
          <w:u w:val="single"/>
        </w:rPr>
        <w:t xml:space="preserve"> Vert, </w:t>
      </w:r>
      <w:r>
        <w:rPr>
          <w:b/>
          <w:i w:val="0"/>
          <w:smallCaps w:val="0"/>
          <w:strike w:val="0"/>
          <w:sz w:val="22"/>
          <w:highlight w:val="green"/>
          <w:u w:val="single"/>
        </w:rPr>
        <w:t>“money got longer</w:t>
      </w:r>
      <w:r>
        <w:rPr>
          <w:b w:val="0"/>
          <w:i w:val="0"/>
          <w:smallCaps w:val="0"/>
          <w:strike w:val="0"/>
          <w:sz w:val="22"/>
          <w:u w:val="single"/>
        </w:rPr>
        <w:t xml:space="preserve">, speaker got louder, car got faster,” in this </w:t>
      </w:r>
      <w:r>
        <w:rPr>
          <w:b/>
          <w:i w:val="0"/>
          <w:smallCaps w:val="0"/>
          <w:strike w:val="0"/>
          <w:sz w:val="22"/>
          <w:u w:val="single"/>
        </w:rPr>
        <w:t>world</w:t>
      </w:r>
      <w:r>
        <w:rPr>
          <w:b w:val="0"/>
          <w:i w:val="0"/>
          <w:smallCaps w:val="0"/>
          <w:strike w:val="0"/>
          <w:sz w:val="22"/>
          <w:u w:val="single"/>
        </w:rPr>
        <w:t xml:space="preserve"> they’re crafting, there is </w:t>
      </w:r>
      <w:r>
        <w:rPr>
          <w:b/>
          <w:i w:val="0"/>
          <w:smallCaps w:val="0"/>
          <w:strike w:val="0"/>
          <w:sz w:val="22"/>
          <w:u w:val="single"/>
        </w:rPr>
        <w:t>never too much money</w:t>
      </w:r>
      <w:r>
        <w:rPr>
          <w:b w:val="0"/>
          <w:i w:val="0"/>
          <w:smallCaps w:val="0"/>
          <w:strike w:val="0"/>
          <w:sz w:val="22"/>
          <w:u w:val="single"/>
        </w:rPr>
        <w:t xml:space="preserve">, </w:t>
      </w:r>
      <w:r>
        <w:rPr>
          <w:b w:val="0"/>
          <w:i w:val="0"/>
          <w:smallCaps w:val="0"/>
          <w:strike w:val="0"/>
          <w:sz w:val="16"/>
          <w:u w:val="none"/>
        </w:rPr>
        <w:t>there is never too much volume, never too much speed, never too much sexual arousal, never too much intoxication.</w:t>
      </w:r>
      <w:r>
        <w:rPr>
          <w:b w:val="0"/>
          <w:i w:val="0"/>
          <w:smallCaps w:val="0"/>
          <w:strike w:val="0"/>
          <w:sz w:val="16"/>
          <w:u w:val="single"/>
        </w:rPr>
        <w:t xml:space="preserve"> </w:t>
      </w:r>
    </w:p>
    <w:p>
      <w:pPr>
        <w:spacing w:after="60"/>
      </w:pPr>
      <w:r>
        <w:rPr>
          <w:b w:val="0"/>
          <w:i w:val="0"/>
          <w:smallCaps w:val="0"/>
          <w:strike w:val="0"/>
          <w:u w:val="none"/>
        </w:rPr>
        <w:t xml:space="preserve">Shoota begins with a lone muted synthetic keyboard, slightly touched in reverb. The texture is familar but foreign, more resembling a dinky Casio patch than an immaculate recorded Steinway. The descending piano figure repeats twice before Philly’s Lil Uzi Vert enters the stage, warming up his voice like a supercar revving its engine. The performance requires preparation. As Uzi croons “Nooow is my time,” pizzicato strings dance forwards and backwards, creating a Bacon-eqse portrait of a deranged mechanical orchestra of digital automatons playing in tandem. The sound reminds me of confetti or an explosion of fireworks; prismatic and celebratory, a flurry of vivid color. The texture disappears as soon as it comes, leaving us back with the sole keyboard texture, filling an imaginary stadium or auditorium. Uzi’s voice enters again, in the form of an overdubbed Maaly Raw’s producer tag, the pitched up and playful “That-that-that-that-that-that be Maaly Raw '' that bounces around from left to right the speaker. A producer tag is like the opening credits to their film. The most successful trap producers are known by their tags alone, their tags are greeted with roars of excitement at festivals and in clubs. They become a part of the song’s lyrics. Another key role of the producer tag is to signal where the drop of a trap production is. Often, trap songs begin with a drumless sample or composition, until the producer tag appears often in the first few seconds of the beat with the arrival of an 808 bass and digitally sequenced hi-hats, snares, cymbal, and additional synth textures. This moment where the 808 comes in and fills out the rumbling low-end of a song is called the drop. The distortion of an 808 is overbearing, raw noise, a low pervasive rumble that becomes the defining feature of a space. High volumes and large speakers are essential for these invocations into sonic space, this ritual sonic intoxication that envelops one’s body. The rumbles are inescapable in a club, a car, a studio, or a pair of headphones. Trap music creates and claims space, its potent low frequencies are expansive. They push through thin apartment walls, bound through the doors of busy nightclubs, and pour out of Ubers parked at red lights. My encounters with these 808s fill me with deep pleasure, both affective and historical. The rich resonances vibrate my body like a massage: they rattle the seats of my car and close up my throat. The 808 is heard as it is felt, it shakes the body. </w:t>
      </w:r>
    </w:p>
    <w:p>
      <w:pPr>
        <w:spacing w:after="60"/>
      </w:pPr>
      <w:r>
        <w:rPr>
          <w:b w:val="0"/>
          <w:i w:val="0"/>
          <w:smallCaps w:val="0"/>
          <w:strike w:val="0"/>
          <w:sz w:val="16"/>
          <w:u w:val="none"/>
        </w:rPr>
        <w:t xml:space="preserve">On Shoota, Maaly Raw subverts this expectation by continuing to loop the strings and piano without drums, creating the space for Uzi’s signature vocal delivery to take the focus of the song. Uzi's autotuned flow is sing-song and lighthearted as he describes his rise to financial success and stardom with a charming mix of kaleidoscopic vocal delivery and off-kilter poetics. </w:t>
      </w:r>
      <w:r>
        <w:rPr>
          <w:b w:val="0"/>
          <w:i w:val="0"/>
          <w:smallCaps w:val="0"/>
          <w:strike w:val="0"/>
          <w:sz w:val="22"/>
          <w:u w:val="single"/>
        </w:rPr>
        <w:t xml:space="preserve">Uzi refers to his car as a </w:t>
      </w:r>
      <w:r>
        <w:rPr>
          <w:b/>
          <w:i w:val="0"/>
          <w:smallCaps w:val="0"/>
          <w:strike w:val="0"/>
          <w:sz w:val="22"/>
          <w:u w:val="single"/>
        </w:rPr>
        <w:t>“pecan drop,”</w:t>
      </w:r>
      <w:r>
        <w:rPr>
          <w:b w:val="0"/>
          <w:i w:val="0"/>
          <w:smallCaps w:val="0"/>
          <w:strike w:val="0"/>
          <w:sz w:val="22"/>
          <w:u w:val="single"/>
        </w:rPr>
        <w:t xml:space="preserve"> compares </w:t>
      </w:r>
      <w:r>
        <w:rPr>
          <w:b/>
          <w:i w:val="0"/>
          <w:smallCaps w:val="0"/>
          <w:strike w:val="0"/>
          <w:sz w:val="22"/>
          <w:u w:val="single"/>
        </w:rPr>
        <w:t>monogamy</w:t>
      </w:r>
      <w:r>
        <w:rPr>
          <w:b w:val="0"/>
          <w:i w:val="0"/>
          <w:smallCaps w:val="0"/>
          <w:strike w:val="0"/>
          <w:sz w:val="22"/>
          <w:u w:val="single"/>
        </w:rPr>
        <w:t xml:space="preserve"> to getting arrested, and makes checks </w:t>
      </w:r>
      <w:r>
        <w:rPr>
          <w:b/>
          <w:i w:val="0"/>
          <w:smallCaps w:val="0"/>
          <w:strike w:val="0"/>
          <w:sz w:val="22"/>
          <w:u w:val="single"/>
        </w:rPr>
        <w:t>bleed</w:t>
      </w:r>
      <w:r>
        <w:rPr>
          <w:b w:val="0"/>
          <w:i w:val="0"/>
          <w:smallCaps w:val="0"/>
          <w:strike w:val="0"/>
          <w:sz w:val="22"/>
          <w:u w:val="single"/>
        </w:rPr>
        <w:t xml:space="preserve">. Uzi is all over the map with his performance, constantly </w:t>
      </w:r>
      <w:r>
        <w:rPr>
          <w:b/>
          <w:i w:val="0"/>
          <w:smallCaps w:val="0"/>
          <w:strike w:val="0"/>
          <w:sz w:val="22"/>
          <w:u w:val="single"/>
        </w:rPr>
        <w:t>switching</w:t>
      </w:r>
      <w:r>
        <w:rPr>
          <w:b w:val="0"/>
          <w:i w:val="0"/>
          <w:smallCaps w:val="0"/>
          <w:strike w:val="0"/>
          <w:sz w:val="22"/>
          <w:u w:val="single"/>
        </w:rPr>
        <w:t xml:space="preserve"> the cadence and </w:t>
      </w:r>
      <w:r>
        <w:rPr>
          <w:b/>
          <w:i w:val="0"/>
          <w:smallCaps w:val="0"/>
          <w:strike w:val="0"/>
          <w:sz w:val="22"/>
          <w:u w:val="single"/>
        </w:rPr>
        <w:t>timbre</w:t>
      </w:r>
      <w:r>
        <w:rPr>
          <w:b w:val="0"/>
          <w:i w:val="0"/>
          <w:smallCaps w:val="0"/>
          <w:strike w:val="0"/>
          <w:sz w:val="22"/>
          <w:u w:val="single"/>
        </w:rPr>
        <w:t xml:space="preserve"> of his voice and his melodic </w:t>
      </w:r>
      <w:r>
        <w:rPr>
          <w:b/>
          <w:i w:val="0"/>
          <w:smallCaps w:val="0"/>
          <w:strike w:val="0"/>
          <w:sz w:val="22"/>
          <w:u w:val="single"/>
        </w:rPr>
        <w:t>composition</w:t>
      </w:r>
      <w:r>
        <w:rPr>
          <w:b w:val="0"/>
          <w:i w:val="0"/>
          <w:smallCaps w:val="0"/>
          <w:strike w:val="0"/>
          <w:sz w:val="22"/>
          <w:u w:val="single"/>
        </w:rPr>
        <w:t xml:space="preserve">. </w:t>
      </w:r>
      <w:r>
        <w:rPr>
          <w:b w:val="0"/>
          <w:i w:val="0"/>
          <w:smallCaps w:val="0"/>
          <w:strike w:val="0"/>
          <w:sz w:val="16"/>
          <w:u w:val="none"/>
        </w:rPr>
        <w:t xml:space="preserve">He twists his words around to create unique melodic figures, manipulating his voice with each line to change shape and character. His storytelling is dramatic and hyperbolic, just as vivid and arresting as the instrumental. </w:t>
      </w:r>
      <w:r>
        <w:rPr>
          <w:b w:val="0"/>
          <w:i w:val="0"/>
          <w:smallCaps w:val="0"/>
          <w:strike w:val="0"/>
          <w:sz w:val="22"/>
          <w:u w:val="single"/>
        </w:rPr>
        <w:t xml:space="preserve">It isn’t until over halfway into the </w:t>
      </w:r>
      <w:r>
        <w:rPr>
          <w:b/>
          <w:i w:val="0"/>
          <w:smallCaps w:val="0"/>
          <w:strike w:val="0"/>
          <w:sz w:val="22"/>
          <w:u w:val="single"/>
        </w:rPr>
        <w:t>song</w:t>
      </w:r>
      <w:r>
        <w:rPr>
          <w:b w:val="0"/>
          <w:i w:val="0"/>
          <w:smallCaps w:val="0"/>
          <w:strike w:val="0"/>
          <w:sz w:val="22"/>
          <w:u w:val="single"/>
        </w:rPr>
        <w:t xml:space="preserve"> that the rest of the </w:t>
      </w:r>
      <w:r>
        <w:rPr>
          <w:b/>
          <w:i w:val="0"/>
          <w:smallCaps w:val="0"/>
          <w:strike w:val="0"/>
          <w:sz w:val="22"/>
          <w:u w:val="single"/>
        </w:rPr>
        <w:t>arrangement</w:t>
      </w:r>
      <w:r>
        <w:rPr>
          <w:b w:val="0"/>
          <w:i w:val="0"/>
          <w:smallCaps w:val="0"/>
          <w:strike w:val="0"/>
          <w:sz w:val="22"/>
          <w:u w:val="single"/>
        </w:rPr>
        <w:t xml:space="preserve"> is revealed, which includes an 808 </w:t>
      </w:r>
      <w:r>
        <w:rPr>
          <w:b/>
          <w:i w:val="0"/>
          <w:smallCaps w:val="0"/>
          <w:strike w:val="0"/>
          <w:sz w:val="22"/>
          <w:u w:val="single"/>
        </w:rPr>
        <w:t>bassline</w:t>
      </w:r>
      <w:r>
        <w:rPr>
          <w:b w:val="0"/>
          <w:i w:val="0"/>
          <w:smallCaps w:val="0"/>
          <w:strike w:val="0"/>
          <w:sz w:val="22"/>
          <w:u w:val="single"/>
        </w:rPr>
        <w:t xml:space="preserve">, a flurry of </w:t>
      </w:r>
      <w:r>
        <w:rPr>
          <w:b/>
          <w:i w:val="0"/>
          <w:smallCaps w:val="0"/>
          <w:strike w:val="0"/>
          <w:sz w:val="22"/>
          <w:u w:val="single"/>
        </w:rPr>
        <w:t>skittering</w:t>
      </w:r>
      <w:r>
        <w:rPr>
          <w:b w:val="0"/>
          <w:i w:val="0"/>
          <w:smallCaps w:val="0"/>
          <w:strike w:val="0"/>
          <w:sz w:val="22"/>
          <w:u w:val="single"/>
        </w:rPr>
        <w:t xml:space="preserve"> hi-hats and snares, and celesta-like bell </w:t>
      </w:r>
      <w:r>
        <w:rPr>
          <w:b/>
          <w:i w:val="0"/>
          <w:smallCaps w:val="0"/>
          <w:strike w:val="0"/>
          <w:sz w:val="22"/>
          <w:u w:val="single"/>
        </w:rPr>
        <w:t>textures</w:t>
      </w:r>
      <w:r>
        <w:rPr>
          <w:b w:val="0"/>
          <w:i w:val="0"/>
          <w:smallCaps w:val="0"/>
          <w:strike w:val="0"/>
          <w:sz w:val="22"/>
          <w:u w:val="single"/>
        </w:rPr>
        <w:t xml:space="preserve">. At this moment, all of the </w:t>
      </w:r>
      <w:r>
        <w:rPr>
          <w:b/>
          <w:i w:val="0"/>
          <w:smallCaps w:val="0"/>
          <w:strike w:val="0"/>
          <w:sz w:val="22"/>
          <w:u w:val="single"/>
        </w:rPr>
        <w:t>tension</w:t>
      </w:r>
      <w:r>
        <w:rPr>
          <w:b w:val="0"/>
          <w:i w:val="0"/>
          <w:smallCaps w:val="0"/>
          <w:strike w:val="0"/>
          <w:sz w:val="22"/>
          <w:u w:val="single"/>
        </w:rPr>
        <w:t xml:space="preserve"> of the song's build-up </w:t>
      </w:r>
      <w:r>
        <w:rPr>
          <w:b/>
          <w:i w:val="0"/>
          <w:smallCaps w:val="0"/>
          <w:strike w:val="0"/>
          <w:sz w:val="22"/>
          <w:u w:val="single"/>
        </w:rPr>
        <w:t>instantly melts</w:t>
      </w:r>
      <w:r>
        <w:rPr>
          <w:b w:val="0"/>
          <w:i w:val="0"/>
          <w:smallCaps w:val="0"/>
          <w:strike w:val="0"/>
          <w:sz w:val="22"/>
          <w:u w:val="single"/>
        </w:rPr>
        <w:t xml:space="preserve"> away. Playboi </w:t>
      </w:r>
      <w:r>
        <w:rPr>
          <w:b/>
          <w:i w:val="0"/>
          <w:smallCaps w:val="0"/>
          <w:strike w:val="0"/>
          <w:sz w:val="22"/>
          <w:u w:val="single"/>
        </w:rPr>
        <w:t>Carti</w:t>
      </w:r>
      <w:r>
        <w:rPr>
          <w:b w:val="0"/>
          <w:i w:val="0"/>
          <w:smallCaps w:val="0"/>
          <w:strike w:val="0"/>
          <w:sz w:val="22"/>
          <w:u w:val="single"/>
        </w:rPr>
        <w:t xml:space="preserve"> makes his first </w:t>
      </w:r>
      <w:r>
        <w:rPr>
          <w:b/>
          <w:i w:val="0"/>
          <w:smallCaps w:val="0"/>
          <w:strike w:val="0"/>
          <w:sz w:val="22"/>
          <w:u w:val="single"/>
        </w:rPr>
        <w:t>appearance</w:t>
      </w:r>
      <w:r>
        <w:rPr>
          <w:b w:val="0"/>
          <w:i w:val="0"/>
          <w:smallCaps w:val="0"/>
          <w:strike w:val="0"/>
          <w:sz w:val="22"/>
          <w:u w:val="single"/>
        </w:rPr>
        <w:t xml:space="preserve"> in the song with the lines “</w:t>
      </w:r>
      <w:r>
        <w:rPr>
          <w:b/>
          <w:i w:val="0"/>
          <w:smallCaps w:val="0"/>
          <w:strike w:val="0"/>
          <w:sz w:val="22"/>
          <w:u w:val="single"/>
        </w:rPr>
        <w:t>woke up with my toolie</w:t>
      </w:r>
      <w:r>
        <w:rPr>
          <w:b w:val="0"/>
          <w:i w:val="0"/>
          <w:smallCaps w:val="0"/>
          <w:strike w:val="0"/>
          <w:sz w:val="22"/>
          <w:u w:val="single"/>
        </w:rPr>
        <w:t xml:space="preserve">, what it do? / Meet me in the alley with the troops, uh/I got red shooters, I got blue/Let that thing down and point at you.” </w:t>
      </w:r>
      <w:r>
        <w:rPr>
          <w:b w:val="0"/>
          <w:i w:val="0"/>
          <w:smallCaps w:val="0"/>
          <w:strike w:val="0"/>
          <w:sz w:val="16"/>
          <w:u w:val="none"/>
        </w:rPr>
        <w:t xml:space="preserve">Instantly you’re suddenly in the passenger seat with Carti as he nonchalantly conjures images of a fearless fugitive on the run. Here Carti is someone so untouchable that they’d ask whether you should take a Bentley or a Ferrari to rob a bank as casually as they’d ask what you want for dinner. </w:t>
      </w:r>
      <w:r>
        <w:rPr>
          <w:b w:val="0"/>
          <w:i w:val="0"/>
          <w:smallCaps w:val="0"/>
          <w:strike w:val="0"/>
          <w:sz w:val="22"/>
          <w:u w:val="single"/>
        </w:rPr>
        <w:t xml:space="preserve">These </w:t>
      </w:r>
      <w:r>
        <w:rPr>
          <w:b/>
          <w:i w:val="0"/>
          <w:smallCaps w:val="0"/>
          <w:strike w:val="0"/>
          <w:sz w:val="22"/>
          <w:highlight w:val="green"/>
          <w:u w:val="single"/>
        </w:rPr>
        <w:t>stories</w:t>
      </w:r>
      <w:r>
        <w:rPr>
          <w:b w:val="0"/>
          <w:i w:val="0"/>
          <w:smallCaps w:val="0"/>
          <w:strike w:val="0"/>
          <w:sz w:val="22"/>
          <w:highlight w:val="green"/>
          <w:u w:val="single"/>
        </w:rPr>
        <w:t xml:space="preserve"> on this album may be </w:t>
      </w:r>
      <w:r>
        <w:rPr>
          <w:b/>
          <w:i w:val="0"/>
          <w:smallCaps w:val="0"/>
          <w:strike w:val="0"/>
          <w:sz w:val="22"/>
          <w:highlight w:val="green"/>
          <w:u w:val="single"/>
        </w:rPr>
        <w:t>hyperbolic</w:t>
      </w:r>
      <w:r>
        <w:rPr>
          <w:b w:val="0"/>
          <w:i w:val="0"/>
          <w:smallCaps w:val="0"/>
          <w:strike w:val="0"/>
          <w:sz w:val="22"/>
          <w:u w:val="single"/>
        </w:rPr>
        <w:t xml:space="preserve"> or deeply </w:t>
      </w:r>
      <w:r>
        <w:rPr>
          <w:b/>
          <w:i w:val="0"/>
          <w:smallCaps w:val="0"/>
          <w:strike w:val="0"/>
          <w:sz w:val="22"/>
          <w:u w:val="single"/>
        </w:rPr>
        <w:t>exaggerated</w:t>
      </w:r>
      <w:r>
        <w:rPr>
          <w:b w:val="0"/>
          <w:i w:val="0"/>
          <w:smallCaps w:val="0"/>
          <w:strike w:val="0"/>
          <w:sz w:val="22"/>
          <w:u w:val="single"/>
        </w:rPr>
        <w:t xml:space="preserve">, but there’s something </w:t>
      </w:r>
      <w:r>
        <w:rPr>
          <w:b/>
          <w:i w:val="0"/>
          <w:smallCaps w:val="0"/>
          <w:strike w:val="0"/>
          <w:sz w:val="22"/>
          <w:u w:val="single"/>
        </w:rPr>
        <w:t>deeper</w:t>
      </w:r>
      <w:r>
        <w:rPr>
          <w:b w:val="0"/>
          <w:i w:val="0"/>
          <w:smallCaps w:val="0"/>
          <w:strike w:val="0"/>
          <w:sz w:val="22"/>
          <w:u w:val="single"/>
        </w:rPr>
        <w:t xml:space="preserve"> to their production. They </w:t>
      </w:r>
      <w:r>
        <w:rPr>
          <w:b w:val="0"/>
          <w:i w:val="0"/>
          <w:smallCaps w:val="0"/>
          <w:strike w:val="0"/>
          <w:sz w:val="22"/>
          <w:highlight w:val="green"/>
          <w:u w:val="single"/>
        </w:rPr>
        <w:t xml:space="preserve">blur the lines between </w:t>
      </w:r>
      <w:r>
        <w:rPr>
          <w:b/>
          <w:i w:val="0"/>
          <w:smallCaps w:val="0"/>
          <w:strike w:val="0"/>
          <w:sz w:val="22"/>
          <w:highlight w:val="green"/>
          <w:u w:val="single"/>
        </w:rPr>
        <w:t>autobiography</w:t>
      </w:r>
      <w:r>
        <w:rPr>
          <w:b w:val="0"/>
          <w:i w:val="0"/>
          <w:smallCaps w:val="0"/>
          <w:strike w:val="0"/>
          <w:sz w:val="22"/>
          <w:highlight w:val="green"/>
          <w:u w:val="single"/>
        </w:rPr>
        <w:t>,</w:t>
      </w:r>
      <w:r>
        <w:rPr>
          <w:b w:val="0"/>
          <w:i w:val="0"/>
          <w:smallCaps w:val="0"/>
          <w:strike w:val="0"/>
          <w:sz w:val="22"/>
          <w:u w:val="single"/>
        </w:rPr>
        <w:t xml:space="preserve"> dreams, and fiction </w:t>
      </w:r>
      <w:r>
        <w:rPr>
          <w:b/>
          <w:i w:val="0"/>
          <w:smallCaps w:val="0"/>
          <w:strike w:val="0"/>
          <w:sz w:val="22"/>
          <w:u w:val="single"/>
        </w:rPr>
        <w:t>effortlessly</w:t>
      </w:r>
      <w:r>
        <w:rPr>
          <w:b w:val="0"/>
          <w:i w:val="0"/>
          <w:smallCaps w:val="0"/>
          <w:strike w:val="0"/>
          <w:sz w:val="22"/>
          <w:u w:val="single"/>
        </w:rPr>
        <w:t xml:space="preserve">, but </w:t>
      </w:r>
      <w:r>
        <w:rPr>
          <w:b w:val="0"/>
          <w:i w:val="0"/>
          <w:smallCaps w:val="0"/>
          <w:strike w:val="0"/>
          <w:sz w:val="22"/>
          <w:highlight w:val="green"/>
          <w:u w:val="single"/>
        </w:rPr>
        <w:t>with this super flexible, mumbled delivery that borrow</w:t>
      </w:r>
      <w:r>
        <w:rPr>
          <w:b w:val="0"/>
          <w:i w:val="0"/>
          <w:smallCaps w:val="0"/>
          <w:strike w:val="0"/>
          <w:sz w:val="22"/>
          <w:u w:val="single"/>
        </w:rPr>
        <w:t xml:space="preserve">s liberally from </w:t>
      </w:r>
      <w:r>
        <w:rPr>
          <w:b/>
          <w:i w:val="0"/>
          <w:smallCaps w:val="0"/>
          <w:strike w:val="0"/>
          <w:sz w:val="22"/>
          <w:u w:val="single"/>
        </w:rPr>
        <w:t>various</w:t>
      </w:r>
      <w:r>
        <w:rPr>
          <w:b w:val="0"/>
          <w:i w:val="0"/>
          <w:smallCaps w:val="0"/>
          <w:strike w:val="0"/>
          <w:sz w:val="22"/>
          <w:u w:val="single"/>
        </w:rPr>
        <w:t xml:space="preserve"> </w:t>
      </w:r>
      <w:r>
        <w:rPr>
          <w:b w:val="0"/>
          <w:i w:val="0"/>
          <w:smallCaps w:val="0"/>
          <w:strike w:val="0"/>
          <w:sz w:val="22"/>
          <w:highlight w:val="green"/>
          <w:u w:val="single"/>
        </w:rPr>
        <w:t>dialects</w:t>
      </w:r>
      <w:r>
        <w:rPr>
          <w:b w:val="0"/>
          <w:i w:val="0"/>
          <w:smallCaps w:val="0"/>
          <w:strike w:val="0"/>
          <w:sz w:val="22"/>
          <w:u w:val="single"/>
        </w:rPr>
        <w:t xml:space="preserve"> of AAVE and nowhere at all. He uses </w:t>
      </w:r>
      <w:r>
        <w:rPr>
          <w:b/>
          <w:i w:val="0"/>
          <w:smallCaps w:val="0"/>
          <w:strike w:val="0"/>
          <w:sz w:val="22"/>
          <w:u w:val="single"/>
        </w:rPr>
        <w:t>imprecision</w:t>
      </w:r>
      <w:r>
        <w:rPr>
          <w:b w:val="0"/>
          <w:i w:val="0"/>
          <w:smallCaps w:val="0"/>
          <w:strike w:val="0"/>
          <w:sz w:val="22"/>
          <w:u w:val="single"/>
        </w:rPr>
        <w:t xml:space="preserve"> to craft a new Black voice, </w:t>
      </w:r>
      <w:r>
        <w:rPr>
          <w:b/>
          <w:i w:val="0"/>
          <w:smallCaps w:val="0"/>
          <w:strike w:val="0"/>
          <w:sz w:val="22"/>
          <w:highlight w:val="green"/>
          <w:u w:val="single"/>
        </w:rPr>
        <w:t>something</w:t>
      </w:r>
      <w:r>
        <w:rPr>
          <w:b w:val="0"/>
          <w:i w:val="0"/>
          <w:smallCaps w:val="0"/>
          <w:strike w:val="0"/>
          <w:sz w:val="22"/>
          <w:highlight w:val="green"/>
          <w:u w:val="single"/>
        </w:rPr>
        <w:t xml:space="preserve"> that is entirely his own and yet feels </w:t>
      </w:r>
      <w:r>
        <w:rPr>
          <w:b/>
          <w:i w:val="0"/>
          <w:smallCaps w:val="0"/>
          <w:strike w:val="0"/>
          <w:sz w:val="22"/>
          <w:highlight w:val="green"/>
          <w:u w:val="single"/>
        </w:rPr>
        <w:t>entirely ours.</w:t>
      </w:r>
      <w:r>
        <w:rPr>
          <w:b/>
          <w:i w:val="0"/>
          <w:smallCaps w:val="0"/>
          <w:strike w:val="0"/>
          <w:sz w:val="22"/>
          <w:u w:val="single"/>
        </w:rPr>
        <w:t xml:space="preserve"> </w:t>
      </w:r>
    </w:p>
    <w:p>
      <w:pPr>
        <w:spacing w:after="60"/>
      </w:pPr>
      <w:r>
        <w:rPr>
          <w:b w:val="0"/>
          <w:i w:val="0"/>
          <w:smallCaps w:val="0"/>
          <w:strike w:val="0"/>
          <w:sz w:val="22"/>
          <w:highlight w:val="green"/>
          <w:u w:val="single"/>
        </w:rPr>
        <w:t xml:space="preserve">Mumbling </w:t>
      </w:r>
      <w:r>
        <w:rPr>
          <w:b/>
          <w:i w:val="0"/>
          <w:smallCaps w:val="0"/>
          <w:strike w:val="0"/>
          <w:sz w:val="22"/>
          <w:highlight w:val="green"/>
          <w:u w:val="single"/>
        </w:rPr>
        <w:t>presents</w:t>
      </w:r>
      <w:r>
        <w:rPr>
          <w:b w:val="0"/>
          <w:i w:val="0"/>
          <w:smallCaps w:val="0"/>
          <w:strike w:val="0"/>
          <w:sz w:val="22"/>
          <w:u w:val="single"/>
        </w:rPr>
        <w:t xml:space="preserve"> a </w:t>
      </w:r>
      <w:r>
        <w:rPr>
          <w:b w:val="0"/>
          <w:i w:val="0"/>
          <w:smallCaps w:val="0"/>
          <w:strike w:val="0"/>
          <w:sz w:val="22"/>
          <w:highlight w:val="green"/>
          <w:u w:val="single"/>
        </w:rPr>
        <w:t xml:space="preserve">new way of </w:t>
      </w:r>
      <w:r>
        <w:rPr>
          <w:b/>
          <w:i w:val="0"/>
          <w:smallCaps w:val="0"/>
          <w:strike w:val="0"/>
          <w:sz w:val="22"/>
          <w:highlight w:val="green"/>
          <w:u w:val="single"/>
        </w:rPr>
        <w:t>looking</w:t>
      </w:r>
      <w:r>
        <w:rPr>
          <w:b w:val="0"/>
          <w:i w:val="0"/>
          <w:smallCaps w:val="0"/>
          <w:strike w:val="0"/>
          <w:sz w:val="22"/>
          <w:highlight w:val="green"/>
          <w:u w:val="single"/>
        </w:rPr>
        <w:t xml:space="preserve"> at the world and</w:t>
      </w:r>
      <w:r>
        <w:rPr>
          <w:b w:val="0"/>
          <w:i w:val="0"/>
          <w:smallCaps w:val="0"/>
          <w:strike w:val="0"/>
          <w:sz w:val="22"/>
          <w:u w:val="single"/>
        </w:rPr>
        <w:t xml:space="preserve"> a </w:t>
      </w:r>
      <w:r>
        <w:rPr>
          <w:b/>
          <w:i w:val="0"/>
          <w:smallCaps w:val="0"/>
          <w:strike w:val="0"/>
          <w:sz w:val="22"/>
          <w:highlight w:val="green"/>
          <w:u w:val="single"/>
        </w:rPr>
        <w:t>new way</w:t>
      </w:r>
      <w:r>
        <w:rPr>
          <w:b w:val="0"/>
          <w:i w:val="0"/>
          <w:smallCaps w:val="0"/>
          <w:strike w:val="0"/>
          <w:sz w:val="22"/>
          <w:highlight w:val="green"/>
          <w:u w:val="single"/>
        </w:rPr>
        <w:t xml:space="preserve"> of creating art within</w:t>
      </w:r>
      <w:r>
        <w:rPr>
          <w:b w:val="0"/>
          <w:i w:val="0"/>
          <w:smallCaps w:val="0"/>
          <w:strike w:val="0"/>
          <w:sz w:val="22"/>
          <w:u w:val="single"/>
        </w:rPr>
        <w:t xml:space="preserve"> it. It </w:t>
      </w:r>
      <w:r>
        <w:rPr>
          <w:b w:val="0"/>
          <w:i w:val="0"/>
          <w:smallCaps w:val="0"/>
          <w:strike w:val="0"/>
          <w:sz w:val="22"/>
          <w:highlight w:val="green"/>
          <w:u w:val="single"/>
        </w:rPr>
        <w:t xml:space="preserve">takes the </w:t>
      </w:r>
      <w:r>
        <w:rPr>
          <w:b/>
          <w:i w:val="0"/>
          <w:smallCaps w:val="0"/>
          <w:strike w:val="0"/>
          <w:sz w:val="22"/>
          <w:highlight w:val="green"/>
          <w:u w:val="single"/>
        </w:rPr>
        <w:t>quotidian</w:t>
      </w:r>
      <w:r>
        <w:rPr>
          <w:b w:val="0"/>
          <w:i w:val="0"/>
          <w:smallCaps w:val="0"/>
          <w:strike w:val="0"/>
          <w:sz w:val="22"/>
          <w:highlight w:val="green"/>
          <w:u w:val="single"/>
        </w:rPr>
        <w:t xml:space="preserve"> and </w:t>
      </w:r>
      <w:r>
        <w:rPr>
          <w:b/>
          <w:i w:val="0"/>
          <w:smallCaps w:val="0"/>
          <w:strike w:val="0"/>
          <w:sz w:val="22"/>
          <w:highlight w:val="green"/>
          <w:u w:val="single"/>
        </w:rPr>
        <w:t>ephemeral</w:t>
      </w:r>
      <w:r>
        <w:rPr>
          <w:b w:val="0"/>
          <w:i w:val="0"/>
          <w:smallCaps w:val="0"/>
          <w:strike w:val="0"/>
          <w:sz w:val="22"/>
          <w:highlight w:val="green"/>
          <w:u w:val="single"/>
        </w:rPr>
        <w:t>. and raises</w:t>
      </w:r>
      <w:r>
        <w:rPr>
          <w:b w:val="0"/>
          <w:i w:val="0"/>
          <w:smallCaps w:val="0"/>
          <w:strike w:val="0"/>
          <w:sz w:val="22"/>
          <w:u w:val="single"/>
        </w:rPr>
        <w:t xml:space="preserve"> its </w:t>
      </w:r>
      <w:r>
        <w:rPr>
          <w:b w:val="0"/>
          <w:i w:val="0"/>
          <w:smallCaps w:val="0"/>
          <w:strike w:val="0"/>
          <w:sz w:val="22"/>
          <w:highlight w:val="green"/>
          <w:u w:val="single"/>
        </w:rPr>
        <w:t xml:space="preserve">volume to </w:t>
      </w:r>
      <w:r>
        <w:rPr>
          <w:b/>
          <w:i w:val="0"/>
          <w:smallCaps w:val="0"/>
          <w:strike w:val="0"/>
          <w:sz w:val="22"/>
          <w:highlight w:val="green"/>
          <w:u w:val="single"/>
        </w:rPr>
        <w:t>deafening</w:t>
      </w:r>
      <w:r>
        <w:rPr>
          <w:b w:val="0"/>
          <w:i w:val="0"/>
          <w:smallCaps w:val="0"/>
          <w:strike w:val="0"/>
          <w:sz w:val="22"/>
          <w:highlight w:val="green"/>
          <w:u w:val="single"/>
        </w:rPr>
        <w:t xml:space="preserve"> heights</w:t>
      </w:r>
      <w:r>
        <w:rPr>
          <w:b w:val="0"/>
          <w:i w:val="0"/>
          <w:smallCaps w:val="0"/>
          <w:strike w:val="0"/>
          <w:sz w:val="22"/>
          <w:u w:val="single"/>
        </w:rPr>
        <w:t xml:space="preserve">. It </w:t>
      </w:r>
      <w:r>
        <w:rPr>
          <w:b w:val="0"/>
          <w:i w:val="0"/>
          <w:smallCaps w:val="0"/>
          <w:strike w:val="0"/>
          <w:sz w:val="22"/>
          <w:highlight w:val="green"/>
          <w:u w:val="single"/>
        </w:rPr>
        <w:t xml:space="preserve">captures the </w:t>
      </w:r>
      <w:r>
        <w:rPr>
          <w:b/>
          <w:i w:val="0"/>
          <w:smallCaps w:val="0"/>
          <w:strike w:val="0"/>
          <w:sz w:val="22"/>
          <w:highlight w:val="green"/>
          <w:u w:val="single"/>
        </w:rPr>
        <w:t>drama</w:t>
      </w:r>
      <w:r>
        <w:rPr>
          <w:b w:val="0"/>
          <w:i w:val="0"/>
          <w:smallCaps w:val="0"/>
          <w:strike w:val="0"/>
          <w:sz w:val="22"/>
          <w:u w:val="single"/>
        </w:rPr>
        <w:t xml:space="preserve">, the surrealism, the </w:t>
      </w:r>
      <w:r>
        <w:rPr>
          <w:b w:val="0"/>
          <w:i w:val="0"/>
          <w:smallCaps w:val="0"/>
          <w:strike w:val="0"/>
          <w:sz w:val="22"/>
          <w:highlight w:val="green"/>
          <w:u w:val="single"/>
        </w:rPr>
        <w:t xml:space="preserve">irresolvable </w:t>
      </w:r>
      <w:r>
        <w:rPr>
          <w:b/>
          <w:i w:val="0"/>
          <w:smallCaps w:val="0"/>
          <w:strike w:val="0"/>
          <w:sz w:val="22"/>
          <w:highlight w:val="green"/>
          <w:u w:val="single"/>
        </w:rPr>
        <w:t>contradictions</w:t>
      </w:r>
      <w:r>
        <w:rPr>
          <w:b w:val="0"/>
          <w:i w:val="0"/>
          <w:smallCaps w:val="0"/>
          <w:strike w:val="0"/>
          <w:sz w:val="22"/>
          <w:highlight w:val="green"/>
          <w:u w:val="single"/>
        </w:rPr>
        <w:t xml:space="preserve"> of Black life</w:t>
      </w:r>
      <w:r>
        <w:rPr>
          <w:b w:val="0"/>
          <w:i w:val="0"/>
          <w:smallCaps w:val="0"/>
          <w:strike w:val="0"/>
          <w:sz w:val="22"/>
          <w:u w:val="single"/>
        </w:rPr>
        <w:t xml:space="preserve"> and leaves them </w:t>
      </w:r>
      <w:r>
        <w:rPr>
          <w:b/>
          <w:i w:val="0"/>
          <w:smallCaps w:val="0"/>
          <w:strike w:val="0"/>
          <w:sz w:val="22"/>
          <w:u w:val="single"/>
        </w:rPr>
        <w:t>bare</w:t>
      </w:r>
      <w:r>
        <w:rPr>
          <w:b w:val="0"/>
          <w:i w:val="0"/>
          <w:smallCaps w:val="0"/>
          <w:strike w:val="0"/>
          <w:sz w:val="22"/>
          <w:u w:val="single"/>
        </w:rPr>
        <w:t xml:space="preserve">, we can only bask in the abstraction. While the form </w:t>
      </w:r>
      <w:r>
        <w:rPr>
          <w:b/>
          <w:i w:val="0"/>
          <w:smallCaps w:val="0"/>
          <w:strike w:val="0"/>
          <w:sz w:val="22"/>
          <w:highlight w:val="green"/>
          <w:u w:val="single"/>
        </w:rPr>
        <w:t>comes</w:t>
      </w:r>
      <w:r>
        <w:rPr>
          <w:b w:val="0"/>
          <w:i w:val="0"/>
          <w:smallCaps w:val="0"/>
          <w:strike w:val="0"/>
          <w:sz w:val="22"/>
          <w:highlight w:val="green"/>
          <w:u w:val="single"/>
        </w:rPr>
        <w:t xml:space="preserve"> to us in the</w:t>
      </w:r>
      <w:r>
        <w:rPr>
          <w:b w:val="0"/>
          <w:i w:val="0"/>
          <w:smallCaps w:val="0"/>
          <w:strike w:val="0"/>
          <w:sz w:val="22"/>
          <w:u w:val="single"/>
        </w:rPr>
        <w:t xml:space="preserve"> perpetual </w:t>
      </w:r>
      <w:r>
        <w:rPr>
          <w:b/>
          <w:i w:val="0"/>
          <w:smallCaps w:val="0"/>
          <w:strike w:val="0"/>
          <w:sz w:val="22"/>
          <w:highlight w:val="green"/>
          <w:u w:val="single"/>
        </w:rPr>
        <w:t>afterlife</w:t>
      </w:r>
      <w:r>
        <w:rPr>
          <w:b w:val="0"/>
          <w:i w:val="0"/>
          <w:smallCaps w:val="0"/>
          <w:strike w:val="0"/>
          <w:sz w:val="22"/>
          <w:u w:val="single"/>
        </w:rPr>
        <w:t xml:space="preserve">, the wake of </w:t>
      </w:r>
      <w:r>
        <w:rPr>
          <w:b/>
          <w:i w:val="0"/>
          <w:smallCaps w:val="0"/>
          <w:strike w:val="0"/>
          <w:sz w:val="22"/>
          <w:u w:val="single"/>
        </w:rPr>
        <w:t>slavery</w:t>
      </w:r>
      <w:r>
        <w:rPr>
          <w:b w:val="0"/>
          <w:i w:val="0"/>
          <w:smallCaps w:val="0"/>
          <w:strike w:val="0"/>
          <w:sz w:val="22"/>
          <w:u w:val="single"/>
        </w:rPr>
        <w:t xml:space="preserve">, we are grateful for its </w:t>
      </w:r>
      <w:r>
        <w:rPr>
          <w:b w:val="0"/>
          <w:i w:val="0"/>
          <w:smallCaps w:val="0"/>
          <w:strike w:val="0"/>
          <w:sz w:val="22"/>
          <w:highlight w:val="green"/>
          <w:u w:val="single"/>
        </w:rPr>
        <w:t xml:space="preserve">long coming </w:t>
      </w:r>
      <w:r>
        <w:rPr>
          <w:b/>
          <w:i w:val="0"/>
          <w:smallCaps w:val="0"/>
          <w:strike w:val="0"/>
          <w:sz w:val="22"/>
          <w:highlight w:val="green"/>
          <w:u w:val="single"/>
        </w:rPr>
        <w:t>arrival</w:t>
      </w:r>
      <w:r>
        <w:rPr>
          <w:b w:val="0"/>
          <w:i w:val="0"/>
          <w:smallCaps w:val="0"/>
          <w:strike w:val="0"/>
          <w:sz w:val="22"/>
          <w:u w:val="single"/>
        </w:rPr>
        <w:t>.</w:t>
      </w:r>
      <w:r>
        <w:rPr>
          <w:b w:val="0"/>
          <w:i w:val="0"/>
          <w:smallCaps w:val="0"/>
          <w:strike w:val="0"/>
          <w:sz w:val="16"/>
          <w:u w:val="none"/>
        </w:rPr>
        <w:t xml:space="preserve"> From spirituals to blues, to jazz, to rock and roll, to soul, to funk, to hip-hop, to techno and beyond, mumble rap is only the most recent blossoming of a Black-American aesthetic tradition deeply rooted in the soul of a nation. It was sampled from the liquid scatting of Ella Fitzgerald, the warped noise of Ornette Coleman, the electronic wizardry of Drexciya, the pounding cannonade of Clyde Stubblefield, and the oral histories of our ancestors, who may remain nameless to us, but whose resistance will never go unremembered. I hope this essay serves as a catalyst, an inspiration to explore and reimagine new sonic textures, new techniques of refusal, and new ways of living together in a divided world. Mumbling might be able to take us there if only we are willing to listen.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