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Their </w:t>
      </w:r>
      <w:r>
        <w:rPr>
          <w:b/>
          <w:i w:val="0"/>
          <w:smallCaps w:val="0"/>
          <w:strike w:val="0"/>
          <w:sz w:val="28"/>
          <w:u w:val="single"/>
        </w:rPr>
        <w:t>agenda</w:t>
      </w:r>
      <w:r>
        <w:rPr>
          <w:b/>
          <w:i w:val="0"/>
          <w:smallCaps w:val="0"/>
          <w:strike w:val="0"/>
          <w:sz w:val="28"/>
          <w:u w:val="none"/>
        </w:rPr>
        <w:t xml:space="preserve"> of </w:t>
      </w:r>
      <w:r>
        <w:rPr>
          <w:b/>
          <w:i w:val="0"/>
          <w:smallCaps w:val="0"/>
          <w:strike w:val="0"/>
          <w:sz w:val="28"/>
          <w:u w:val="single"/>
        </w:rPr>
        <w:t>white guilt</w:t>
      </w:r>
      <w:r>
        <w:rPr>
          <w:b/>
          <w:i w:val="0"/>
          <w:smallCaps w:val="0"/>
          <w:strike w:val="0"/>
          <w:sz w:val="28"/>
          <w:u w:val="none"/>
        </w:rPr>
        <w:t xml:space="preserve"> is a cover of “</w:t>
      </w:r>
      <w:r>
        <w:rPr>
          <w:b/>
          <w:i w:val="0"/>
          <w:smallCaps w:val="0"/>
          <w:strike w:val="0"/>
          <w:sz w:val="28"/>
          <w:u w:val="single"/>
        </w:rPr>
        <w:t>faith</w:t>
      </w:r>
      <w:r>
        <w:rPr>
          <w:b/>
          <w:i w:val="0"/>
          <w:smallCaps w:val="0"/>
          <w:strike w:val="0"/>
          <w:sz w:val="28"/>
          <w:u w:val="none"/>
        </w:rPr>
        <w:t xml:space="preserve">” to further </w:t>
      </w:r>
      <w:r>
        <w:rPr>
          <w:b/>
          <w:i w:val="0"/>
          <w:smallCaps w:val="0"/>
          <w:strike w:val="0"/>
          <w:sz w:val="28"/>
          <w:u w:val="single"/>
        </w:rPr>
        <w:t>coloniality</w:t>
      </w:r>
      <w:r>
        <w:rPr>
          <w:b/>
          <w:i w:val="0"/>
          <w:smallCaps w:val="0"/>
          <w:strike w:val="0"/>
          <w:sz w:val="28"/>
          <w:u w:val="none"/>
        </w:rPr>
        <w:t xml:space="preserve"> as a guise of “</w:t>
      </w:r>
      <w:r>
        <w:rPr>
          <w:b/>
          <w:i w:val="0"/>
          <w:smallCaps w:val="0"/>
          <w:strike w:val="0"/>
          <w:sz w:val="28"/>
          <w:u w:val="single"/>
        </w:rPr>
        <w:t>modernity</w:t>
      </w:r>
      <w:r>
        <w:rPr>
          <w:b/>
          <w:i w:val="0"/>
          <w:smallCaps w:val="0"/>
          <w:strike w:val="0"/>
          <w:sz w:val="28"/>
          <w:u w:val="none"/>
        </w:rPr>
        <w:t xml:space="preserve">”. Notions of </w:t>
      </w:r>
      <w:r>
        <w:rPr>
          <w:b/>
          <w:i w:val="0"/>
          <w:smallCaps w:val="0"/>
          <w:strike w:val="0"/>
          <w:sz w:val="28"/>
          <w:u w:val="single"/>
        </w:rPr>
        <w:t>progress</w:t>
      </w:r>
      <w:r>
        <w:rPr>
          <w:b/>
          <w:i w:val="0"/>
          <w:smallCaps w:val="0"/>
          <w:strike w:val="0"/>
          <w:sz w:val="28"/>
          <w:u w:val="none"/>
        </w:rPr>
        <w:t xml:space="preserve"> rationalize </w:t>
      </w:r>
      <w:r>
        <w:rPr>
          <w:b/>
          <w:i w:val="0"/>
          <w:smallCaps w:val="0"/>
          <w:strike w:val="0"/>
          <w:sz w:val="28"/>
          <w:u w:val="single"/>
        </w:rPr>
        <w:t>black bodies</w:t>
      </w:r>
      <w:r>
        <w:rPr>
          <w:b/>
          <w:i w:val="0"/>
          <w:smallCaps w:val="0"/>
          <w:strike w:val="0"/>
          <w:sz w:val="28"/>
          <w:u w:val="none"/>
        </w:rPr>
        <w:t xml:space="preserve"> to imagine </w:t>
      </w:r>
      <w:r>
        <w:rPr>
          <w:b/>
          <w:i w:val="0"/>
          <w:smallCaps w:val="0"/>
          <w:strike w:val="0"/>
          <w:sz w:val="28"/>
          <w:u w:val="single"/>
        </w:rPr>
        <w:t>formations</w:t>
      </w:r>
      <w:r>
        <w:rPr>
          <w:b/>
          <w:i w:val="0"/>
          <w:smallCaps w:val="0"/>
          <w:strike w:val="0"/>
          <w:sz w:val="28"/>
          <w:u w:val="none"/>
        </w:rPr>
        <w:t xml:space="preserve"> of “</w:t>
      </w:r>
      <w:r>
        <w:rPr>
          <w:b/>
          <w:i w:val="0"/>
          <w:smallCaps w:val="0"/>
          <w:strike w:val="0"/>
          <w:sz w:val="28"/>
          <w:u w:val="single"/>
        </w:rPr>
        <w:t>barbarians</w:t>
      </w:r>
      <w:r>
        <w:rPr>
          <w:b/>
          <w:i w:val="0"/>
          <w:smallCaps w:val="0"/>
          <w:strike w:val="0"/>
          <w:sz w:val="28"/>
          <w:u w:val="none"/>
        </w:rPr>
        <w:t xml:space="preserve">” forcing </w:t>
      </w:r>
      <w:r>
        <w:rPr>
          <w:b/>
          <w:i w:val="0"/>
          <w:smallCaps w:val="0"/>
          <w:strike w:val="0"/>
          <w:sz w:val="28"/>
          <w:u w:val="single"/>
        </w:rPr>
        <w:t>concealment</w:t>
      </w:r>
      <w:r>
        <w:rPr>
          <w:b/>
          <w:i w:val="0"/>
          <w:smallCaps w:val="0"/>
          <w:strike w:val="0"/>
          <w:sz w:val="28"/>
          <w:u w:val="none"/>
        </w:rPr>
        <w:t xml:space="preserve"> within </w:t>
      </w:r>
      <w:r>
        <w:rPr>
          <w:b/>
          <w:i w:val="0"/>
          <w:smallCaps w:val="0"/>
          <w:strike w:val="0"/>
          <w:sz w:val="28"/>
          <w:u w:val="single"/>
        </w:rPr>
        <w:t>debate</w:t>
      </w:r>
      <w:r>
        <w:rPr>
          <w:b/>
          <w:i w:val="0"/>
          <w:smallCaps w:val="0"/>
          <w:strike w:val="0"/>
          <w:sz w:val="28"/>
          <w:u w:val="none"/>
        </w:rPr>
        <w:t xml:space="preserve">. </w:t>
      </w:r>
    </w:p>
    <w:p>
      <w:pPr>
        <w:spacing w:after="80"/>
      </w:pPr>
      <w:r>
        <w:rPr>
          <w:b/>
          <w:i w:val="0"/>
          <w:smallCaps w:val="0"/>
          <w:strike w:val="0"/>
          <w:sz w:val="28"/>
          <w:u w:val="none"/>
        </w:rPr>
        <w:t>Winters ’16</w:t>
      </w:r>
      <w:r>
        <w:rPr>
          <w:b w:val="0"/>
          <w:i w:val="0"/>
          <w:smallCaps w:val="0"/>
          <w:strike w:val="0"/>
          <w:sz w:val="22"/>
          <w:u w:val="none"/>
        </w:rPr>
        <w:t xml:space="preserve"> [Joseph; May 20; Winters is the Alexander F. Hehmeyer Associate Professor of Religious Studies and African and African American Studies. He also holds secondary positions in English and Gender, Sexuality, and Feminist Studies. His interests lie at the intersection of black religious thought, African American literature, and critical theory, “Hope Draped in Black: Race Melancholy, and the Agony of Progress”, ISBN: 978-0-8223-6173-2] /vishwa</w:t>
      </w:r>
    </w:p>
    <w:p>
      <w:pPr>
        <w:spacing w:after="60"/>
      </w:pPr>
      <w:r>
        <w:rPr>
          <w:b w:val="0"/>
          <w:i w:val="0"/>
          <w:smallCaps w:val="0"/>
          <w:strike w:val="0"/>
          <w:sz w:val="22"/>
          <w:u w:val="single"/>
        </w:rPr>
        <w:t xml:space="preserve">The idea and </w:t>
      </w:r>
      <w:r>
        <w:rPr>
          <w:b/>
          <w:i w:val="0"/>
          <w:smallCaps w:val="0"/>
          <w:strike w:val="0"/>
          <w:sz w:val="22"/>
          <w:highlight w:val="green"/>
          <w:u w:val="single"/>
        </w:rPr>
        <w:t>promise</w:t>
      </w:r>
      <w:r>
        <w:rPr>
          <w:b w:val="0"/>
          <w:i w:val="0"/>
          <w:smallCaps w:val="0"/>
          <w:strike w:val="0"/>
          <w:sz w:val="22"/>
          <w:highlight w:val="green"/>
          <w:u w:val="single"/>
        </w:rPr>
        <w:t xml:space="preserve"> of </w:t>
      </w:r>
      <w:r>
        <w:rPr>
          <w:b/>
          <w:i w:val="0"/>
          <w:smallCaps w:val="0"/>
          <w:strike w:val="0"/>
          <w:sz w:val="22"/>
          <w:highlight w:val="green"/>
          <w:u w:val="single"/>
        </w:rPr>
        <w:t>progress</w:t>
      </w:r>
      <w:r>
        <w:rPr>
          <w:b w:val="0"/>
          <w:i w:val="0"/>
          <w:smallCaps w:val="0"/>
          <w:strike w:val="0"/>
          <w:sz w:val="22"/>
          <w:u w:val="single"/>
        </w:rPr>
        <w:t xml:space="preserve">, an idea that is </w:t>
      </w:r>
      <w:r>
        <w:rPr>
          <w:b/>
          <w:i w:val="0"/>
          <w:smallCaps w:val="0"/>
          <w:strike w:val="0"/>
          <w:sz w:val="22"/>
          <w:highlight w:val="green"/>
          <w:u w:val="single"/>
        </w:rPr>
        <w:t>connected</w:t>
      </w:r>
      <w:r>
        <w:rPr>
          <w:b w:val="0"/>
          <w:i w:val="0"/>
          <w:smallCaps w:val="0"/>
          <w:strike w:val="0"/>
          <w:sz w:val="22"/>
          <w:highlight w:val="green"/>
          <w:u w:val="single"/>
        </w:rPr>
        <w:t xml:space="preserve"> to</w:t>
      </w:r>
      <w:r>
        <w:rPr>
          <w:b w:val="0"/>
          <w:i w:val="0"/>
          <w:smallCaps w:val="0"/>
          <w:strike w:val="0"/>
          <w:sz w:val="22"/>
          <w:u w:val="single"/>
        </w:rPr>
        <w:t xml:space="preserve"> values such as </w:t>
      </w:r>
      <w:r>
        <w:rPr>
          <w:b/>
          <w:i w:val="0"/>
          <w:smallCaps w:val="0"/>
          <w:strike w:val="0"/>
          <w:sz w:val="22"/>
          <w:u w:val="single"/>
        </w:rPr>
        <w:t>recognition</w:t>
      </w:r>
      <w:r>
        <w:rPr>
          <w:b w:val="0"/>
          <w:i w:val="0"/>
          <w:smallCaps w:val="0"/>
          <w:strike w:val="0"/>
          <w:sz w:val="22"/>
          <w:u w:val="single"/>
        </w:rPr>
        <w:t xml:space="preserve">, equality, and </w:t>
      </w:r>
      <w:r>
        <w:rPr>
          <w:b/>
          <w:i w:val="0"/>
          <w:smallCaps w:val="0"/>
          <w:strike w:val="0"/>
          <w:sz w:val="22"/>
          <w:highlight w:val="green"/>
          <w:u w:val="single"/>
        </w:rPr>
        <w:t>freedom</w:t>
      </w:r>
      <w:r>
        <w:rPr>
          <w:b w:val="0"/>
          <w:i w:val="0"/>
          <w:smallCaps w:val="0"/>
          <w:strike w:val="0"/>
          <w:sz w:val="16"/>
          <w:u w:val="none"/>
        </w:rPr>
        <w:t xml:space="preserve">, has always been a fraught object of discussion and interest for black writers, artists, and thinkers. This is especially the case for the philosopher, social critic, and activist W. E. B. Du Bois. In “The Souls of White Folk,” a scathing essay written in the aftermath of World War I, </w:t>
      </w:r>
      <w:r>
        <w:rPr>
          <w:b w:val="0"/>
          <w:i w:val="0"/>
          <w:smallCaps w:val="0"/>
          <w:strike w:val="0"/>
          <w:sz w:val="22"/>
          <w:u w:val="single"/>
        </w:rPr>
        <w:t xml:space="preserve">Du Bois </w:t>
      </w:r>
      <w:r>
        <w:rPr>
          <w:b/>
          <w:i w:val="0"/>
          <w:smallCaps w:val="0"/>
          <w:strike w:val="0"/>
          <w:sz w:val="22"/>
          <w:u w:val="single"/>
        </w:rPr>
        <w:t>radically</w:t>
      </w:r>
      <w:r>
        <w:rPr>
          <w:b w:val="0"/>
          <w:i w:val="0"/>
          <w:smallCaps w:val="0"/>
          <w:strike w:val="0"/>
          <w:sz w:val="22"/>
          <w:u w:val="single"/>
        </w:rPr>
        <w:t xml:space="preserve"> undercuts the </w:t>
      </w:r>
      <w:r>
        <w:rPr>
          <w:b/>
          <w:i w:val="0"/>
          <w:smallCaps w:val="0"/>
          <w:strike w:val="0"/>
          <w:sz w:val="22"/>
          <w:highlight w:val="green"/>
          <w:u w:val="single"/>
        </w:rPr>
        <w:t>pervasive</w:t>
      </w:r>
      <w:r>
        <w:rPr>
          <w:b w:val="0"/>
          <w:i w:val="0"/>
          <w:smallCaps w:val="0"/>
          <w:strike w:val="0"/>
          <w:sz w:val="22"/>
          <w:highlight w:val="green"/>
          <w:u w:val="single"/>
        </w:rPr>
        <w:t xml:space="preserve"> faith</w:t>
      </w:r>
      <w:r>
        <w:rPr>
          <w:b w:val="0"/>
          <w:i w:val="0"/>
          <w:smallCaps w:val="0"/>
          <w:strike w:val="0"/>
          <w:sz w:val="22"/>
          <w:u w:val="single"/>
        </w:rPr>
        <w:t xml:space="preserve"> that the </w:t>
      </w:r>
      <w:r>
        <w:rPr>
          <w:b w:val="0"/>
          <w:i w:val="0"/>
          <w:smallCaps w:val="0"/>
          <w:strike w:val="0"/>
          <w:sz w:val="22"/>
          <w:highlight w:val="green"/>
          <w:u w:val="single"/>
        </w:rPr>
        <w:t>world is moving</w:t>
      </w:r>
      <w:r>
        <w:rPr>
          <w:b w:val="0"/>
          <w:i w:val="0"/>
          <w:smallCaps w:val="0"/>
          <w:strike w:val="0"/>
          <w:sz w:val="22"/>
          <w:u w:val="single"/>
        </w:rPr>
        <w:t xml:space="preserve"> </w:t>
      </w:r>
      <w:r>
        <w:rPr>
          <w:b/>
          <w:i w:val="0"/>
          <w:smallCaps w:val="0"/>
          <w:strike w:val="0"/>
          <w:sz w:val="22"/>
          <w:u w:val="single"/>
        </w:rPr>
        <w:t>steadily</w:t>
      </w:r>
      <w:r>
        <w:rPr>
          <w:b w:val="0"/>
          <w:i w:val="0"/>
          <w:smallCaps w:val="0"/>
          <w:strike w:val="0"/>
          <w:sz w:val="22"/>
          <w:u w:val="single"/>
        </w:rPr>
        <w:t xml:space="preserve"> </w:t>
      </w:r>
      <w:r>
        <w:rPr>
          <w:b w:val="0"/>
          <w:i w:val="0"/>
          <w:smallCaps w:val="0"/>
          <w:strike w:val="0"/>
          <w:sz w:val="22"/>
          <w:highlight w:val="green"/>
          <w:u w:val="single"/>
        </w:rPr>
        <w:t>on</w:t>
      </w:r>
      <w:r>
        <w:rPr>
          <w:b w:val="0"/>
          <w:i w:val="0"/>
          <w:smallCaps w:val="0"/>
          <w:strike w:val="0"/>
          <w:sz w:val="22"/>
          <w:u w:val="single"/>
        </w:rPr>
        <w:t xml:space="preserve"> a </w:t>
      </w:r>
      <w:r>
        <w:rPr>
          <w:b w:val="0"/>
          <w:i w:val="0"/>
          <w:smallCaps w:val="0"/>
          <w:strike w:val="0"/>
          <w:sz w:val="22"/>
          <w:highlight w:val="green"/>
          <w:u w:val="single"/>
        </w:rPr>
        <w:t>path</w:t>
      </w:r>
      <w:r>
        <w:rPr>
          <w:b w:val="0"/>
          <w:i w:val="0"/>
          <w:smallCaps w:val="0"/>
          <w:strike w:val="0"/>
          <w:sz w:val="22"/>
          <w:u w:val="single"/>
        </w:rPr>
        <w:t xml:space="preserve"> toward </w:t>
      </w:r>
      <w:r>
        <w:rPr>
          <w:b/>
          <w:i w:val="0"/>
          <w:smallCaps w:val="0"/>
          <w:strike w:val="0"/>
          <w:sz w:val="22"/>
          <w:u w:val="single"/>
        </w:rPr>
        <w:t>increased</w:t>
      </w:r>
      <w:r>
        <w:rPr>
          <w:b w:val="0"/>
          <w:i w:val="0"/>
          <w:smallCaps w:val="0"/>
          <w:strike w:val="0"/>
          <w:sz w:val="22"/>
          <w:u w:val="single"/>
        </w:rPr>
        <w:t xml:space="preserve"> freedom and </w:t>
      </w:r>
      <w:r>
        <w:rPr>
          <w:b/>
          <w:i w:val="0"/>
          <w:smallCaps w:val="0"/>
          <w:strike w:val="0"/>
          <w:sz w:val="22"/>
          <w:u w:val="single"/>
        </w:rPr>
        <w:t>equality</w:t>
      </w:r>
      <w:r>
        <w:rPr>
          <w:b w:val="0"/>
          <w:i w:val="0"/>
          <w:smallCaps w:val="0"/>
          <w:strike w:val="0"/>
          <w:sz w:val="22"/>
          <w:u w:val="single"/>
        </w:rPr>
        <w:t xml:space="preserve">. In this essay, he </w:t>
      </w:r>
      <w:r>
        <w:rPr>
          <w:b/>
          <w:i w:val="0"/>
          <w:smallCaps w:val="0"/>
          <w:strike w:val="0"/>
          <w:sz w:val="22"/>
          <w:highlight w:val="green"/>
          <w:u w:val="single"/>
        </w:rPr>
        <w:t>suggests</w:t>
      </w:r>
      <w:r>
        <w:rPr>
          <w:b w:val="0"/>
          <w:i w:val="0"/>
          <w:smallCaps w:val="0"/>
          <w:strike w:val="0"/>
          <w:sz w:val="22"/>
          <w:u w:val="single"/>
        </w:rPr>
        <w:t xml:space="preserve"> that the </w:t>
      </w:r>
      <w:r>
        <w:rPr>
          <w:b w:val="0"/>
          <w:i w:val="0"/>
          <w:smallCaps w:val="0"/>
          <w:strike w:val="0"/>
          <w:sz w:val="22"/>
          <w:highlight w:val="green"/>
          <w:u w:val="single"/>
        </w:rPr>
        <w:t>rhetoric</w:t>
      </w:r>
      <w:r>
        <w:rPr>
          <w:b w:val="0"/>
          <w:i w:val="0"/>
          <w:smallCaps w:val="0"/>
          <w:strike w:val="0"/>
          <w:sz w:val="22"/>
          <w:u w:val="single"/>
        </w:rPr>
        <w:t xml:space="preserve"> of </w:t>
      </w:r>
      <w:r>
        <w:rPr>
          <w:b/>
          <w:i w:val="0"/>
          <w:smallCaps w:val="0"/>
          <w:strike w:val="0"/>
          <w:sz w:val="22"/>
          <w:u w:val="single"/>
        </w:rPr>
        <w:t>civilization</w:t>
      </w:r>
      <w:r>
        <w:rPr>
          <w:b w:val="0"/>
          <w:i w:val="0"/>
          <w:smallCaps w:val="0"/>
          <w:strike w:val="0"/>
          <w:sz w:val="22"/>
          <w:u w:val="single"/>
        </w:rPr>
        <w:t xml:space="preserve"> </w:t>
      </w:r>
      <w:r>
        <w:rPr>
          <w:b w:val="0"/>
          <w:i w:val="0"/>
          <w:smallCaps w:val="0"/>
          <w:strike w:val="0"/>
          <w:sz w:val="22"/>
          <w:highlight w:val="green"/>
          <w:u w:val="single"/>
        </w:rPr>
        <w:t xml:space="preserve">and </w:t>
      </w:r>
      <w:r>
        <w:rPr>
          <w:b/>
          <w:i w:val="0"/>
          <w:smallCaps w:val="0"/>
          <w:strike w:val="0"/>
          <w:sz w:val="22"/>
          <w:highlight w:val="green"/>
          <w:u w:val="single"/>
        </w:rPr>
        <w:t>progress</w:t>
      </w:r>
      <w:r>
        <w:rPr>
          <w:b w:val="0"/>
          <w:i w:val="0"/>
          <w:smallCaps w:val="0"/>
          <w:strike w:val="0"/>
          <w:sz w:val="22"/>
          <w:highlight w:val="green"/>
          <w:u w:val="single"/>
        </w:rPr>
        <w:t xml:space="preserve"> denies</w:t>
      </w:r>
      <w:r>
        <w:rPr>
          <w:b w:val="0"/>
          <w:i w:val="0"/>
          <w:smallCaps w:val="0"/>
          <w:strike w:val="0"/>
          <w:sz w:val="22"/>
          <w:u w:val="single"/>
        </w:rPr>
        <w:t xml:space="preserve"> a </w:t>
      </w:r>
      <w:r>
        <w:rPr>
          <w:b/>
          <w:i w:val="0"/>
          <w:smallCaps w:val="0"/>
          <w:strike w:val="0"/>
          <w:sz w:val="22"/>
          <w:highlight w:val="green"/>
          <w:u w:val="single"/>
        </w:rPr>
        <w:t>traumatic</w:t>
      </w:r>
      <w:r>
        <w:rPr>
          <w:b w:val="0"/>
          <w:i w:val="0"/>
          <w:smallCaps w:val="0"/>
          <w:strike w:val="0"/>
          <w:sz w:val="22"/>
          <w:highlight w:val="green"/>
          <w:u w:val="single"/>
        </w:rPr>
        <w:t xml:space="preserve"> underside</w:t>
      </w:r>
      <w:r>
        <w:rPr>
          <w:b w:val="0"/>
          <w:i w:val="0"/>
          <w:smallCaps w:val="0"/>
          <w:strike w:val="0"/>
          <w:sz w:val="22"/>
          <w:u w:val="single"/>
        </w:rPr>
        <w:t xml:space="preserve"> that </w:t>
      </w:r>
      <w:r>
        <w:rPr>
          <w:b/>
          <w:i w:val="0"/>
          <w:smallCaps w:val="0"/>
          <w:strike w:val="0"/>
          <w:sz w:val="22"/>
          <w:u w:val="single"/>
        </w:rPr>
        <w:t>consists</w:t>
      </w:r>
      <w:r>
        <w:rPr>
          <w:b w:val="0"/>
          <w:i w:val="0"/>
          <w:smallCaps w:val="0"/>
          <w:strike w:val="0"/>
          <w:sz w:val="22"/>
          <w:u w:val="single"/>
        </w:rPr>
        <w:t xml:space="preserve"> </w:t>
      </w:r>
      <w:r>
        <w:rPr>
          <w:b w:val="0"/>
          <w:i w:val="0"/>
          <w:smallCaps w:val="0"/>
          <w:strike w:val="0"/>
          <w:sz w:val="22"/>
          <w:highlight w:val="green"/>
          <w:u w:val="single"/>
        </w:rPr>
        <w:t>of slavery</w:t>
      </w:r>
      <w:r>
        <w:rPr>
          <w:b w:val="0"/>
          <w:i w:val="0"/>
          <w:smallCaps w:val="0"/>
          <w:strike w:val="0"/>
          <w:sz w:val="22"/>
          <w:u w:val="single"/>
        </w:rPr>
        <w:t xml:space="preserve">, the </w:t>
      </w:r>
      <w:r>
        <w:rPr>
          <w:b/>
          <w:i w:val="0"/>
          <w:smallCaps w:val="0"/>
          <w:strike w:val="0"/>
          <w:sz w:val="22"/>
          <w:highlight w:val="green"/>
          <w:u w:val="single"/>
        </w:rPr>
        <w:t>colonization</w:t>
      </w:r>
      <w:r>
        <w:rPr>
          <w:b w:val="0"/>
          <w:i w:val="0"/>
          <w:smallCaps w:val="0"/>
          <w:strike w:val="0"/>
          <w:sz w:val="22"/>
          <w:highlight w:val="green"/>
          <w:u w:val="single"/>
        </w:rPr>
        <w:t xml:space="preserve"> of</w:t>
      </w:r>
      <w:r>
        <w:rPr>
          <w:b w:val="0"/>
          <w:i w:val="0"/>
          <w:smallCaps w:val="0"/>
          <w:strike w:val="0"/>
          <w:sz w:val="22"/>
          <w:u w:val="single"/>
        </w:rPr>
        <w:t xml:space="preserve"> people of </w:t>
      </w:r>
      <w:r>
        <w:rPr>
          <w:b/>
          <w:i w:val="0"/>
          <w:smallCaps w:val="0"/>
          <w:strike w:val="0"/>
          <w:sz w:val="22"/>
          <w:highlight w:val="green"/>
          <w:u w:val="single"/>
        </w:rPr>
        <w:t>color</w:t>
      </w:r>
      <w:r>
        <w:rPr>
          <w:b w:val="0"/>
          <w:i w:val="0"/>
          <w:smallCaps w:val="0"/>
          <w:strike w:val="0"/>
          <w:sz w:val="22"/>
          <w:u w:val="single"/>
        </w:rPr>
        <w:t xml:space="preserve">, war, and </w:t>
      </w:r>
      <w:r>
        <w:rPr>
          <w:b/>
          <w:i w:val="0"/>
          <w:smallCaps w:val="0"/>
          <w:strike w:val="0"/>
          <w:sz w:val="22"/>
          <w:u w:val="single"/>
        </w:rPr>
        <w:t>conquest</w:t>
      </w:r>
      <w:r>
        <w:rPr>
          <w:b w:val="0"/>
          <w:i w:val="0"/>
          <w:smallCaps w:val="0"/>
          <w:strike w:val="0"/>
          <w:sz w:val="22"/>
          <w:u w:val="single"/>
        </w:rPr>
        <w:t>.</w:t>
      </w:r>
      <w:r>
        <w:rPr>
          <w:b w:val="0"/>
          <w:i w:val="0"/>
          <w:smallCaps w:val="0"/>
          <w:strike w:val="0"/>
          <w:sz w:val="16"/>
          <w:u w:val="none"/>
        </w:rPr>
        <w:t xml:space="preserve"> In an expression that resembles a prayer, Du Bois exclaims: “We have seen—Oh Merciful God! in these wild days and in the name of Civilization, Justice, and Motherhood—what have we not seen, right here in America, of orgy, cruelty, barbarism, and murder done to men and women of Negro descent.”12 While Du Bois underscores the specific struggles of black Americans during the so-called nadir of American race relationships (a post-Reconstruction period marked by the establishment of Jim Crow segregation and the ritualized lynching of black bodies), he is also thinking broadly about the relationship between civilization, progress, and race-inflected domination within modern life. Similar to Karl Marx, Du Bois contends that many of the material freedoms, advancements, and enjoyments that the modern world introduces rely on systems of exploitation and exclusion. As Du Bois puts it, “High wages in the United States and England might be the skillfully manipulated result of slavery in Africa and peonage in Asia.”13 What is important here is that Du Bois can be interpreted in this essay as saying that </w:t>
      </w:r>
      <w:r>
        <w:rPr>
          <w:b w:val="0"/>
          <w:i w:val="0"/>
          <w:smallCaps w:val="0"/>
          <w:strike w:val="0"/>
          <w:sz w:val="22"/>
          <w:u w:val="single"/>
        </w:rPr>
        <w:t xml:space="preserve">modern </w:t>
      </w:r>
      <w:r>
        <w:rPr>
          <w:b/>
          <w:i w:val="0"/>
          <w:smallCaps w:val="0"/>
          <w:strike w:val="0"/>
          <w:sz w:val="22"/>
          <w:highlight w:val="green"/>
          <w:u w:val="single"/>
        </w:rPr>
        <w:t>notions</w:t>
      </w:r>
      <w:r>
        <w:rPr>
          <w:b w:val="0"/>
          <w:i w:val="0"/>
          <w:smallCaps w:val="0"/>
          <w:strike w:val="0"/>
          <w:sz w:val="22"/>
          <w:highlight w:val="green"/>
          <w:u w:val="single"/>
        </w:rPr>
        <w:t xml:space="preserve"> of progress</w:t>
      </w:r>
      <w:r>
        <w:rPr>
          <w:b w:val="0"/>
          <w:i w:val="0"/>
          <w:smallCaps w:val="0"/>
          <w:strike w:val="0"/>
          <w:sz w:val="22"/>
          <w:u w:val="single"/>
        </w:rPr>
        <w:t xml:space="preserve"> and </w:t>
      </w:r>
      <w:r>
        <w:rPr>
          <w:b/>
          <w:i w:val="0"/>
          <w:smallCaps w:val="0"/>
          <w:strike w:val="0"/>
          <w:sz w:val="22"/>
          <w:u w:val="single"/>
        </w:rPr>
        <w:t>freedom</w:t>
      </w:r>
      <w:r>
        <w:rPr>
          <w:b w:val="0"/>
          <w:i w:val="0"/>
          <w:smallCaps w:val="0"/>
          <w:strike w:val="0"/>
          <w:sz w:val="22"/>
          <w:u w:val="single"/>
        </w:rPr>
        <w:t xml:space="preserve"> are </w:t>
      </w:r>
      <w:r>
        <w:rPr>
          <w:b/>
          <w:i w:val="0"/>
          <w:smallCaps w:val="0"/>
          <w:strike w:val="0"/>
          <w:sz w:val="22"/>
          <w:u w:val="single"/>
        </w:rPr>
        <w:t>inherently</w:t>
      </w:r>
      <w:r>
        <w:rPr>
          <w:b w:val="0"/>
          <w:i w:val="0"/>
          <w:smallCaps w:val="0"/>
          <w:strike w:val="0"/>
          <w:sz w:val="22"/>
          <w:u w:val="single"/>
        </w:rPr>
        <w:t xml:space="preserve"> </w:t>
      </w:r>
      <w:r>
        <w:rPr>
          <w:b w:val="0"/>
          <w:i w:val="0"/>
          <w:smallCaps w:val="0"/>
          <w:strike w:val="0"/>
          <w:sz w:val="22"/>
          <w:highlight w:val="green"/>
          <w:u w:val="single"/>
        </w:rPr>
        <w:t xml:space="preserve">flawed and </w:t>
      </w:r>
      <w:r>
        <w:rPr>
          <w:b/>
          <w:i w:val="0"/>
          <w:smallCaps w:val="0"/>
          <w:strike w:val="0"/>
          <w:sz w:val="22"/>
          <w:highlight w:val="green"/>
          <w:u w:val="single"/>
        </w:rPr>
        <w:t>problematic</w:t>
      </w:r>
      <w:r>
        <w:rPr>
          <w:b w:val="0"/>
          <w:i w:val="0"/>
          <w:smallCaps w:val="0"/>
          <w:strike w:val="0"/>
          <w:sz w:val="22"/>
          <w:u w:val="single"/>
        </w:rPr>
        <w:t xml:space="preserve"> because they rely on </w:t>
      </w:r>
      <w:r>
        <w:rPr>
          <w:b w:val="0"/>
          <w:i w:val="0"/>
          <w:smallCaps w:val="0"/>
          <w:strike w:val="0"/>
          <w:sz w:val="22"/>
          <w:highlight w:val="green"/>
          <w:u w:val="single"/>
        </w:rPr>
        <w:t xml:space="preserve">and are </w:t>
      </w:r>
      <w:r>
        <w:rPr>
          <w:b/>
          <w:i w:val="0"/>
          <w:smallCaps w:val="0"/>
          <w:strike w:val="0"/>
          <w:sz w:val="22"/>
          <w:highlight w:val="green"/>
          <w:u w:val="single"/>
        </w:rPr>
        <w:t>intertwined</w:t>
      </w:r>
      <w:r>
        <w:rPr>
          <w:b w:val="0"/>
          <w:i w:val="0"/>
          <w:smallCaps w:val="0"/>
          <w:strike w:val="0"/>
          <w:sz w:val="22"/>
          <w:highlight w:val="green"/>
          <w:u w:val="single"/>
        </w:rPr>
        <w:t xml:space="preserve"> with</w:t>
      </w:r>
      <w:r>
        <w:rPr>
          <w:b w:val="0"/>
          <w:i w:val="0"/>
          <w:smallCaps w:val="0"/>
          <w:strike w:val="0"/>
          <w:sz w:val="22"/>
          <w:u w:val="single"/>
        </w:rPr>
        <w:t xml:space="preserve"> practices and </w:t>
      </w:r>
      <w:r>
        <w:rPr>
          <w:b/>
          <w:i w:val="0"/>
          <w:smallCaps w:val="0"/>
          <w:strike w:val="0"/>
          <w:sz w:val="22"/>
          <w:highlight w:val="green"/>
          <w:u w:val="single"/>
        </w:rPr>
        <w:t>conditions</w:t>
      </w:r>
      <w:r>
        <w:rPr>
          <w:b w:val="0"/>
          <w:i w:val="0"/>
          <w:smallCaps w:val="0"/>
          <w:strike w:val="0"/>
          <w:sz w:val="22"/>
          <w:u w:val="single"/>
        </w:rPr>
        <w:t xml:space="preserve">— capitalism, </w:t>
      </w:r>
      <w:r>
        <w:rPr>
          <w:b/>
          <w:i w:val="0"/>
          <w:smallCaps w:val="0"/>
          <w:strike w:val="0"/>
          <w:sz w:val="22"/>
          <w:u w:val="single"/>
        </w:rPr>
        <w:t>colonial</w:t>
      </w:r>
      <w:r>
        <w:rPr>
          <w:b w:val="0"/>
          <w:i w:val="0"/>
          <w:smallCaps w:val="0"/>
          <w:strike w:val="0"/>
          <w:sz w:val="22"/>
          <w:u w:val="single"/>
        </w:rPr>
        <w:t xml:space="preserve"> expansion, racial </w:t>
      </w:r>
      <w:r>
        <w:rPr>
          <w:b/>
          <w:i w:val="0"/>
          <w:smallCaps w:val="0"/>
          <w:strike w:val="0"/>
          <w:sz w:val="22"/>
          <w:u w:val="single"/>
        </w:rPr>
        <w:t>hierarchies</w:t>
      </w:r>
      <w:r>
        <w:rPr>
          <w:b w:val="0"/>
          <w:i w:val="0"/>
          <w:smallCaps w:val="0"/>
          <w:strike w:val="0"/>
          <w:sz w:val="22"/>
          <w:u w:val="single"/>
        </w:rPr>
        <w:t xml:space="preserve">, endeavors, </w:t>
      </w:r>
      <w:r>
        <w:rPr>
          <w:b w:val="0"/>
          <w:i w:val="0"/>
          <w:smallCaps w:val="0"/>
          <w:strike w:val="0"/>
          <w:sz w:val="22"/>
          <w:highlight w:val="green"/>
          <w:u w:val="single"/>
        </w:rPr>
        <w:t xml:space="preserve">and </w:t>
      </w:r>
      <w:r>
        <w:rPr>
          <w:b/>
          <w:i w:val="0"/>
          <w:smallCaps w:val="0"/>
          <w:strike w:val="0"/>
          <w:sz w:val="22"/>
          <w:highlight w:val="green"/>
          <w:u w:val="single"/>
        </w:rPr>
        <w:t>incentives</w:t>
      </w:r>
      <w:r>
        <w:rPr>
          <w:b w:val="0"/>
          <w:i w:val="0"/>
          <w:smallCaps w:val="0"/>
          <w:strike w:val="0"/>
          <w:sz w:val="22"/>
          <w:highlight w:val="green"/>
          <w:u w:val="single"/>
        </w:rPr>
        <w:t xml:space="preserve"> to</w:t>
      </w:r>
      <w:r>
        <w:rPr>
          <w:b w:val="0"/>
          <w:i w:val="0"/>
          <w:smallCaps w:val="0"/>
          <w:strike w:val="0"/>
          <w:sz w:val="22"/>
          <w:u w:val="single"/>
        </w:rPr>
        <w:t xml:space="preserve"> usurp and </w:t>
      </w:r>
      <w:r>
        <w:rPr>
          <w:b/>
          <w:i w:val="0"/>
          <w:smallCaps w:val="0"/>
          <w:strike w:val="0"/>
          <w:sz w:val="22"/>
          <w:highlight w:val="green"/>
          <w:u w:val="single"/>
        </w:rPr>
        <w:t>possess</w:t>
      </w:r>
      <w:r>
        <w:rPr>
          <w:b w:val="0"/>
          <w:i w:val="0"/>
          <w:smallCaps w:val="0"/>
          <w:strike w:val="0"/>
          <w:sz w:val="22"/>
          <w:u w:val="single"/>
        </w:rPr>
        <w:t xml:space="preserve"> the earth—that are </w:t>
      </w:r>
      <w:r>
        <w:rPr>
          <w:b/>
          <w:i w:val="0"/>
          <w:smallCaps w:val="0"/>
          <w:strike w:val="0"/>
          <w:sz w:val="22"/>
          <w:u w:val="single"/>
        </w:rPr>
        <w:t>harmful</w:t>
      </w:r>
      <w:r>
        <w:rPr>
          <w:b w:val="0"/>
          <w:i w:val="0"/>
          <w:smallCaps w:val="0"/>
          <w:strike w:val="0"/>
          <w:sz w:val="22"/>
          <w:u w:val="single"/>
        </w:rPr>
        <w:t xml:space="preserve"> to non-Europeans, </w:t>
      </w:r>
      <w:r>
        <w:rPr>
          <w:b/>
          <w:i w:val="0"/>
          <w:smallCaps w:val="0"/>
          <w:strike w:val="0"/>
          <w:sz w:val="22"/>
          <w:u w:val="single"/>
        </w:rPr>
        <w:t>working-class</w:t>
      </w:r>
      <w:r>
        <w:rPr>
          <w:b w:val="0"/>
          <w:i w:val="0"/>
          <w:smallCaps w:val="0"/>
          <w:strike w:val="0"/>
          <w:sz w:val="22"/>
          <w:u w:val="single"/>
        </w:rPr>
        <w:t xml:space="preserve"> </w:t>
      </w:r>
      <w:r>
        <w:rPr>
          <w:b w:val="0"/>
          <w:i w:val="0"/>
          <w:smallCaps w:val="0"/>
          <w:strike w:val="0"/>
          <w:sz w:val="22"/>
          <w:highlight w:val="green"/>
          <w:u w:val="single"/>
        </w:rPr>
        <w:t>bodies</w:t>
      </w:r>
      <w:r>
        <w:rPr>
          <w:b w:val="0"/>
          <w:i w:val="0"/>
          <w:smallCaps w:val="0"/>
          <w:strike w:val="0"/>
          <w:sz w:val="22"/>
          <w:u w:val="single"/>
        </w:rPr>
        <w:t xml:space="preserve">, women, </w:t>
      </w:r>
      <w:r>
        <w:rPr>
          <w:b w:val="0"/>
          <w:i w:val="0"/>
          <w:smallCaps w:val="0"/>
          <w:strike w:val="0"/>
          <w:sz w:val="22"/>
          <w:highlight w:val="green"/>
          <w:u w:val="single"/>
        </w:rPr>
        <w:t>and</w:t>
      </w:r>
      <w:r>
        <w:rPr>
          <w:b w:val="0"/>
          <w:i w:val="0"/>
          <w:smallCaps w:val="0"/>
          <w:strike w:val="0"/>
          <w:sz w:val="22"/>
          <w:u w:val="single"/>
        </w:rPr>
        <w:t xml:space="preserve"> other </w:t>
      </w:r>
      <w:r>
        <w:rPr>
          <w:b/>
          <w:i w:val="0"/>
          <w:smallCaps w:val="0"/>
          <w:strike w:val="0"/>
          <w:sz w:val="22"/>
          <w:highlight w:val="green"/>
          <w:u w:val="single"/>
        </w:rPr>
        <w:t>groups</w:t>
      </w:r>
      <w:r>
        <w:rPr>
          <w:b w:val="0"/>
          <w:i w:val="0"/>
          <w:smallCaps w:val="0"/>
          <w:strike w:val="0"/>
          <w:sz w:val="22"/>
          <w:u w:val="single"/>
        </w:rPr>
        <w:t>.</w:t>
      </w:r>
      <w:r>
        <w:rPr>
          <w:b w:val="0"/>
          <w:i w:val="0"/>
          <w:smallCaps w:val="0"/>
          <w:strike w:val="0"/>
          <w:sz w:val="16"/>
          <w:u w:val="none"/>
        </w:rPr>
        <w:t xml:space="preserve"> At the same time, he can be read as suggesting that these notions of freedom and progress are not necessarily flawed or attached to pernicious desires, endeavors, and projects; rather, these ideals have just not been embodied or practiced properly. If the latter position is taken, then progress and the practices and arrangements associated with this ideal should be embraced and simply expanded to include groups, communities, and collective bodies that are presently marginalized.14 This ambivalence haunts Du Bois’s writing and thought. (But, of course, he is not unique; he inherits, and bequeaths, this ambivalence.) As many commentators have noted, Du Bois occasionally identifies with and adopts rather simplistic notions of progress and civilization. Like other black intellectuals and black people more generally, Du Bois articulates a commitment to something like racial progress or uplift. While historical efforts to uplift the race seem necessary and laudatory, these efforts carry troubling implications and consequences, especially when uplifting black people is defined as civilizing the black masses. As Kevin Gaines points out, the proverbial uplift paradigm, adopted by many black intellectuals and activists since the nineteenth century, calls for an educated, elite class of black people to liberate the masses of black folk from imposed conditions of poverty, ignorance, and moral depravity.15 </w:t>
      </w:r>
      <w:r>
        <w:rPr>
          <w:b w:val="0"/>
          <w:i w:val="0"/>
          <w:smallCaps w:val="0"/>
          <w:strike w:val="0"/>
          <w:sz w:val="22"/>
          <w:u w:val="single"/>
        </w:rPr>
        <w:t xml:space="preserve">The </w:t>
      </w:r>
      <w:r>
        <w:rPr>
          <w:b/>
          <w:i w:val="0"/>
          <w:smallCaps w:val="0"/>
          <w:strike w:val="0"/>
          <w:sz w:val="22"/>
          <w:highlight w:val="green"/>
          <w:u w:val="single"/>
        </w:rPr>
        <w:t>demand</w:t>
      </w:r>
      <w:r>
        <w:rPr>
          <w:b w:val="0"/>
          <w:i w:val="0"/>
          <w:smallCaps w:val="0"/>
          <w:strike w:val="0"/>
          <w:sz w:val="22"/>
          <w:u w:val="single"/>
        </w:rPr>
        <w:t xml:space="preserve"> and </w:t>
      </w:r>
      <w:r>
        <w:rPr>
          <w:b/>
          <w:i w:val="0"/>
          <w:smallCaps w:val="0"/>
          <w:strike w:val="0"/>
          <w:sz w:val="22"/>
          <w:u w:val="single"/>
        </w:rPr>
        <w:t>struggle</w:t>
      </w:r>
      <w:r>
        <w:rPr>
          <w:b w:val="0"/>
          <w:i w:val="0"/>
          <w:smallCaps w:val="0"/>
          <w:strike w:val="0"/>
          <w:sz w:val="22"/>
          <w:u w:val="single"/>
        </w:rPr>
        <w:t xml:space="preserve"> </w:t>
      </w:r>
      <w:r>
        <w:rPr>
          <w:b w:val="0"/>
          <w:i w:val="0"/>
          <w:smallCaps w:val="0"/>
          <w:strike w:val="0"/>
          <w:sz w:val="22"/>
          <w:highlight w:val="green"/>
          <w:u w:val="single"/>
        </w:rPr>
        <w:t>for recognition</w:t>
      </w:r>
      <w:r>
        <w:rPr>
          <w:b w:val="0"/>
          <w:i w:val="0"/>
          <w:smallCaps w:val="0"/>
          <w:strike w:val="0"/>
          <w:sz w:val="22"/>
          <w:u w:val="single"/>
        </w:rPr>
        <w:t xml:space="preserve"> has therefore </w:t>
      </w:r>
      <w:r>
        <w:rPr>
          <w:b/>
          <w:i w:val="0"/>
          <w:smallCaps w:val="0"/>
          <w:strike w:val="0"/>
          <w:sz w:val="22"/>
          <w:highlight w:val="green"/>
          <w:u w:val="single"/>
        </w:rPr>
        <w:t>involved</w:t>
      </w:r>
      <w:r>
        <w:rPr>
          <w:b w:val="0"/>
          <w:i w:val="0"/>
          <w:smallCaps w:val="0"/>
          <w:strike w:val="0"/>
          <w:sz w:val="22"/>
          <w:u w:val="single"/>
        </w:rPr>
        <w:t xml:space="preserve"> the </w:t>
      </w:r>
      <w:r>
        <w:rPr>
          <w:b/>
          <w:i w:val="0"/>
          <w:smallCaps w:val="0"/>
          <w:strike w:val="0"/>
          <w:sz w:val="22"/>
          <w:highlight w:val="green"/>
          <w:u w:val="single"/>
        </w:rPr>
        <w:t>celebration</w:t>
      </w:r>
      <w:r>
        <w:rPr>
          <w:b w:val="0"/>
          <w:i w:val="0"/>
          <w:smallCaps w:val="0"/>
          <w:strike w:val="0"/>
          <w:sz w:val="22"/>
          <w:highlight w:val="green"/>
          <w:u w:val="single"/>
        </w:rPr>
        <w:t xml:space="preserve"> of</w:t>
      </w:r>
      <w:r>
        <w:rPr>
          <w:b w:val="0"/>
          <w:i w:val="0"/>
          <w:smallCaps w:val="0"/>
          <w:strike w:val="0"/>
          <w:sz w:val="22"/>
          <w:u w:val="single"/>
        </w:rPr>
        <w:t xml:space="preserve"> certain </w:t>
      </w:r>
      <w:r>
        <w:rPr>
          <w:b/>
          <w:i w:val="0"/>
          <w:smallCaps w:val="0"/>
          <w:strike w:val="0"/>
          <w:sz w:val="22"/>
          <w:highlight w:val="green"/>
          <w:u w:val="single"/>
        </w:rPr>
        <w:t>individuals</w:t>
      </w:r>
      <w:r>
        <w:rPr>
          <w:b w:val="0"/>
          <w:i w:val="0"/>
          <w:smallCaps w:val="0"/>
          <w:strike w:val="0"/>
          <w:sz w:val="22"/>
          <w:u w:val="single"/>
        </w:rPr>
        <w:t xml:space="preserve"> or groups </w:t>
      </w:r>
      <w:r>
        <w:rPr>
          <w:b w:val="0"/>
          <w:i w:val="0"/>
          <w:smallCaps w:val="0"/>
          <w:strike w:val="0"/>
          <w:sz w:val="22"/>
          <w:highlight w:val="green"/>
          <w:u w:val="single"/>
        </w:rPr>
        <w:t>that “</w:t>
      </w:r>
      <w:r>
        <w:rPr>
          <w:b/>
          <w:i w:val="0"/>
          <w:smallCaps w:val="0"/>
          <w:strike w:val="0"/>
          <w:sz w:val="22"/>
          <w:highlight w:val="green"/>
          <w:u w:val="single"/>
        </w:rPr>
        <w:t>embody</w:t>
      </w:r>
      <w:r>
        <w:rPr>
          <w:b w:val="0"/>
          <w:i w:val="0"/>
          <w:smallCaps w:val="0"/>
          <w:strike w:val="0"/>
          <w:sz w:val="22"/>
          <w:highlight w:val="green"/>
          <w:u w:val="single"/>
        </w:rPr>
        <w:t>”</w:t>
      </w:r>
      <w:r>
        <w:rPr>
          <w:b w:val="0"/>
          <w:i w:val="0"/>
          <w:smallCaps w:val="0"/>
          <w:strike w:val="0"/>
          <w:sz w:val="22"/>
          <w:u w:val="single"/>
        </w:rPr>
        <w:t xml:space="preserve"> and signify </w:t>
      </w:r>
      <w:r>
        <w:rPr>
          <w:b w:val="0"/>
          <w:i w:val="0"/>
          <w:smallCaps w:val="0"/>
          <w:strike w:val="0"/>
          <w:sz w:val="22"/>
          <w:highlight w:val="green"/>
          <w:u w:val="single"/>
        </w:rPr>
        <w:t>progress</w:t>
      </w:r>
      <w:r>
        <w:rPr>
          <w:b w:val="0"/>
          <w:i w:val="0"/>
          <w:smallCaps w:val="0"/>
          <w:strike w:val="0"/>
          <w:sz w:val="22"/>
          <w:u w:val="single"/>
        </w:rPr>
        <w:t xml:space="preserve"> and </w:t>
      </w:r>
      <w:r>
        <w:rPr>
          <w:b/>
          <w:i w:val="0"/>
          <w:smallCaps w:val="0"/>
          <w:strike w:val="0"/>
          <w:sz w:val="22"/>
          <w:u w:val="single"/>
        </w:rPr>
        <w:t>advancement</w:t>
      </w:r>
      <w:r>
        <w:rPr>
          <w:b w:val="0"/>
          <w:i w:val="0"/>
          <w:smallCaps w:val="0"/>
          <w:strike w:val="0"/>
          <w:sz w:val="22"/>
          <w:u w:val="single"/>
        </w:rPr>
        <w:t xml:space="preserve">; these are </w:t>
      </w:r>
      <w:r>
        <w:rPr>
          <w:b/>
          <w:i w:val="0"/>
          <w:smallCaps w:val="0"/>
          <w:strike w:val="0"/>
          <w:sz w:val="22"/>
          <w:u w:val="single"/>
        </w:rPr>
        <w:t>figures</w:t>
      </w:r>
      <w:r>
        <w:rPr>
          <w:b w:val="0"/>
          <w:i w:val="0"/>
          <w:smallCaps w:val="0"/>
          <w:strike w:val="0"/>
          <w:sz w:val="22"/>
          <w:u w:val="single"/>
        </w:rPr>
        <w:t xml:space="preserve"> that have adopted and </w:t>
      </w:r>
      <w:r>
        <w:rPr>
          <w:b/>
          <w:i w:val="0"/>
          <w:smallCaps w:val="0"/>
          <w:strike w:val="0"/>
          <w:sz w:val="22"/>
          <w:highlight w:val="green"/>
          <w:u w:val="single"/>
        </w:rPr>
        <w:t>learned</w:t>
      </w:r>
      <w:r>
        <w:rPr>
          <w:b w:val="0"/>
          <w:i w:val="0"/>
          <w:smallCaps w:val="0"/>
          <w:strike w:val="0"/>
          <w:sz w:val="22"/>
          <w:u w:val="single"/>
        </w:rPr>
        <w:t xml:space="preserve"> the ideals, </w:t>
      </w:r>
      <w:r>
        <w:rPr>
          <w:b/>
          <w:i w:val="0"/>
          <w:smallCaps w:val="0"/>
          <w:strike w:val="0"/>
          <w:sz w:val="22"/>
          <w:u w:val="single"/>
        </w:rPr>
        <w:t>values</w:t>
      </w:r>
      <w:r>
        <w:rPr>
          <w:b w:val="0"/>
          <w:i w:val="0"/>
          <w:smallCaps w:val="0"/>
          <w:strike w:val="0"/>
          <w:sz w:val="22"/>
          <w:u w:val="single"/>
        </w:rPr>
        <w:t xml:space="preserve">, and </w:t>
      </w:r>
      <w:r>
        <w:rPr>
          <w:b w:val="0"/>
          <w:i w:val="0"/>
          <w:smallCaps w:val="0"/>
          <w:strike w:val="0"/>
          <w:sz w:val="22"/>
          <w:highlight w:val="green"/>
          <w:u w:val="single"/>
        </w:rPr>
        <w:t>practices of</w:t>
      </w:r>
      <w:r>
        <w:rPr>
          <w:b w:val="0"/>
          <w:i w:val="0"/>
          <w:smallCaps w:val="0"/>
          <w:strike w:val="0"/>
          <w:sz w:val="22"/>
          <w:u w:val="single"/>
        </w:rPr>
        <w:t xml:space="preserve"> the </w:t>
      </w:r>
      <w:r>
        <w:rPr>
          <w:b/>
          <w:i w:val="0"/>
          <w:smallCaps w:val="0"/>
          <w:strike w:val="0"/>
          <w:sz w:val="22"/>
          <w:highlight w:val="green"/>
          <w:u w:val="single"/>
        </w:rPr>
        <w:t>civilized</w:t>
      </w:r>
      <w:r>
        <w:rPr>
          <w:b w:val="0"/>
          <w:i w:val="0"/>
          <w:smallCaps w:val="0"/>
          <w:strike w:val="0"/>
          <w:sz w:val="22"/>
          <w:u w:val="single"/>
        </w:rPr>
        <w:t xml:space="preserve"> world (Europe and America), </w:t>
      </w:r>
      <w:r>
        <w:rPr>
          <w:b/>
          <w:i w:val="0"/>
          <w:smallCaps w:val="0"/>
          <w:strike w:val="0"/>
          <w:sz w:val="22"/>
          <w:u w:val="single"/>
        </w:rPr>
        <w:t xml:space="preserve">middle-class </w:t>
      </w:r>
      <w:r>
        <w:rPr>
          <w:b/>
          <w:i w:val="0"/>
          <w:smallCaps w:val="0"/>
          <w:strike w:val="0"/>
          <w:sz w:val="22"/>
          <w:highlight w:val="green"/>
          <w:u w:val="single"/>
        </w:rPr>
        <w:t>whiteness</w:t>
      </w:r>
      <w:r>
        <w:rPr>
          <w:b w:val="0"/>
          <w:i w:val="0"/>
          <w:smallCaps w:val="0"/>
          <w:strike w:val="0"/>
          <w:sz w:val="22"/>
          <w:u w:val="single"/>
        </w:rPr>
        <w:t xml:space="preserve">, enlightened Christianity, and so forth. Du Bois certainly has moments that betray a strong allegiance to progress, to the idea that </w:t>
      </w:r>
      <w:r>
        <w:rPr>
          <w:b/>
          <w:i w:val="0"/>
          <w:smallCaps w:val="0"/>
          <w:strike w:val="0"/>
          <w:sz w:val="22"/>
          <w:highlight w:val="green"/>
          <w:u w:val="single"/>
        </w:rPr>
        <w:t>recognition</w:t>
      </w:r>
      <w:r>
        <w:rPr>
          <w:b w:val="0"/>
          <w:i w:val="0"/>
          <w:smallCaps w:val="0"/>
          <w:strike w:val="0"/>
          <w:sz w:val="22"/>
          <w:highlight w:val="green"/>
          <w:u w:val="single"/>
        </w:rPr>
        <w:t xml:space="preserve"> for black</w:t>
      </w:r>
      <w:r>
        <w:rPr>
          <w:b w:val="0"/>
          <w:i w:val="0"/>
          <w:smallCaps w:val="0"/>
          <w:strike w:val="0"/>
          <w:sz w:val="22"/>
          <w:u w:val="single"/>
        </w:rPr>
        <w:t xml:space="preserve"> </w:t>
      </w:r>
      <w:r>
        <w:rPr>
          <w:b/>
          <w:i w:val="0"/>
          <w:smallCaps w:val="0"/>
          <w:strike w:val="0"/>
          <w:sz w:val="22"/>
          <w:u w:val="single"/>
        </w:rPr>
        <w:t>people</w:t>
      </w:r>
      <w:r>
        <w:rPr>
          <w:b w:val="0"/>
          <w:i w:val="0"/>
          <w:smallCaps w:val="0"/>
          <w:strike w:val="0"/>
          <w:sz w:val="22"/>
          <w:u w:val="single"/>
        </w:rPr>
        <w:t xml:space="preserve"> </w:t>
      </w:r>
      <w:r>
        <w:rPr>
          <w:b w:val="0"/>
          <w:i w:val="0"/>
          <w:smallCaps w:val="0"/>
          <w:strike w:val="0"/>
          <w:sz w:val="22"/>
          <w:highlight w:val="green"/>
          <w:u w:val="single"/>
        </w:rPr>
        <w:t>requires</w:t>
      </w:r>
      <w:r>
        <w:rPr>
          <w:b w:val="0"/>
          <w:i w:val="0"/>
          <w:smallCaps w:val="0"/>
          <w:strike w:val="0"/>
          <w:sz w:val="22"/>
          <w:u w:val="single"/>
        </w:rPr>
        <w:t xml:space="preserve"> being </w:t>
      </w:r>
      <w:r>
        <w:rPr>
          <w:b/>
          <w:i w:val="0"/>
          <w:smallCaps w:val="0"/>
          <w:strike w:val="0"/>
          <w:sz w:val="22"/>
          <w:highlight w:val="green"/>
          <w:u w:val="single"/>
        </w:rPr>
        <w:t>inducted</w:t>
      </w:r>
      <w:r>
        <w:rPr>
          <w:b w:val="0"/>
          <w:i w:val="0"/>
          <w:smallCaps w:val="0"/>
          <w:strike w:val="0"/>
          <w:sz w:val="22"/>
          <w:highlight w:val="green"/>
          <w:u w:val="single"/>
        </w:rPr>
        <w:t xml:space="preserve"> into</w:t>
      </w:r>
      <w:r>
        <w:rPr>
          <w:b w:val="0"/>
          <w:i w:val="0"/>
          <w:smallCaps w:val="0"/>
          <w:strike w:val="0"/>
          <w:sz w:val="22"/>
          <w:u w:val="single"/>
        </w:rPr>
        <w:t xml:space="preserve"> the </w:t>
      </w:r>
      <w:r>
        <w:rPr>
          <w:b w:val="0"/>
          <w:i w:val="0"/>
          <w:smallCaps w:val="0"/>
          <w:strike w:val="0"/>
          <w:sz w:val="22"/>
          <w:highlight w:val="green"/>
          <w:u w:val="single"/>
        </w:rPr>
        <w:t>civilizing</w:t>
      </w:r>
      <w:r>
        <w:rPr>
          <w:b w:val="0"/>
          <w:i w:val="0"/>
          <w:smallCaps w:val="0"/>
          <w:strike w:val="0"/>
          <w:sz w:val="22"/>
          <w:u w:val="single"/>
        </w:rPr>
        <w:t xml:space="preserve"> </w:t>
      </w:r>
      <w:r>
        <w:rPr>
          <w:b/>
          <w:i w:val="0"/>
          <w:smallCaps w:val="0"/>
          <w:strike w:val="0"/>
          <w:sz w:val="22"/>
          <w:u w:val="single"/>
        </w:rPr>
        <w:t>process</w:t>
      </w:r>
      <w:r>
        <w:rPr>
          <w:b w:val="0"/>
          <w:i w:val="0"/>
          <w:smallCaps w:val="0"/>
          <w:strike w:val="0"/>
          <w:sz w:val="22"/>
          <w:u w:val="single"/>
        </w:rPr>
        <w:t>.</w:t>
      </w:r>
      <w:r>
        <w:rPr>
          <w:b w:val="0"/>
          <w:i w:val="0"/>
          <w:smallCaps w:val="0"/>
          <w:strike w:val="0"/>
          <w:sz w:val="16"/>
          <w:u w:val="none"/>
        </w:rPr>
        <w:t xml:space="preserve"> Here we might think about Du Bois’s fascination with charismatic figures like Otto Von Bismarck, a model for black leadership, according to Du Bois, because he embodied a “forward marching spirit” in his endeavor to unite Germany. Or one could cite his enthusiasm during World War I about black soldiers (and black people’s patriotism) being conduits for recognition, assimilation, and advancement. But to reduce the possibilities in Du Bois’s thought to these moments is to foreclose more ambiguous, and more generative, trajectories and lines of flight as indicated in essays like “The Souls of White Folk.” </w:t>
      </w:r>
      <w:r>
        <w:rPr>
          <w:b w:val="0"/>
          <w:i w:val="0"/>
          <w:smallCaps w:val="0"/>
          <w:strike w:val="0"/>
          <w:sz w:val="22"/>
          <w:u w:val="single"/>
        </w:rPr>
        <w:t xml:space="preserve">Throughout his </w:t>
      </w:r>
      <w:r>
        <w:rPr>
          <w:b/>
          <w:i w:val="0"/>
          <w:smallCaps w:val="0"/>
          <w:strike w:val="0"/>
          <w:sz w:val="22"/>
          <w:u w:val="single"/>
        </w:rPr>
        <w:t>corpus</w:t>
      </w:r>
      <w:r>
        <w:rPr>
          <w:b w:val="0"/>
          <w:i w:val="0"/>
          <w:smallCaps w:val="0"/>
          <w:strike w:val="0"/>
          <w:sz w:val="22"/>
          <w:u w:val="single"/>
        </w:rPr>
        <w:t xml:space="preserve">, there are fruitful </w:t>
      </w:r>
      <w:r>
        <w:rPr>
          <w:b/>
          <w:i w:val="0"/>
          <w:smallCaps w:val="0"/>
          <w:strike w:val="0"/>
          <w:sz w:val="22"/>
          <w:highlight w:val="green"/>
          <w:u w:val="single"/>
        </w:rPr>
        <w:t>tensions</w:t>
      </w:r>
      <w:r>
        <w:rPr>
          <w:b w:val="0"/>
          <w:i w:val="0"/>
          <w:smallCaps w:val="0"/>
          <w:strike w:val="0"/>
          <w:sz w:val="22"/>
          <w:u w:val="single"/>
        </w:rPr>
        <w:t xml:space="preserve"> and </w:t>
      </w:r>
      <w:r>
        <w:rPr>
          <w:b/>
          <w:i w:val="0"/>
          <w:smallCaps w:val="0"/>
          <w:strike w:val="0"/>
          <w:sz w:val="22"/>
          <w:u w:val="single"/>
        </w:rPr>
        <w:t>conflicts</w:t>
      </w:r>
      <w:r>
        <w:rPr>
          <w:b w:val="0"/>
          <w:i w:val="0"/>
          <w:smallCaps w:val="0"/>
          <w:strike w:val="0"/>
          <w:sz w:val="22"/>
          <w:u w:val="single"/>
        </w:rPr>
        <w:t xml:space="preserve"> </w:t>
      </w:r>
      <w:r>
        <w:rPr>
          <w:b w:val="0"/>
          <w:i w:val="0"/>
          <w:smallCaps w:val="0"/>
          <w:strike w:val="0"/>
          <w:sz w:val="22"/>
          <w:highlight w:val="green"/>
          <w:u w:val="single"/>
        </w:rPr>
        <w:t>around</w:t>
      </w:r>
      <w:r>
        <w:rPr>
          <w:b w:val="0"/>
          <w:i w:val="0"/>
          <w:smallCaps w:val="0"/>
          <w:strike w:val="0"/>
          <w:sz w:val="22"/>
          <w:u w:val="single"/>
        </w:rPr>
        <w:t xml:space="preserve"> related </w:t>
      </w:r>
      <w:r>
        <w:rPr>
          <w:b/>
          <w:i w:val="0"/>
          <w:smallCaps w:val="0"/>
          <w:strike w:val="0"/>
          <w:sz w:val="22"/>
          <w:highlight w:val="green"/>
          <w:u w:val="single"/>
        </w:rPr>
        <w:t>notions</w:t>
      </w:r>
      <w:r>
        <w:rPr>
          <w:b w:val="0"/>
          <w:i w:val="0"/>
          <w:smallCaps w:val="0"/>
          <w:strike w:val="0"/>
          <w:sz w:val="22"/>
          <w:highlight w:val="green"/>
          <w:u w:val="single"/>
        </w:rPr>
        <w:t xml:space="preserve"> of progress</w:t>
      </w:r>
      <w:r>
        <w:rPr>
          <w:b w:val="0"/>
          <w:i w:val="0"/>
          <w:smallCaps w:val="0"/>
          <w:strike w:val="0"/>
          <w:sz w:val="22"/>
          <w:u w:val="single"/>
        </w:rPr>
        <w:t xml:space="preserve">, recognition, </w:t>
      </w:r>
      <w:r>
        <w:rPr>
          <w:b w:val="0"/>
          <w:i w:val="0"/>
          <w:smallCaps w:val="0"/>
          <w:strike w:val="0"/>
          <w:sz w:val="22"/>
          <w:highlight w:val="green"/>
          <w:u w:val="single"/>
        </w:rPr>
        <w:t xml:space="preserve">and </w:t>
      </w:r>
      <w:r>
        <w:rPr>
          <w:b/>
          <w:i w:val="0"/>
          <w:smallCaps w:val="0"/>
          <w:strike w:val="0"/>
          <w:sz w:val="22"/>
          <w:highlight w:val="green"/>
          <w:u w:val="single"/>
        </w:rPr>
        <w:t>freedom</w:t>
      </w:r>
      <w:r>
        <w:rPr>
          <w:b w:val="0"/>
          <w:i w:val="0"/>
          <w:smallCaps w:val="0"/>
          <w:strike w:val="0"/>
          <w:sz w:val="22"/>
          <w:u w:val="single"/>
        </w:rPr>
        <w:t xml:space="preserve">; while he </w:t>
      </w:r>
      <w:r>
        <w:rPr>
          <w:b/>
          <w:i w:val="0"/>
          <w:smallCaps w:val="0"/>
          <w:strike w:val="0"/>
          <w:sz w:val="22"/>
          <w:u w:val="single"/>
        </w:rPr>
        <w:t>certainly</w:t>
      </w:r>
      <w:r>
        <w:rPr>
          <w:b w:val="0"/>
          <w:i w:val="0"/>
          <w:smallCaps w:val="0"/>
          <w:strike w:val="0"/>
          <w:sz w:val="22"/>
          <w:u w:val="single"/>
        </w:rPr>
        <w:t xml:space="preserve"> has one foot </w:t>
      </w:r>
      <w:r>
        <w:rPr>
          <w:b w:val="0"/>
          <w:i w:val="0"/>
          <w:smallCaps w:val="0"/>
          <w:strike w:val="0"/>
          <w:sz w:val="22"/>
          <w:highlight w:val="green"/>
          <w:u w:val="single"/>
        </w:rPr>
        <w:t>in</w:t>
      </w:r>
      <w:r>
        <w:rPr>
          <w:b w:val="0"/>
          <w:i w:val="0"/>
          <w:smallCaps w:val="0"/>
          <w:strike w:val="0"/>
          <w:sz w:val="22"/>
          <w:u w:val="single"/>
        </w:rPr>
        <w:t xml:space="preserve"> the </w:t>
      </w:r>
      <w:r>
        <w:rPr>
          <w:b/>
          <w:i w:val="0"/>
          <w:smallCaps w:val="0"/>
          <w:strike w:val="0"/>
          <w:sz w:val="22"/>
          <w:highlight w:val="green"/>
          <w:u w:val="single"/>
        </w:rPr>
        <w:t>civilizing</w:t>
      </w:r>
      <w:r>
        <w:rPr>
          <w:b w:val="0"/>
          <w:i w:val="0"/>
          <w:smallCaps w:val="0"/>
          <w:strike w:val="0"/>
          <w:sz w:val="22"/>
          <w:u w:val="single"/>
        </w:rPr>
        <w:t xml:space="preserve"> processes </w:t>
      </w:r>
      <w:r>
        <w:rPr>
          <w:b w:val="0"/>
          <w:i w:val="0"/>
          <w:smallCaps w:val="0"/>
          <w:strike w:val="0"/>
          <w:sz w:val="22"/>
          <w:highlight w:val="green"/>
          <w:u w:val="single"/>
        </w:rPr>
        <w:t xml:space="preserve">of </w:t>
      </w:r>
      <w:r>
        <w:rPr>
          <w:b/>
          <w:i w:val="0"/>
          <w:smallCaps w:val="0"/>
          <w:strike w:val="0"/>
          <w:sz w:val="22"/>
          <w:highlight w:val="green"/>
          <w:u w:val="single"/>
        </w:rPr>
        <w:t>modernity</w:t>
      </w:r>
      <w:r>
        <w:rPr>
          <w:b w:val="0"/>
          <w:i w:val="0"/>
          <w:smallCaps w:val="0"/>
          <w:strike w:val="0"/>
          <w:sz w:val="22"/>
          <w:u w:val="single"/>
        </w:rPr>
        <w:t xml:space="preserve">, he also </w:t>
      </w:r>
      <w:r>
        <w:rPr>
          <w:b/>
          <w:i w:val="0"/>
          <w:smallCaps w:val="0"/>
          <w:strike w:val="0"/>
          <w:sz w:val="22"/>
          <w:u w:val="single"/>
        </w:rPr>
        <w:t>acknowledges</w:t>
      </w:r>
      <w:r>
        <w:rPr>
          <w:b w:val="0"/>
          <w:i w:val="0"/>
          <w:smallCaps w:val="0"/>
          <w:strike w:val="0"/>
          <w:sz w:val="22"/>
          <w:u w:val="single"/>
        </w:rPr>
        <w:t xml:space="preserve"> that these </w:t>
      </w:r>
      <w:r>
        <w:rPr>
          <w:b w:val="0"/>
          <w:i w:val="0"/>
          <w:smallCaps w:val="0"/>
          <w:strike w:val="0"/>
          <w:sz w:val="22"/>
          <w:highlight w:val="green"/>
          <w:u w:val="single"/>
        </w:rPr>
        <w:t xml:space="preserve">processes are </w:t>
      </w:r>
      <w:r>
        <w:rPr>
          <w:b/>
          <w:i w:val="0"/>
          <w:smallCaps w:val="0"/>
          <w:strike w:val="0"/>
          <w:sz w:val="22"/>
          <w:highlight w:val="green"/>
          <w:u w:val="single"/>
        </w:rPr>
        <w:t>pernicious</w:t>
      </w:r>
      <w:r>
        <w:rPr>
          <w:b w:val="0"/>
          <w:i w:val="0"/>
          <w:smallCaps w:val="0"/>
          <w:strike w:val="0"/>
          <w:sz w:val="22"/>
          <w:highlight w:val="green"/>
          <w:u w:val="single"/>
        </w:rPr>
        <w:t xml:space="preserve"> and terrifying</w:t>
      </w:r>
      <w:r>
        <w:rPr>
          <w:b w:val="0"/>
          <w:i w:val="0"/>
          <w:smallCaps w:val="0"/>
          <w:strike w:val="0"/>
          <w:sz w:val="22"/>
          <w:u w:val="single"/>
        </w:rPr>
        <w:t xml:space="preserve"> for people of </w:t>
      </w:r>
      <w:r>
        <w:rPr>
          <w:b/>
          <w:i w:val="0"/>
          <w:smallCaps w:val="0"/>
          <w:strike w:val="0"/>
          <w:sz w:val="22"/>
          <w:u w:val="single"/>
        </w:rPr>
        <w:t>color</w:t>
      </w:r>
      <w:r>
        <w:rPr>
          <w:b w:val="0"/>
          <w:i w:val="0"/>
          <w:smallCaps w:val="0"/>
          <w:strike w:val="0"/>
          <w:sz w:val="22"/>
          <w:u w:val="single"/>
        </w:rPr>
        <w:t xml:space="preserve">, working-class bodies, and other kinds of </w:t>
      </w:r>
      <w:r>
        <w:rPr>
          <w:b/>
          <w:i w:val="0"/>
          <w:smallCaps w:val="0"/>
          <w:strike w:val="0"/>
          <w:sz w:val="22"/>
          <w:u w:val="single"/>
        </w:rPr>
        <w:t>subjects</w:t>
      </w:r>
      <w:r>
        <w:rPr>
          <w:b w:val="0"/>
          <w:i w:val="0"/>
          <w:smallCaps w:val="0"/>
          <w:strike w:val="0"/>
          <w:sz w:val="22"/>
          <w:u w:val="single"/>
        </w:rPr>
        <w:t xml:space="preserve">. Du Boisian ideas like the </w:t>
      </w:r>
      <w:r>
        <w:rPr>
          <w:b/>
          <w:i w:val="0"/>
          <w:smallCaps w:val="0"/>
          <w:strike w:val="0"/>
          <w:sz w:val="22"/>
          <w:u w:val="single"/>
        </w:rPr>
        <w:t>color line</w:t>
      </w:r>
      <w:r>
        <w:rPr>
          <w:b w:val="0"/>
          <w:i w:val="0"/>
          <w:smallCaps w:val="0"/>
          <w:strike w:val="0"/>
          <w:sz w:val="22"/>
          <w:u w:val="single"/>
        </w:rPr>
        <w:t xml:space="preserve">, the </w:t>
      </w:r>
      <w:r>
        <w:rPr>
          <w:b/>
          <w:i w:val="0"/>
          <w:smallCaps w:val="0"/>
          <w:strike w:val="0"/>
          <w:sz w:val="22"/>
          <w:u w:val="single"/>
        </w:rPr>
        <w:t>Veil</w:t>
      </w:r>
      <w:r>
        <w:rPr>
          <w:b w:val="0"/>
          <w:i w:val="0"/>
          <w:smallCaps w:val="0"/>
          <w:strike w:val="0"/>
          <w:sz w:val="22"/>
          <w:u w:val="single"/>
        </w:rPr>
        <w:t xml:space="preserve">, and double-consciousness, themes that I discuss in chapter1, suggest that </w:t>
      </w:r>
      <w:r>
        <w:rPr>
          <w:b w:val="0"/>
          <w:i w:val="0"/>
          <w:smallCaps w:val="0"/>
          <w:strike w:val="0"/>
          <w:sz w:val="22"/>
          <w:highlight w:val="green"/>
          <w:u w:val="single"/>
        </w:rPr>
        <w:t>modern life is</w:t>
      </w:r>
      <w:r>
        <w:rPr>
          <w:b w:val="0"/>
          <w:i w:val="0"/>
          <w:smallCaps w:val="0"/>
          <w:strike w:val="0"/>
          <w:sz w:val="22"/>
          <w:u w:val="single"/>
        </w:rPr>
        <w:t xml:space="preserve"> fractured and </w:t>
      </w:r>
      <w:r>
        <w:rPr>
          <w:b/>
          <w:i w:val="0"/>
          <w:smallCaps w:val="0"/>
          <w:strike w:val="0"/>
          <w:sz w:val="22"/>
          <w:highlight w:val="green"/>
          <w:u w:val="single"/>
        </w:rPr>
        <w:t>broken</w:t>
      </w:r>
      <w:r>
        <w:rPr>
          <w:b w:val="0"/>
          <w:i w:val="0"/>
          <w:smallCaps w:val="0"/>
          <w:strike w:val="0"/>
          <w:sz w:val="22"/>
          <w:highlight w:val="green"/>
          <w:u w:val="single"/>
        </w:rPr>
        <w:t xml:space="preserve"> and</w:t>
      </w:r>
      <w:r>
        <w:rPr>
          <w:b w:val="0"/>
          <w:i w:val="0"/>
          <w:smallCaps w:val="0"/>
          <w:strike w:val="0"/>
          <w:sz w:val="22"/>
          <w:u w:val="single"/>
        </w:rPr>
        <w:t xml:space="preserve"> that the </w:t>
      </w:r>
      <w:r>
        <w:rPr>
          <w:b/>
          <w:i w:val="0"/>
          <w:smallCaps w:val="0"/>
          <w:strike w:val="0"/>
          <w:sz w:val="22"/>
          <w:u w:val="single"/>
        </w:rPr>
        <w:t>flourishing</w:t>
      </w:r>
      <w:r>
        <w:rPr>
          <w:b w:val="0"/>
          <w:i w:val="0"/>
          <w:smallCaps w:val="0"/>
          <w:strike w:val="0"/>
          <w:sz w:val="22"/>
          <w:u w:val="single"/>
        </w:rPr>
        <w:t xml:space="preserve"> of some </w:t>
      </w:r>
      <w:r>
        <w:rPr>
          <w:b w:val="0"/>
          <w:i w:val="0"/>
          <w:smallCaps w:val="0"/>
          <w:strike w:val="0"/>
          <w:sz w:val="22"/>
          <w:highlight w:val="green"/>
          <w:u w:val="single"/>
        </w:rPr>
        <w:t>groups</w:t>
      </w:r>
      <w:r>
        <w:rPr>
          <w:b w:val="0"/>
          <w:i w:val="0"/>
          <w:smallCaps w:val="0"/>
          <w:strike w:val="0"/>
          <w:sz w:val="22"/>
          <w:u w:val="single"/>
        </w:rPr>
        <w:t xml:space="preserve"> and </w:t>
      </w:r>
      <w:r>
        <w:rPr>
          <w:b/>
          <w:i w:val="0"/>
          <w:smallCaps w:val="0"/>
          <w:strike w:val="0"/>
          <w:sz w:val="22"/>
          <w:u w:val="single"/>
        </w:rPr>
        <w:t>communities</w:t>
      </w:r>
      <w:r>
        <w:rPr>
          <w:b w:val="0"/>
          <w:i w:val="0"/>
          <w:smallCaps w:val="0"/>
          <w:strike w:val="0"/>
          <w:sz w:val="22"/>
          <w:u w:val="single"/>
        </w:rPr>
        <w:t xml:space="preserve"> </w:t>
      </w:r>
      <w:r>
        <w:rPr>
          <w:b w:val="0"/>
          <w:i w:val="0"/>
          <w:smallCaps w:val="0"/>
          <w:strike w:val="0"/>
          <w:sz w:val="22"/>
          <w:highlight w:val="green"/>
          <w:u w:val="single"/>
        </w:rPr>
        <w:t>relies on the systemic</w:t>
      </w:r>
      <w:r>
        <w:rPr>
          <w:b w:val="0"/>
          <w:i w:val="0"/>
          <w:smallCaps w:val="0"/>
          <w:strike w:val="0"/>
          <w:sz w:val="22"/>
          <w:u w:val="single"/>
        </w:rPr>
        <w:t xml:space="preserve"> </w:t>
      </w:r>
      <w:r>
        <w:rPr>
          <w:b/>
          <w:i w:val="0"/>
          <w:smallCaps w:val="0"/>
          <w:strike w:val="0"/>
          <w:sz w:val="22"/>
          <w:u w:val="single"/>
        </w:rPr>
        <w:t>marginalization</w:t>
      </w:r>
      <w:r>
        <w:rPr>
          <w:b w:val="0"/>
          <w:i w:val="0"/>
          <w:smallCaps w:val="0"/>
          <w:strike w:val="0"/>
          <w:sz w:val="22"/>
          <w:u w:val="single"/>
        </w:rPr>
        <w:t xml:space="preserve">, </w:t>
      </w:r>
      <w:r>
        <w:rPr>
          <w:b w:val="0"/>
          <w:i w:val="0"/>
          <w:smallCaps w:val="0"/>
          <w:strike w:val="0"/>
          <w:sz w:val="22"/>
          <w:highlight w:val="green"/>
          <w:u w:val="single"/>
        </w:rPr>
        <w:t>alienation</w:t>
      </w:r>
      <w:r>
        <w:rPr>
          <w:b w:val="0"/>
          <w:i w:val="0"/>
          <w:smallCaps w:val="0"/>
          <w:strike w:val="0"/>
          <w:sz w:val="22"/>
          <w:u w:val="single"/>
        </w:rPr>
        <w:t xml:space="preserve">, and </w:t>
      </w:r>
      <w:r>
        <w:rPr>
          <w:b/>
          <w:i w:val="0"/>
          <w:smallCaps w:val="0"/>
          <w:strike w:val="0"/>
          <w:sz w:val="22"/>
          <w:u w:val="single"/>
        </w:rPr>
        <w:t>death</w:t>
      </w:r>
      <w:r>
        <w:rPr>
          <w:b w:val="0"/>
          <w:i w:val="0"/>
          <w:smallCaps w:val="0"/>
          <w:strike w:val="0"/>
          <w:sz w:val="22"/>
          <w:u w:val="single"/>
        </w:rPr>
        <w:t xml:space="preserve"> </w:t>
      </w:r>
      <w:r>
        <w:rPr>
          <w:b w:val="0"/>
          <w:i w:val="0"/>
          <w:smallCaps w:val="0"/>
          <w:strike w:val="0"/>
          <w:sz w:val="22"/>
          <w:highlight w:val="green"/>
          <w:u w:val="single"/>
        </w:rPr>
        <w:t>of others</w:t>
      </w:r>
      <w:r>
        <w:rPr>
          <w:b w:val="0"/>
          <w:i w:val="0"/>
          <w:smallCaps w:val="0"/>
          <w:strike w:val="0"/>
          <w:sz w:val="22"/>
          <w:u w:val="single"/>
        </w:rPr>
        <w:t xml:space="preserve">—in addition </w:t>
      </w:r>
      <w:r>
        <w:rPr>
          <w:b w:val="0"/>
          <w:i w:val="0"/>
          <w:smallCaps w:val="0"/>
          <w:strike w:val="0"/>
          <w:sz w:val="22"/>
          <w:highlight w:val="green"/>
          <w:u w:val="single"/>
        </w:rPr>
        <w:t xml:space="preserve">to </w:t>
      </w:r>
      <w:r>
        <w:rPr>
          <w:b/>
          <w:i w:val="0"/>
          <w:smallCaps w:val="0"/>
          <w:strike w:val="0"/>
          <w:sz w:val="22"/>
          <w:highlight w:val="green"/>
          <w:u w:val="single"/>
        </w:rPr>
        <w:t>tendencies</w:t>
      </w:r>
      <w:r>
        <w:rPr>
          <w:b w:val="0"/>
          <w:i w:val="0"/>
          <w:smallCaps w:val="0"/>
          <w:strike w:val="0"/>
          <w:sz w:val="22"/>
          <w:u w:val="single"/>
        </w:rPr>
        <w:t xml:space="preserve"> to bury and conceal these persistent </w:t>
      </w:r>
      <w:r>
        <w:rPr>
          <w:b/>
          <w:i w:val="0"/>
          <w:smallCaps w:val="0"/>
          <w:strike w:val="0"/>
          <w:sz w:val="22"/>
          <w:u w:val="single"/>
        </w:rPr>
        <w:t>realities</w:t>
      </w:r>
      <w:r>
        <w:rPr>
          <w:b w:val="0"/>
          <w:i w:val="0"/>
          <w:smallCaps w:val="0"/>
          <w:strike w:val="0"/>
          <w:sz w:val="22"/>
          <w:u w:val="single"/>
        </w:rPr>
        <w:t>.</w:t>
      </w:r>
      <w:r>
        <w:rPr>
          <w:b w:val="0"/>
          <w:i w:val="0"/>
          <w:smallCaps w:val="0"/>
          <w:strike w:val="0"/>
          <w:sz w:val="16"/>
          <w:u w:val="none"/>
        </w:rPr>
        <w:t xml:space="preserve"> To better understand Du Bois’s equivocal position, it is helpful to remember that he is responding to ideas, philosophies, and narratives that mark people of color as backward and uncivilized or that locate black bodies outside the movement of history. As Shamoon Zamir reminds us, Du Bois is in conversation with philosophers who adopted and articulated these kinds of narratives, most notably Hegel.16 Hegel is significant in part because of his attempt to fuse philosophy and history, to offer a coherent, systematic account of the development of Reason and Spirit within history.17 For Hegel, world Spirit develops in stages and through various conflicts and contradictions, becoming more coherent and mature in the process. Spirit moves from a lower form of consciousness to a higher form, originating in the East and culminating in the West. During this journey, according to Hegel, Spirit “skips over” Africa, meaning that Africa does not participate in the development of reason, truth, and freedom. Africa, in Hegel’s vision, “is no historical part of the World; it has no movement or development to exhibit. Historical movements in it—that is in its northern part—belong to the Asiatic or European part of the world.”18 Here my intention is not to simply bash Hegel for his individual blind spots, nor is my intention to neglect the more admirable aspects of his thought and 10 Introduction legacy. </w:t>
      </w:r>
      <w:r>
        <w:rPr>
          <w:b w:val="0"/>
          <w:i w:val="0"/>
          <w:smallCaps w:val="0"/>
          <w:strike w:val="0"/>
          <w:sz w:val="22"/>
          <w:u w:val="single"/>
        </w:rPr>
        <w:t xml:space="preserve">What is </w:t>
      </w:r>
      <w:r>
        <w:rPr>
          <w:b/>
          <w:i w:val="0"/>
          <w:smallCaps w:val="0"/>
          <w:strike w:val="0"/>
          <w:sz w:val="22"/>
          <w:u w:val="single"/>
        </w:rPr>
        <w:t>important</w:t>
      </w:r>
      <w:r>
        <w:rPr>
          <w:b w:val="0"/>
          <w:i w:val="0"/>
          <w:smallCaps w:val="0"/>
          <w:strike w:val="0"/>
          <w:sz w:val="22"/>
          <w:u w:val="single"/>
        </w:rPr>
        <w:t xml:space="preserve"> here is that Hegel’s thought </w:t>
      </w:r>
      <w:r>
        <w:rPr>
          <w:b/>
          <w:i w:val="0"/>
          <w:smallCaps w:val="0"/>
          <w:strike w:val="0"/>
          <w:sz w:val="22"/>
          <w:u w:val="single"/>
        </w:rPr>
        <w:t>demonstrates</w:t>
      </w:r>
      <w:r>
        <w:rPr>
          <w:b w:val="0"/>
          <w:i w:val="0"/>
          <w:smallCaps w:val="0"/>
          <w:strike w:val="0"/>
          <w:sz w:val="22"/>
          <w:u w:val="single"/>
        </w:rPr>
        <w:t xml:space="preserve"> how the </w:t>
      </w:r>
      <w:r>
        <w:rPr>
          <w:b w:val="0"/>
          <w:i w:val="0"/>
          <w:smallCaps w:val="0"/>
          <w:strike w:val="0"/>
          <w:sz w:val="22"/>
          <w:highlight w:val="green"/>
          <w:u w:val="single"/>
        </w:rPr>
        <w:t xml:space="preserve">logic of </w:t>
      </w:r>
      <w:r>
        <w:rPr>
          <w:b/>
          <w:i w:val="0"/>
          <w:smallCaps w:val="0"/>
          <w:strike w:val="0"/>
          <w:sz w:val="22"/>
          <w:highlight w:val="green"/>
          <w:u w:val="single"/>
        </w:rPr>
        <w:t>progress</w:t>
      </w:r>
      <w:r>
        <w:rPr>
          <w:b w:val="0"/>
          <w:i w:val="0"/>
          <w:smallCaps w:val="0"/>
          <w:strike w:val="0"/>
          <w:sz w:val="22"/>
          <w:u w:val="single"/>
        </w:rPr>
        <w:t xml:space="preserve"> operates </w:t>
      </w:r>
      <w:r>
        <w:rPr>
          <w:b w:val="0"/>
          <w:i w:val="0"/>
          <w:smallCaps w:val="0"/>
          <w:strike w:val="0"/>
          <w:sz w:val="22"/>
          <w:highlight w:val="green"/>
          <w:u w:val="single"/>
        </w:rPr>
        <w:t>to establish</w:t>
      </w:r>
      <w:r>
        <w:rPr>
          <w:b w:val="0"/>
          <w:i w:val="0"/>
          <w:smallCaps w:val="0"/>
          <w:strike w:val="0"/>
          <w:sz w:val="22"/>
          <w:u w:val="single"/>
        </w:rPr>
        <w:t xml:space="preserve"> and justify racial </w:t>
      </w:r>
      <w:r>
        <w:rPr>
          <w:b/>
          <w:i w:val="0"/>
          <w:smallCaps w:val="0"/>
          <w:strike w:val="0"/>
          <w:sz w:val="22"/>
          <w:highlight w:val="green"/>
          <w:u w:val="single"/>
        </w:rPr>
        <w:t>hierarchies</w:t>
      </w:r>
      <w:r>
        <w:rPr>
          <w:b w:val="0"/>
          <w:i w:val="0"/>
          <w:smallCaps w:val="0"/>
          <w:strike w:val="0"/>
          <w:sz w:val="22"/>
          <w:u w:val="single"/>
        </w:rPr>
        <w:t xml:space="preserve">. Because some nations </w:t>
      </w:r>
      <w:r>
        <w:rPr>
          <w:b w:val="0"/>
          <w:i w:val="0"/>
          <w:smallCaps w:val="0"/>
          <w:strike w:val="0"/>
          <w:sz w:val="22"/>
          <w:highlight w:val="green"/>
          <w:u w:val="single"/>
        </w:rPr>
        <w:t xml:space="preserve">are </w:t>
      </w:r>
      <w:r>
        <w:rPr>
          <w:b/>
          <w:i w:val="0"/>
          <w:smallCaps w:val="0"/>
          <w:strike w:val="0"/>
          <w:sz w:val="22"/>
          <w:highlight w:val="green"/>
          <w:u w:val="single"/>
        </w:rPr>
        <w:t>imagined</w:t>
      </w:r>
      <w:r>
        <w:rPr>
          <w:b w:val="0"/>
          <w:i w:val="0"/>
          <w:smallCaps w:val="0"/>
          <w:strike w:val="0"/>
          <w:sz w:val="22"/>
          <w:highlight w:val="green"/>
          <w:u w:val="single"/>
        </w:rPr>
        <w:t xml:space="preserve"> as more</w:t>
      </w:r>
      <w:r>
        <w:rPr>
          <w:b w:val="0"/>
          <w:i w:val="0"/>
          <w:smallCaps w:val="0"/>
          <w:strike w:val="0"/>
          <w:sz w:val="22"/>
          <w:u w:val="single"/>
        </w:rPr>
        <w:t xml:space="preserve"> advanced </w:t>
      </w:r>
      <w:r>
        <w:rPr>
          <w:b w:val="0"/>
          <w:i w:val="0"/>
          <w:smallCaps w:val="0"/>
          <w:strike w:val="0"/>
          <w:sz w:val="22"/>
          <w:highlight w:val="green"/>
          <w:u w:val="single"/>
        </w:rPr>
        <w:t xml:space="preserve">than </w:t>
      </w:r>
      <w:r>
        <w:rPr>
          <w:b/>
          <w:i w:val="0"/>
          <w:smallCaps w:val="0"/>
          <w:strike w:val="0"/>
          <w:sz w:val="22"/>
          <w:highlight w:val="green"/>
          <w:u w:val="single"/>
        </w:rPr>
        <w:t>others</w:t>
      </w:r>
      <w:r>
        <w:rPr>
          <w:b w:val="0"/>
          <w:i w:val="0"/>
          <w:smallCaps w:val="0"/>
          <w:strike w:val="0"/>
          <w:sz w:val="22"/>
          <w:u w:val="single"/>
        </w:rPr>
        <w:t xml:space="preserve"> (in politics, technology, culture, religion), these </w:t>
      </w:r>
      <w:r>
        <w:rPr>
          <w:b/>
          <w:i w:val="0"/>
          <w:smallCaps w:val="0"/>
          <w:strike w:val="0"/>
          <w:sz w:val="22"/>
          <w:u w:val="single"/>
        </w:rPr>
        <w:t>advanced</w:t>
      </w:r>
      <w:r>
        <w:rPr>
          <w:b w:val="0"/>
          <w:i w:val="0"/>
          <w:smallCaps w:val="0"/>
          <w:strike w:val="0"/>
          <w:sz w:val="22"/>
          <w:u w:val="single"/>
        </w:rPr>
        <w:t xml:space="preserve"> </w:t>
      </w:r>
      <w:r>
        <w:rPr>
          <w:b w:val="0"/>
          <w:i w:val="0"/>
          <w:smallCaps w:val="0"/>
          <w:strike w:val="0"/>
          <w:sz w:val="22"/>
          <w:highlight w:val="green"/>
          <w:u w:val="single"/>
        </w:rPr>
        <w:t xml:space="preserve">nations are able to </w:t>
      </w:r>
      <w:r>
        <w:rPr>
          <w:b/>
          <w:i w:val="0"/>
          <w:smallCaps w:val="0"/>
          <w:strike w:val="0"/>
          <w:sz w:val="22"/>
          <w:highlight w:val="green"/>
          <w:u w:val="single"/>
        </w:rPr>
        <w:t>rationalize</w:t>
      </w:r>
      <w:r>
        <w:rPr>
          <w:b w:val="0"/>
          <w:i w:val="0"/>
          <w:smallCaps w:val="0"/>
          <w:strike w:val="0"/>
          <w:sz w:val="22"/>
          <w:u w:val="single"/>
        </w:rPr>
        <w:t xml:space="preserve"> and vindicate </w:t>
      </w:r>
      <w:r>
        <w:rPr>
          <w:b w:val="0"/>
          <w:i w:val="0"/>
          <w:smallCaps w:val="0"/>
          <w:strike w:val="0"/>
          <w:sz w:val="22"/>
          <w:highlight w:val="green"/>
          <w:u w:val="single"/>
        </w:rPr>
        <w:t>the</w:t>
      </w:r>
      <w:r>
        <w:rPr>
          <w:b w:val="0"/>
          <w:i w:val="0"/>
          <w:smallCaps w:val="0"/>
          <w:strike w:val="0"/>
          <w:sz w:val="22"/>
          <w:u w:val="single"/>
        </w:rPr>
        <w:t xml:space="preserve"> violent </w:t>
      </w:r>
      <w:r>
        <w:rPr>
          <w:b/>
          <w:i w:val="0"/>
          <w:smallCaps w:val="0"/>
          <w:strike w:val="0"/>
          <w:sz w:val="22"/>
          <w:highlight w:val="green"/>
          <w:u w:val="single"/>
        </w:rPr>
        <w:t>treatment</w:t>
      </w:r>
      <w:r>
        <w:rPr>
          <w:b w:val="0"/>
          <w:i w:val="0"/>
          <w:smallCaps w:val="0"/>
          <w:strike w:val="0"/>
          <w:sz w:val="22"/>
          <w:highlight w:val="green"/>
          <w:u w:val="single"/>
        </w:rPr>
        <w:t xml:space="preserve"> of</w:t>
      </w:r>
      <w:r>
        <w:rPr>
          <w:b w:val="0"/>
          <w:i w:val="0"/>
          <w:smallCaps w:val="0"/>
          <w:strike w:val="0"/>
          <w:sz w:val="22"/>
          <w:u w:val="single"/>
        </w:rPr>
        <w:t xml:space="preserve"> inferior </w:t>
      </w:r>
      <w:r>
        <w:rPr>
          <w:b/>
          <w:i w:val="0"/>
          <w:smallCaps w:val="0"/>
          <w:strike w:val="0"/>
          <w:sz w:val="22"/>
          <w:highlight w:val="green"/>
          <w:u w:val="single"/>
        </w:rPr>
        <w:t>nations</w:t>
      </w:r>
      <w:r>
        <w:rPr>
          <w:b w:val="0"/>
          <w:i w:val="0"/>
          <w:smallCaps w:val="0"/>
          <w:strike w:val="0"/>
          <w:sz w:val="22"/>
          <w:highlight w:val="green"/>
          <w:u w:val="single"/>
        </w:rPr>
        <w:t xml:space="preserve"> as part of</w:t>
      </w:r>
      <w:r>
        <w:rPr>
          <w:b w:val="0"/>
          <w:i w:val="0"/>
          <w:smallCaps w:val="0"/>
          <w:strike w:val="0"/>
          <w:sz w:val="22"/>
          <w:u w:val="single"/>
        </w:rPr>
        <w:t xml:space="preserve"> a civilizing </w:t>
      </w:r>
      <w:r>
        <w:rPr>
          <w:b/>
          <w:i w:val="0"/>
          <w:smallCaps w:val="0"/>
          <w:strike w:val="0"/>
          <w:sz w:val="22"/>
          <w:highlight w:val="green"/>
          <w:u w:val="single"/>
        </w:rPr>
        <w:t>process</w:t>
      </w:r>
      <w:r>
        <w:rPr>
          <w:b w:val="0"/>
          <w:i w:val="0"/>
          <w:smallCaps w:val="0"/>
          <w:strike w:val="0"/>
          <w:sz w:val="22"/>
          <w:u w:val="single"/>
        </w:rPr>
        <w:t xml:space="preserve">. Hegel claims, for instance, that civilized </w:t>
      </w:r>
      <w:r>
        <w:rPr>
          <w:b/>
          <w:i w:val="0"/>
          <w:smallCaps w:val="0"/>
          <w:strike w:val="0"/>
          <w:sz w:val="22"/>
          <w:highlight w:val="green"/>
          <w:u w:val="single"/>
        </w:rPr>
        <w:t>nations</w:t>
      </w:r>
      <w:r>
        <w:rPr>
          <w:b w:val="0"/>
          <w:i w:val="0"/>
          <w:smallCaps w:val="0"/>
          <w:strike w:val="0"/>
          <w:sz w:val="22"/>
          <w:u w:val="single"/>
        </w:rPr>
        <w:t xml:space="preserve"> are </w:t>
      </w:r>
      <w:r>
        <w:rPr>
          <w:b w:val="0"/>
          <w:i w:val="0"/>
          <w:smallCaps w:val="0"/>
          <w:strike w:val="0"/>
          <w:sz w:val="22"/>
          <w:highlight w:val="green"/>
          <w:u w:val="single"/>
        </w:rPr>
        <w:t>entitled to</w:t>
      </w:r>
      <w:r>
        <w:rPr>
          <w:b w:val="0"/>
          <w:i w:val="0"/>
          <w:smallCaps w:val="0"/>
          <w:strike w:val="0"/>
          <w:sz w:val="22"/>
          <w:u w:val="single"/>
        </w:rPr>
        <w:t xml:space="preserve"> “</w:t>
      </w:r>
      <w:r>
        <w:rPr>
          <w:b/>
          <w:i w:val="0"/>
          <w:smallCaps w:val="0"/>
          <w:strike w:val="0"/>
          <w:sz w:val="22"/>
          <w:u w:val="single"/>
        </w:rPr>
        <w:t>regard</w:t>
      </w:r>
      <w:r>
        <w:rPr>
          <w:b w:val="0"/>
          <w:i w:val="0"/>
          <w:smallCaps w:val="0"/>
          <w:strike w:val="0"/>
          <w:sz w:val="22"/>
          <w:u w:val="single"/>
        </w:rPr>
        <w:t xml:space="preserve"> and </w:t>
      </w:r>
      <w:r>
        <w:rPr>
          <w:b w:val="0"/>
          <w:i w:val="0"/>
          <w:smallCaps w:val="0"/>
          <w:strike w:val="0"/>
          <w:sz w:val="22"/>
          <w:highlight w:val="green"/>
          <w:u w:val="single"/>
        </w:rPr>
        <w:t xml:space="preserve">treat as </w:t>
      </w:r>
      <w:r>
        <w:rPr>
          <w:b/>
          <w:i w:val="0"/>
          <w:smallCaps w:val="0"/>
          <w:strike w:val="0"/>
          <w:sz w:val="22"/>
          <w:highlight w:val="green"/>
          <w:u w:val="single"/>
        </w:rPr>
        <w:t>barbarians</w:t>
      </w:r>
      <w:r>
        <w:rPr>
          <w:b w:val="0"/>
          <w:i w:val="0"/>
          <w:smallCaps w:val="0"/>
          <w:strike w:val="0"/>
          <w:sz w:val="22"/>
          <w:u w:val="single"/>
        </w:rPr>
        <w:t xml:space="preserve"> other nations which are less </w:t>
      </w:r>
      <w:r>
        <w:rPr>
          <w:b/>
          <w:i w:val="0"/>
          <w:smallCaps w:val="0"/>
          <w:strike w:val="0"/>
          <w:sz w:val="22"/>
          <w:u w:val="single"/>
        </w:rPr>
        <w:t>advanced</w:t>
      </w:r>
      <w:r>
        <w:rPr>
          <w:b w:val="0"/>
          <w:i w:val="0"/>
          <w:smallCaps w:val="0"/>
          <w:strike w:val="0"/>
          <w:sz w:val="22"/>
          <w:u w:val="single"/>
        </w:rPr>
        <w:t xml:space="preserve"> than they are.”19 As Hegel </w:t>
      </w:r>
      <w:r>
        <w:rPr>
          <w:b/>
          <w:i w:val="0"/>
          <w:smallCaps w:val="0"/>
          <w:strike w:val="0"/>
          <w:sz w:val="22"/>
          <w:u w:val="single"/>
        </w:rPr>
        <w:t>indicates</w:t>
      </w:r>
      <w:r>
        <w:rPr>
          <w:b w:val="0"/>
          <w:i w:val="0"/>
          <w:smallCaps w:val="0"/>
          <w:strike w:val="0"/>
          <w:sz w:val="22"/>
          <w:u w:val="single"/>
        </w:rPr>
        <w:t xml:space="preserve">, the </w:t>
      </w:r>
      <w:r>
        <w:rPr>
          <w:b w:val="0"/>
          <w:i w:val="0"/>
          <w:smallCaps w:val="0"/>
          <w:strike w:val="0"/>
          <w:sz w:val="22"/>
          <w:highlight w:val="green"/>
          <w:u w:val="single"/>
        </w:rPr>
        <w:t>colonial</w:t>
      </w:r>
      <w:r>
        <w:rPr>
          <w:b w:val="0"/>
          <w:i w:val="0"/>
          <w:smallCaps w:val="0"/>
          <w:strike w:val="0"/>
          <w:sz w:val="22"/>
          <w:u w:val="single"/>
        </w:rPr>
        <w:t xml:space="preserve"> </w:t>
      </w:r>
      <w:r>
        <w:rPr>
          <w:b/>
          <w:i w:val="0"/>
          <w:smallCaps w:val="0"/>
          <w:strike w:val="0"/>
          <w:sz w:val="22"/>
          <w:u w:val="single"/>
        </w:rPr>
        <w:t>system</w:t>
      </w:r>
      <w:r>
        <w:rPr>
          <w:b w:val="0"/>
          <w:i w:val="0"/>
          <w:smallCaps w:val="0"/>
          <w:strike w:val="0"/>
          <w:sz w:val="22"/>
          <w:u w:val="single"/>
        </w:rPr>
        <w:t xml:space="preserve">, a set of coercive </w:t>
      </w:r>
      <w:r>
        <w:rPr>
          <w:b/>
          <w:i w:val="0"/>
          <w:smallCaps w:val="0"/>
          <w:strike w:val="0"/>
          <w:sz w:val="22"/>
          <w:highlight w:val="green"/>
          <w:u w:val="single"/>
        </w:rPr>
        <w:t>arrangements</w:t>
      </w:r>
      <w:r>
        <w:rPr>
          <w:b w:val="0"/>
          <w:i w:val="0"/>
          <w:smallCaps w:val="0"/>
          <w:strike w:val="0"/>
          <w:sz w:val="22"/>
          <w:u w:val="single"/>
        </w:rPr>
        <w:t xml:space="preserve"> and policies that heavily </w:t>
      </w:r>
      <w:r>
        <w:rPr>
          <w:b/>
          <w:i w:val="0"/>
          <w:smallCaps w:val="0"/>
          <w:strike w:val="0"/>
          <w:sz w:val="22"/>
          <w:highlight w:val="green"/>
          <w:u w:val="single"/>
        </w:rPr>
        <w:t>shaped</w:t>
      </w:r>
      <w:r>
        <w:rPr>
          <w:b w:val="0"/>
          <w:i w:val="0"/>
          <w:smallCaps w:val="0"/>
          <w:strike w:val="0"/>
          <w:sz w:val="22"/>
          <w:highlight w:val="green"/>
          <w:u w:val="single"/>
        </w:rPr>
        <w:t xml:space="preserve"> current</w:t>
      </w:r>
      <w:r>
        <w:rPr>
          <w:b w:val="0"/>
          <w:i w:val="0"/>
          <w:smallCaps w:val="0"/>
          <w:strike w:val="0"/>
          <w:sz w:val="22"/>
          <w:u w:val="single"/>
        </w:rPr>
        <w:t xml:space="preserve"> racial </w:t>
      </w:r>
      <w:r>
        <w:rPr>
          <w:b/>
          <w:i w:val="0"/>
          <w:smallCaps w:val="0"/>
          <w:strike w:val="0"/>
          <w:sz w:val="22"/>
          <w:highlight w:val="green"/>
          <w:u w:val="single"/>
        </w:rPr>
        <w:t>formations</w:t>
      </w:r>
      <w:r>
        <w:rPr>
          <w:b w:val="0"/>
          <w:i w:val="0"/>
          <w:smallCaps w:val="0"/>
          <w:strike w:val="0"/>
          <w:sz w:val="22"/>
          <w:u w:val="single"/>
        </w:rPr>
        <w:t xml:space="preserve"> and </w:t>
      </w:r>
      <w:r>
        <w:rPr>
          <w:b/>
          <w:i w:val="0"/>
          <w:smallCaps w:val="0"/>
          <w:strike w:val="0"/>
          <w:sz w:val="22"/>
          <w:u w:val="single"/>
        </w:rPr>
        <w:t>hierarchies</w:t>
      </w:r>
      <w:r>
        <w:rPr>
          <w:b w:val="0"/>
          <w:i w:val="0"/>
          <w:smallCaps w:val="0"/>
          <w:strike w:val="0"/>
          <w:sz w:val="22"/>
          <w:u w:val="single"/>
        </w:rPr>
        <w:t xml:space="preserve">, was motivated </w:t>
      </w:r>
      <w:r>
        <w:rPr>
          <w:b w:val="0"/>
          <w:i w:val="0"/>
          <w:smallCaps w:val="0"/>
          <w:strike w:val="0"/>
          <w:sz w:val="22"/>
          <w:highlight w:val="green"/>
          <w:u w:val="single"/>
        </w:rPr>
        <w:t xml:space="preserve">and legitimated by </w:t>
      </w:r>
      <w:r>
        <w:rPr>
          <w:b/>
          <w:i w:val="0"/>
          <w:smallCaps w:val="0"/>
          <w:strike w:val="0"/>
          <w:sz w:val="22"/>
          <w:highlight w:val="green"/>
          <w:u w:val="single"/>
        </w:rPr>
        <w:t>narratives</w:t>
      </w:r>
      <w:r>
        <w:rPr>
          <w:b w:val="0"/>
          <w:i w:val="0"/>
          <w:smallCaps w:val="0"/>
          <w:strike w:val="0"/>
          <w:sz w:val="22"/>
          <w:highlight w:val="green"/>
          <w:u w:val="single"/>
        </w:rPr>
        <w:t xml:space="preserve"> of </w:t>
      </w:r>
      <w:r>
        <w:rPr>
          <w:b/>
          <w:i w:val="0"/>
          <w:smallCaps w:val="0"/>
          <w:strike w:val="0"/>
          <w:sz w:val="22"/>
          <w:highlight w:val="green"/>
          <w:u w:val="single"/>
        </w:rPr>
        <w:t>progress</w:t>
      </w:r>
      <w:r>
        <w:rPr>
          <w:b w:val="0"/>
          <w:i w:val="0"/>
          <w:smallCaps w:val="0"/>
          <w:strike w:val="0"/>
          <w:sz w:val="22"/>
          <w:u w:val="single"/>
        </w:rPr>
        <w:t xml:space="preserve"> that located Europeans </w:t>
      </w:r>
      <w:r>
        <w:rPr>
          <w:b w:val="0"/>
          <w:i w:val="0"/>
          <w:smallCaps w:val="0"/>
          <w:strike w:val="0"/>
          <w:sz w:val="22"/>
          <w:highlight w:val="green"/>
          <w:u w:val="single"/>
        </w:rPr>
        <w:t>at</w:t>
      </w:r>
      <w:r>
        <w:rPr>
          <w:b w:val="0"/>
          <w:i w:val="0"/>
          <w:smallCaps w:val="0"/>
          <w:strike w:val="0"/>
          <w:sz w:val="22"/>
          <w:u w:val="single"/>
        </w:rPr>
        <w:t xml:space="preserve"> the </w:t>
      </w:r>
      <w:r>
        <w:rPr>
          <w:b/>
          <w:i w:val="0"/>
          <w:smallCaps w:val="0"/>
          <w:strike w:val="0"/>
          <w:sz w:val="22"/>
          <w:highlight w:val="green"/>
          <w:u w:val="single"/>
        </w:rPr>
        <w:t>forefront</w:t>
      </w:r>
      <w:r>
        <w:rPr>
          <w:b w:val="0"/>
          <w:i w:val="0"/>
          <w:smallCaps w:val="0"/>
          <w:strike w:val="0"/>
          <w:sz w:val="22"/>
          <w:u w:val="single"/>
        </w:rPr>
        <w:t xml:space="preserve"> of history’s </w:t>
      </w:r>
      <w:r>
        <w:rPr>
          <w:b/>
          <w:i w:val="0"/>
          <w:smallCaps w:val="0"/>
          <w:strike w:val="0"/>
          <w:sz w:val="22"/>
          <w:u w:val="single"/>
        </w:rPr>
        <w:t>movement</w:t>
      </w:r>
      <w:r>
        <w:rPr>
          <w:b w:val="0"/>
          <w:i w:val="0"/>
          <w:smallCaps w:val="0"/>
          <w:strike w:val="0"/>
          <w:sz w:val="22"/>
          <w:u w:val="single"/>
        </w:rPr>
        <w:t xml:space="preserve"> </w:t>
      </w:r>
      <w:r>
        <w:rPr>
          <w:b w:val="0"/>
          <w:i w:val="0"/>
          <w:smallCaps w:val="0"/>
          <w:strike w:val="0"/>
          <w:sz w:val="22"/>
          <w:highlight w:val="green"/>
          <w:u w:val="single"/>
        </w:rPr>
        <w:t xml:space="preserve">and </w:t>
      </w:r>
      <w:r>
        <w:rPr>
          <w:b/>
          <w:i w:val="0"/>
          <w:smallCaps w:val="0"/>
          <w:strike w:val="0"/>
          <w:sz w:val="22"/>
          <w:highlight w:val="green"/>
          <w:u w:val="single"/>
        </w:rPr>
        <w:t>black</w:t>
      </w:r>
      <w:r>
        <w:rPr>
          <w:b w:val="0"/>
          <w:i w:val="0"/>
          <w:smallCaps w:val="0"/>
          <w:strike w:val="0"/>
          <w:sz w:val="22"/>
          <w:highlight w:val="green"/>
          <w:u w:val="single"/>
        </w:rPr>
        <w:t xml:space="preserve"> and </w:t>
      </w:r>
      <w:r>
        <w:rPr>
          <w:b/>
          <w:i w:val="0"/>
          <w:smallCaps w:val="0"/>
          <w:strike w:val="0"/>
          <w:sz w:val="22"/>
          <w:highlight w:val="green"/>
          <w:u w:val="single"/>
        </w:rPr>
        <w:t>brown</w:t>
      </w:r>
      <w:r>
        <w:rPr>
          <w:b w:val="0"/>
          <w:i w:val="0"/>
          <w:smallCaps w:val="0"/>
          <w:strike w:val="0"/>
          <w:sz w:val="22"/>
          <w:highlight w:val="green"/>
          <w:u w:val="single"/>
        </w:rPr>
        <w:t xml:space="preserve"> peoples </w:t>
      </w:r>
      <w:r>
        <w:rPr>
          <w:b/>
          <w:i w:val="0"/>
          <w:smallCaps w:val="0"/>
          <w:strike w:val="0"/>
          <w:sz w:val="22"/>
          <w:highlight w:val="green"/>
          <w:u w:val="single"/>
        </w:rPr>
        <w:t>behind</w:t>
      </w:r>
      <w:r>
        <w:rPr>
          <w:b w:val="0"/>
          <w:i w:val="0"/>
          <w:smallCaps w:val="0"/>
          <w:strike w:val="0"/>
          <w:sz w:val="22"/>
          <w:u w:val="single"/>
        </w:rPr>
        <w:t xml:space="preserve">, or forever </w:t>
      </w:r>
      <w:r>
        <w:rPr>
          <w:b/>
          <w:i w:val="0"/>
          <w:smallCaps w:val="0"/>
          <w:strike w:val="0"/>
          <w:sz w:val="22"/>
          <w:u w:val="single"/>
        </w:rPr>
        <w:t>outside</w:t>
      </w:r>
      <w:r>
        <w:rPr>
          <w:b w:val="0"/>
          <w:i w:val="0"/>
          <w:smallCaps w:val="0"/>
          <w:strike w:val="0"/>
          <w:sz w:val="22"/>
          <w:u w:val="single"/>
        </w:rPr>
        <w:t xml:space="preserve">, the </w:t>
      </w:r>
      <w:r>
        <w:rPr>
          <w:b/>
          <w:i w:val="0"/>
          <w:smallCaps w:val="0"/>
          <w:strike w:val="0"/>
          <w:sz w:val="22"/>
          <w:u w:val="single"/>
        </w:rPr>
        <w:t>vanguard</w:t>
      </w:r>
      <w:r>
        <w:rPr>
          <w:b w:val="0"/>
          <w:i w:val="0"/>
          <w:smallCaps w:val="0"/>
          <w:strike w:val="0"/>
          <w:sz w:val="22"/>
          <w:u w:val="single"/>
        </w:rPr>
        <w:t xml:space="preserve"> of history.</w:t>
      </w:r>
      <w:r>
        <w:rPr>
          <w:b w:val="0"/>
          <w:i w:val="0"/>
          <w:smallCaps w:val="0"/>
          <w:strike w:val="0"/>
          <w:sz w:val="16"/>
          <w:u w:val="none"/>
        </w:rPr>
        <w:t>20</w:t>
      </w:r>
    </w:p>
    <w:p>
      <w:pPr>
        <w:pStyle w:val="Caption"/>
      </w:pPr>
      <w:r>
        <w:t>Source: Sonics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