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will consolidate the democratic base and will win over undecided voters.</w:t>
      </w:r>
    </w:p>
    <w:p>
      <w:pPr>
        <w:spacing w:after="80"/>
      </w:pPr>
      <w:r>
        <w:rPr>
          <w:b/>
          <w:i w:val="0"/>
          <w:smallCaps w:val="0"/>
          <w:strike w:val="0"/>
          <w:sz w:val="26"/>
          <w:u w:val="none"/>
        </w:rPr>
        <w:t>Garrison 7/24</w:t>
      </w:r>
      <w:r>
        <w:rPr>
          <w:b w:val="0"/>
          <w:i w:val="0"/>
          <w:smallCaps w:val="0"/>
          <w:strike w:val="0"/>
          <w:u w:val="none"/>
        </w:rPr>
        <w:t xml:space="preserve">/24 [7/24/24, Joey Garrison is a White House correspondent for USA TODAY, “Kamala Harris campaign maps out 'path to victory,' raises $126 million in three days”, USA TODAY, https://www.usatoday.com/story/news/politics/elections/2024/07/24/kamala-harris-campaign-charts-path-to-victory-over-trump/74521667007/] </w:t>
      </w:r>
      <w:r>
        <w:rPr>
          <w:b w:val="0"/>
          <w:i w:val="0"/>
          <w:smallCaps w:val="0"/>
          <w:strike w:val="0"/>
          <w:u w:val="none"/>
        </w:rPr>
        <w:t>HongruiH</w:t>
      </w:r>
    </w:p>
    <w:p>
      <w:pPr>
        <w:spacing w:after="60"/>
      </w:pPr>
      <w:r>
        <w:rPr>
          <w:b w:val="0"/>
          <w:i w:val="0"/>
          <w:smallCaps w:val="0"/>
          <w:strike w:val="0"/>
          <w:u w:val="none"/>
        </w:rPr>
        <w:t xml:space="preserve">WASHINGTON — </w:t>
      </w:r>
      <w:r>
        <w:rPr>
          <w:b w:val="0"/>
          <w:i w:val="0"/>
          <w:smallCaps w:val="0"/>
          <w:strike w:val="0"/>
          <w:sz w:val="22"/>
          <w:u w:val="single"/>
        </w:rPr>
        <w:t xml:space="preserve">Vice President Kamala </w:t>
      </w:r>
      <w:r>
        <w:rPr>
          <w:b w:val="0"/>
          <w:i w:val="0"/>
          <w:smallCaps w:val="0"/>
          <w:strike w:val="0"/>
          <w:sz w:val="22"/>
          <w:highlight w:val="cyan"/>
          <w:u w:val="single"/>
        </w:rPr>
        <w:t>Harris' campaign</w:t>
      </w:r>
      <w:r>
        <w:rPr>
          <w:b w:val="0"/>
          <w:i w:val="0"/>
          <w:smallCaps w:val="0"/>
          <w:strike w:val="0"/>
          <w:u w:val="none"/>
        </w:rPr>
        <w:t xml:space="preserve"> for president outlined her "path to victory" against former President Donald Trump in a memo Wednesday, </w:t>
      </w:r>
      <w:r>
        <w:rPr>
          <w:b w:val="0"/>
          <w:i w:val="0"/>
          <w:smallCaps w:val="0"/>
          <w:strike w:val="0"/>
          <w:highlight w:val="cyan"/>
          <w:u w:val="none"/>
        </w:rPr>
        <w:t>touting</w:t>
      </w:r>
      <w:r>
        <w:rPr>
          <w:b w:val="0"/>
          <w:i w:val="0"/>
          <w:smallCaps w:val="0"/>
          <w:strike w:val="0"/>
          <w:u w:val="none"/>
        </w:rPr>
        <w:t xml:space="preserve"> </w:t>
      </w:r>
      <w:r>
        <w:rPr>
          <w:b w:val="0"/>
          <w:i w:val="0"/>
          <w:smallCaps w:val="0"/>
          <w:strike w:val="0"/>
          <w:sz w:val="22"/>
          <w:highlight w:val="cyan"/>
          <w:u w:val="single"/>
        </w:rPr>
        <w:t>$126 million now raised</w:t>
      </w:r>
      <w:r>
        <w:rPr>
          <w:b w:val="0"/>
          <w:i w:val="0"/>
          <w:smallCaps w:val="0"/>
          <w:strike w:val="0"/>
          <w:sz w:val="22"/>
          <w:u w:val="single"/>
        </w:rPr>
        <w:t xml:space="preserve"> </w:t>
      </w:r>
      <w:r>
        <w:rPr>
          <w:b w:val="0"/>
          <w:i w:val="0"/>
          <w:smallCaps w:val="0"/>
          <w:strike w:val="0"/>
          <w:u w:val="none"/>
        </w:rPr>
        <w:t>since President Joe Biden announced his exit from the 2024 election.</w:t>
      </w:r>
    </w:p>
    <w:p>
      <w:pPr>
        <w:spacing w:after="60"/>
      </w:pPr>
      <w:r>
        <w:rPr>
          <w:b w:val="0"/>
          <w:i w:val="0"/>
          <w:smallCaps w:val="0"/>
          <w:strike w:val="0"/>
          <w:u w:val="none"/>
        </w:rPr>
        <w:t xml:space="preserve">Jen O'Malley Dillon, chair of the Harris campaign, said in the memo that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is in "a</w:t>
      </w:r>
      <w:r>
        <w:rPr>
          <w:b w:val="0"/>
          <w:i w:val="0"/>
          <w:smallCaps w:val="0"/>
          <w:strike w:val="0"/>
          <w:sz w:val="22"/>
          <w:u w:val="single"/>
        </w:rPr>
        <w:t xml:space="preserve"> strong </w:t>
      </w:r>
      <w:r>
        <w:rPr>
          <w:b w:val="0"/>
          <w:i w:val="0"/>
          <w:smallCaps w:val="0"/>
          <w:strike w:val="0"/>
          <w:sz w:val="22"/>
          <w:highlight w:val="cyan"/>
          <w:u w:val="single"/>
        </w:rPr>
        <w:t>position</w:t>
      </w:r>
      <w:r>
        <w:rPr>
          <w:b w:val="0"/>
          <w:i w:val="0"/>
          <w:smallCaps w:val="0"/>
          <w:strike w:val="0"/>
          <w:sz w:val="22"/>
          <w:u w:val="single"/>
        </w:rPr>
        <w:t xml:space="preserve"> </w:t>
      </w:r>
      <w:r>
        <w:rPr>
          <w:b w:val="0"/>
          <w:i w:val="0"/>
          <w:smallCaps w:val="0"/>
          <w:strike w:val="0"/>
          <w:sz w:val="22"/>
          <w:highlight w:val="cyan"/>
          <w:u w:val="single"/>
        </w:rPr>
        <w:t>to win</w:t>
      </w:r>
      <w:r>
        <w:rPr>
          <w:b w:val="0"/>
          <w:i w:val="0"/>
          <w:smallCaps w:val="0"/>
          <w:strike w:val="0"/>
          <w:sz w:val="22"/>
          <w:u w:val="single"/>
        </w:rPr>
        <w:t>," pointing to three main factors: Harris' "well-documented support" among Black, Hispanic, and young voters</w:t>
      </w:r>
      <w:r>
        <w:rPr>
          <w:b w:val="0"/>
          <w:i w:val="0"/>
          <w:smallCaps w:val="0"/>
          <w:strike w:val="0"/>
          <w:u w:val="none"/>
        </w:rPr>
        <w:t>, each core Democratic constituencies; an opportunity to expand Democrats' growing advantage with college-educated voters; and Harris' appeal with undecided voters.</w:t>
      </w:r>
    </w:p>
    <w:p>
      <w:pPr>
        <w:spacing w:after="60"/>
      </w:pPr>
      <w:r>
        <w:rPr>
          <w:b w:val="0"/>
          <w:i w:val="0"/>
          <w:smallCaps w:val="0"/>
          <w:strike w:val="0"/>
          <w:u w:val="none"/>
        </w:rPr>
        <w:t xml:space="preserve">After Biden dropped out, Harris quickly secured enough Democratic National Committee delegates to become the presumptive Democratic nominee and coalesced the party's establishment behind her bid. Yet the coming days are critical as she looks to define her candidacy amid attacks from Republicans and prove to </w:t>
      </w:r>
      <w:r>
        <w:rPr>
          <w:b w:val="0"/>
          <w:i w:val="0"/>
          <w:smallCaps w:val="0"/>
          <w:strike w:val="0"/>
          <w:u w:val="none"/>
        </w:rPr>
        <w:t>Democrats</w:t>
      </w:r>
      <w:r>
        <w:rPr>
          <w:b w:val="0"/>
          <w:i w:val="0"/>
          <w:smallCaps w:val="0"/>
          <w:strike w:val="0"/>
          <w:u w:val="none"/>
        </w:rPr>
        <w:t xml:space="preserve"> she has a plan to beat Trump, the Republican nominee.</w:t>
      </w:r>
    </w:p>
    <w:p>
      <w:pPr>
        <w:spacing w:after="60"/>
      </w:pPr>
      <w:r>
        <w:rPr>
          <w:b w:val="0"/>
          <w:i w:val="0"/>
          <w:smallCaps w:val="0"/>
          <w:strike w:val="0"/>
          <w:u w:val="none"/>
        </w:rPr>
        <w:t>More:Harris</w:t>
      </w:r>
      <w:r>
        <w:rPr>
          <w:b w:val="0"/>
          <w:i w:val="0"/>
          <w:smallCaps w:val="0"/>
          <w:strike w:val="0"/>
          <w:u w:val="none"/>
        </w:rPr>
        <w:t xml:space="preserve"> campaign vetting at least 7 Dems for VP, including Whitmer, Cooper, Kelly, Shapiro</w:t>
      </w:r>
    </w:p>
    <w:p>
      <w:pPr>
        <w:spacing w:after="60"/>
      </w:pPr>
      <w:r>
        <w:rPr>
          <w:b/>
          <w:i w:val="0"/>
          <w:smallCaps w:val="0"/>
          <w:strike w:val="0"/>
          <w:sz w:val="22"/>
          <w:highlight w:val="cyan"/>
          <w:u w:val="single"/>
        </w:rPr>
        <w:t>Harris energize</w:t>
      </w:r>
      <w:r>
        <w:rPr>
          <w:b/>
          <w:i w:val="0"/>
          <w:smallCaps w:val="0"/>
          <w:strike w:val="0"/>
          <w:sz w:val="22"/>
          <w:u w:val="single"/>
        </w:rPr>
        <w:t xml:space="preserve">s </w:t>
      </w:r>
      <w:r>
        <w:rPr>
          <w:b/>
          <w:i w:val="0"/>
          <w:smallCaps w:val="0"/>
          <w:strike w:val="0"/>
          <w:sz w:val="22"/>
          <w:highlight w:val="cyan"/>
          <w:u w:val="single"/>
        </w:rPr>
        <w:t>the</w:t>
      </w:r>
      <w:r>
        <w:rPr>
          <w:b/>
          <w:i w:val="0"/>
          <w:smallCaps w:val="0"/>
          <w:strike w:val="0"/>
          <w:sz w:val="22"/>
          <w:u w:val="single"/>
        </w:rPr>
        <w:t xml:space="preserve"> Democratic </w:t>
      </w:r>
      <w:r>
        <w:rPr>
          <w:b/>
          <w:i w:val="0"/>
          <w:smallCaps w:val="0"/>
          <w:strike w:val="0"/>
          <w:sz w:val="22"/>
          <w:highlight w:val="cyan"/>
          <w:u w:val="single"/>
        </w:rPr>
        <w:t>base</w:t>
      </w:r>
      <w:r>
        <w:rPr>
          <w:b/>
          <w:i w:val="0"/>
          <w:smallCaps w:val="0"/>
          <w:strike w:val="0"/>
          <w:sz w:val="22"/>
          <w:u w:val="single"/>
        </w:rPr>
        <w:t>,</w:t>
      </w:r>
      <w:r>
        <w:rPr>
          <w:b w:val="0"/>
          <w:i w:val="0"/>
          <w:smallCaps w:val="0"/>
          <w:strike w:val="0"/>
          <w:u w:val="none"/>
        </w:rPr>
        <w:t xml:space="preserve"> O'Malley Dillon said, pointing to a net approval rating that is </w:t>
      </w:r>
      <w:r>
        <w:rPr>
          <w:b w:val="0"/>
          <w:i w:val="0"/>
          <w:smallCaps w:val="0"/>
          <w:strike w:val="0"/>
          <w:sz w:val="22"/>
          <w:highlight w:val="cyan"/>
          <w:u w:val="single"/>
        </w:rPr>
        <w:t>54</w:t>
      </w:r>
      <w:r>
        <w:rPr>
          <w:b w:val="0"/>
          <w:i w:val="0"/>
          <w:smallCaps w:val="0"/>
          <w:strike w:val="0"/>
          <w:sz w:val="22"/>
          <w:u w:val="single"/>
        </w:rPr>
        <w:t xml:space="preserve"> percentage </w:t>
      </w:r>
      <w:r>
        <w:rPr>
          <w:b w:val="0"/>
          <w:i w:val="0"/>
          <w:smallCaps w:val="0"/>
          <w:strike w:val="0"/>
          <w:sz w:val="22"/>
          <w:highlight w:val="cyan"/>
          <w:u w:val="single"/>
        </w:rPr>
        <w:t>points</w:t>
      </w:r>
      <w:r>
        <w:rPr>
          <w:b w:val="0"/>
          <w:i w:val="0"/>
          <w:smallCaps w:val="0"/>
          <w:strike w:val="0"/>
          <w:sz w:val="22"/>
          <w:u w:val="single"/>
        </w:rPr>
        <w:t xml:space="preserve"> </w:t>
      </w:r>
      <w:r>
        <w:rPr>
          <w:b w:val="0"/>
          <w:i w:val="0"/>
          <w:smallCaps w:val="0"/>
          <w:strike w:val="0"/>
          <w:sz w:val="22"/>
          <w:highlight w:val="cyan"/>
          <w:u w:val="single"/>
        </w:rPr>
        <w:t>ahead</w:t>
      </w:r>
      <w:r>
        <w:rPr>
          <w:b w:val="0"/>
          <w:i w:val="0"/>
          <w:smallCaps w:val="0"/>
          <w:strike w:val="0"/>
          <w:sz w:val="22"/>
          <w:u w:val="single"/>
        </w:rPr>
        <w:t xml:space="preserve"> of Trump </w:t>
      </w:r>
      <w:r>
        <w:rPr>
          <w:b w:val="0"/>
          <w:i w:val="0"/>
          <w:smallCaps w:val="0"/>
          <w:strike w:val="0"/>
          <w:sz w:val="22"/>
          <w:highlight w:val="cyan"/>
          <w:u w:val="single"/>
        </w:rPr>
        <w:t>with Black voters</w:t>
      </w:r>
      <w:r>
        <w:rPr>
          <w:b w:val="0"/>
          <w:i w:val="0"/>
          <w:smallCaps w:val="0"/>
          <w:strike w:val="0"/>
          <w:sz w:val="22"/>
          <w:u w:val="single"/>
        </w:rPr>
        <w:t xml:space="preserve">, </w:t>
      </w:r>
      <w:r>
        <w:rPr>
          <w:b w:val="0"/>
          <w:i w:val="0"/>
          <w:smallCaps w:val="0"/>
          <w:strike w:val="0"/>
          <w:sz w:val="22"/>
          <w:highlight w:val="cyan"/>
          <w:u w:val="single"/>
        </w:rPr>
        <w:t>25</w:t>
      </w:r>
      <w:r>
        <w:rPr>
          <w:b w:val="0"/>
          <w:i w:val="0"/>
          <w:smallCaps w:val="0"/>
          <w:strike w:val="0"/>
          <w:sz w:val="22"/>
          <w:u w:val="single"/>
        </w:rPr>
        <w:t xml:space="preserve"> </w:t>
      </w:r>
      <w:r>
        <w:rPr>
          <w:b w:val="0"/>
          <w:i w:val="0"/>
          <w:smallCaps w:val="0"/>
          <w:strike w:val="0"/>
          <w:sz w:val="22"/>
          <w:highlight w:val="cyan"/>
          <w:u w:val="single"/>
        </w:rPr>
        <w:t>percentages bette</w:t>
      </w:r>
      <w:r>
        <w:rPr>
          <w:b w:val="0"/>
          <w:i w:val="0"/>
          <w:smallCaps w:val="0"/>
          <w:strike w:val="0"/>
          <w:sz w:val="22"/>
          <w:u w:val="single"/>
        </w:rPr>
        <w:t xml:space="preserve">r than Trump </w:t>
      </w:r>
      <w:r>
        <w:rPr>
          <w:b w:val="0"/>
          <w:i w:val="0"/>
          <w:smallCaps w:val="0"/>
          <w:strike w:val="0"/>
          <w:sz w:val="22"/>
          <w:highlight w:val="cyan"/>
          <w:u w:val="single"/>
        </w:rPr>
        <w:t>among young voters</w:t>
      </w:r>
      <w:r>
        <w:rPr>
          <w:b w:val="0"/>
          <w:i w:val="0"/>
          <w:smallCaps w:val="0"/>
          <w:strike w:val="0"/>
          <w:u w:val="none"/>
        </w:rPr>
        <w:t xml:space="preserve">, </w:t>
      </w:r>
      <w:r>
        <w:rPr>
          <w:b w:val="0"/>
          <w:i w:val="0"/>
          <w:smallCaps w:val="0"/>
          <w:strike w:val="0"/>
          <w:sz w:val="22"/>
          <w:highlight w:val="cyan"/>
          <w:u w:val="single"/>
        </w:rPr>
        <w:t>21 points better</w:t>
      </w:r>
      <w:r>
        <w:rPr>
          <w:b w:val="0"/>
          <w:i w:val="0"/>
          <w:smallCaps w:val="0"/>
          <w:strike w:val="0"/>
          <w:sz w:val="22"/>
          <w:u w:val="single"/>
        </w:rPr>
        <w:t xml:space="preserve"> </w:t>
      </w:r>
      <w:r>
        <w:rPr>
          <w:b w:val="0"/>
          <w:i w:val="0"/>
          <w:smallCaps w:val="0"/>
          <w:strike w:val="0"/>
          <w:sz w:val="22"/>
          <w:highlight w:val="cyan"/>
          <w:u w:val="single"/>
        </w:rPr>
        <w:t>among women voters</w:t>
      </w:r>
      <w:r>
        <w:rPr>
          <w:b w:val="0"/>
          <w:i w:val="0"/>
          <w:smallCaps w:val="0"/>
          <w:strike w:val="0"/>
          <w:u w:val="none"/>
        </w:rPr>
        <w:t xml:space="preserve">, </w:t>
      </w:r>
      <w:r>
        <w:rPr>
          <w:b w:val="0"/>
          <w:i w:val="0"/>
          <w:smallCaps w:val="0"/>
          <w:strike w:val="0"/>
          <w:sz w:val="22"/>
          <w:highlight w:val="cyan"/>
          <w:u w:val="single"/>
        </w:rPr>
        <w:t>and 30 points higher than Trump</w:t>
      </w:r>
      <w:r>
        <w:rPr>
          <w:b w:val="0"/>
          <w:i w:val="0"/>
          <w:smallCaps w:val="0"/>
          <w:strike w:val="0"/>
          <w:sz w:val="22"/>
          <w:u w:val="single"/>
        </w:rPr>
        <w:t xml:space="preserve"> </w:t>
      </w:r>
      <w:r>
        <w:rPr>
          <w:b w:val="0"/>
          <w:i w:val="0"/>
          <w:smallCaps w:val="0"/>
          <w:strike w:val="0"/>
          <w:sz w:val="22"/>
          <w:highlight w:val="cyan"/>
          <w:u w:val="single"/>
        </w:rPr>
        <w:t>among</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sian </w:t>
      </w:r>
      <w:r>
        <w:rPr>
          <w:b w:val="0"/>
          <w:i w:val="0"/>
          <w:smallCaps w:val="0"/>
          <w:strike w:val="0"/>
          <w:sz w:val="22"/>
          <w:highlight w:val="cyan"/>
          <w:u w:val="single"/>
        </w:rPr>
        <w:t>A</w:t>
      </w:r>
      <w:r>
        <w:rPr>
          <w:b w:val="0"/>
          <w:i w:val="0"/>
          <w:smallCaps w:val="0"/>
          <w:strike w:val="0"/>
          <w:sz w:val="22"/>
          <w:u w:val="single"/>
        </w:rPr>
        <w:t xml:space="preserve">merican and </w:t>
      </w:r>
      <w:r>
        <w:rPr>
          <w:b w:val="0"/>
          <w:i w:val="0"/>
          <w:smallCaps w:val="0"/>
          <w:strike w:val="0"/>
          <w:sz w:val="22"/>
          <w:highlight w:val="cyan"/>
          <w:u w:val="single"/>
        </w:rPr>
        <w:t>P</w:t>
      </w:r>
      <w:r>
        <w:rPr>
          <w:b w:val="0"/>
          <w:i w:val="0"/>
          <w:smallCaps w:val="0"/>
          <w:strike w:val="0"/>
          <w:sz w:val="22"/>
          <w:u w:val="single"/>
        </w:rPr>
        <w:t xml:space="preserve">acific </w:t>
      </w:r>
      <w:r>
        <w:rPr>
          <w:b w:val="0"/>
          <w:i w:val="0"/>
          <w:smallCaps w:val="0"/>
          <w:strike w:val="0"/>
          <w:sz w:val="22"/>
          <w:highlight w:val="cyan"/>
          <w:u w:val="single"/>
        </w:rPr>
        <w:t>I</w:t>
      </w:r>
      <w:r>
        <w:rPr>
          <w:b w:val="0"/>
          <w:i w:val="0"/>
          <w:smallCaps w:val="0"/>
          <w:strike w:val="0"/>
          <w:sz w:val="22"/>
          <w:u w:val="single"/>
        </w:rPr>
        <w:t xml:space="preserve">slander </w:t>
      </w:r>
      <w:r>
        <w:rPr>
          <w:b w:val="0"/>
          <w:i w:val="0"/>
          <w:smallCaps w:val="0"/>
          <w:strike w:val="0"/>
          <w:sz w:val="22"/>
          <w:highlight w:val="cyan"/>
          <w:u w:val="single"/>
        </w:rPr>
        <w:t>voters</w:t>
      </w:r>
      <w:r>
        <w:rPr>
          <w:b w:val="0"/>
          <w:i w:val="0"/>
          <w:smallCaps w:val="0"/>
          <w:strike w:val="0"/>
          <w:sz w:val="22"/>
          <w:u w:val="single"/>
        </w:rPr>
        <w:t>.</w:t>
      </w:r>
    </w:p>
    <w:p>
      <w:pPr>
        <w:spacing w:after="60"/>
      </w:pPr>
      <w:r>
        <w:rPr>
          <w:b w:val="0"/>
          <w:i w:val="0"/>
          <w:smallCaps w:val="0"/>
          <w:strike w:val="0"/>
          <w:u w:val="none"/>
        </w:rPr>
        <w:t xml:space="preserve">She said </w:t>
      </w:r>
      <w:r>
        <w:rPr>
          <w:b w:val="0"/>
          <w:i w:val="0"/>
          <w:smallCaps w:val="0"/>
          <w:strike w:val="0"/>
          <w:sz w:val="22"/>
          <w:highlight w:val="cyan"/>
          <w:u w:val="single"/>
        </w:rPr>
        <w:t>Harris performs better than Trump among undecided, independent, and third-party Latino voters as well as Latino voters who are skeptical of both Biden and Trump</w:t>
      </w:r>
      <w:r>
        <w:rPr>
          <w:b w:val="0"/>
          <w:i w:val="0"/>
          <w:smallCaps w:val="0"/>
          <w:strike w:val="0"/>
          <w:sz w:val="22"/>
          <w:u w:val="single"/>
        </w:rPr>
        <w:t>.</w:t>
      </w:r>
    </w:p>
    <w:p>
      <w:pPr>
        <w:spacing w:after="60"/>
      </w:pPr>
      <w:r>
        <w:rPr>
          <w:b w:val="0"/>
          <w:i w:val="0"/>
          <w:smallCaps w:val="0"/>
          <w:strike w:val="0"/>
          <w:u w:val="none"/>
        </w:rPr>
        <w:t>Vice President and Democratic Presidential candidate Kamala Harris speaks at West Allis Central High School during her first campaign rally in Milwaukee, Wisconsin, on July 23, 2024.</w:t>
      </w:r>
    </w:p>
    <w:p>
      <w:pPr>
        <w:spacing w:after="60"/>
      </w:pPr>
      <w:r>
        <w:rPr>
          <w:b w:val="0"/>
          <w:i w:val="0"/>
          <w:smallCaps w:val="0"/>
          <w:strike w:val="0"/>
          <w:u w:val="none"/>
        </w:rPr>
        <w:t xml:space="preserve">Yet beyond the base, O'Malley Dillon said </w:t>
      </w:r>
      <w:r>
        <w:rPr>
          <w:b w:val="0"/>
          <w:i w:val="0"/>
          <w:smallCaps w:val="0"/>
          <w:strike w:val="0"/>
          <w:sz w:val="22"/>
          <w:highlight w:val="cyan"/>
          <w:u w:val="single"/>
        </w:rPr>
        <w:t>Harris is well-positioned to improve on Democrats' strong performances in 2020 and the 2022</w:t>
      </w:r>
      <w:r>
        <w:rPr>
          <w:b w:val="0"/>
          <w:i w:val="0"/>
          <w:smallCaps w:val="0"/>
          <w:strike w:val="0"/>
          <w:sz w:val="22"/>
          <w:u w:val="single"/>
        </w:rPr>
        <w:t xml:space="preserve"> midterms that were buoyed by suburban voters who are turned off by Trump.</w:t>
      </w:r>
      <w:r>
        <w:rPr>
          <w:b w:val="0"/>
          <w:i w:val="0"/>
          <w:smallCaps w:val="0"/>
          <w:strike w:val="0"/>
          <w:u w:val="none"/>
        </w:rPr>
        <w:t xml:space="preserve"> The group includes Democrats, independents and some Republicans.</w:t>
      </w:r>
    </w:p>
    <w:p>
      <w:pPr>
        <w:spacing w:after="60"/>
      </w:pPr>
      <w:r>
        <w:rPr>
          <w:b w:val="0"/>
          <w:i w:val="0"/>
          <w:smallCaps w:val="0"/>
          <w:strike w:val="0"/>
          <w:u w:val="none"/>
        </w:rPr>
        <w:t>Among white college-educated voters, O'Malley Dillon said Harris' net favorability is 19 percentage points higher than Trump. She said Harris tops Trump's net favorability among voters 65 and older by 18 percentage points.</w:t>
      </w:r>
    </w:p>
    <w:p>
      <w:pPr>
        <w:spacing w:after="60"/>
      </w:pPr>
      <w:r>
        <w:rPr>
          <w:b w:val="0"/>
          <w:i w:val="0"/>
          <w:smallCaps w:val="0"/>
          <w:strike w:val="0"/>
          <w:u w:val="none"/>
        </w:rPr>
        <w:t>"The Vice President has been at the forefront on the very issues that are most important to these voters – restoring women’s reproductive rights and upholding the rule of law following January 6, Donald Trump’s criminal convictions, and the Supreme Court’s immunity decision" O'Malley Dillon said.</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