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Harris’s experience with various former positions and former experience leads voters to trust her.</w:t>
      </w:r>
    </w:p>
    <w:p>
      <w:pPr>
        <w:spacing w:after="80"/>
      </w:pPr>
      <w:r>
        <w:rPr>
          <w:b/>
          <w:i w:val="0"/>
          <w:smallCaps w:val="0"/>
          <w:strike w:val="0"/>
          <w:sz w:val="26"/>
          <w:u w:val="none"/>
        </w:rPr>
        <w:t>Clinton 7-23</w:t>
      </w:r>
      <w:r>
        <w:rPr>
          <w:b w:val="0"/>
          <w:i w:val="0"/>
          <w:smallCaps w:val="0"/>
          <w:strike w:val="0"/>
          <w:u w:val="none"/>
        </w:rPr>
        <w:t xml:space="preserve">-24 [7/23/24, Hillary Clinton was the 67th secretary of state as well as the 2016 democratic presidential nominee, “Hillary Clinton: How Kamala Harris Can Win and Make History”, New York Times, </w:t>
      </w:r>
      <w:r>
        <w:rPr>
          <w:b w:val="0"/>
          <w:i w:val="0"/>
          <w:smallCaps w:val="0"/>
          <w:strike w:val="0"/>
          <w:u w:val="none"/>
        </w:rPr>
        <w:t xml:space="preserve">] </w:t>
      </w:r>
      <w:r>
        <w:rPr>
          <w:b w:val="0"/>
          <w:i w:val="0"/>
          <w:smallCaps w:val="0"/>
          <w:strike w:val="0"/>
          <w:u w:val="none"/>
        </w:rPr>
        <w:t>HongruiH</w:t>
      </w:r>
    </w:p>
    <w:p>
      <w:pPr>
        <w:spacing w:after="60"/>
      </w:pPr>
      <w:r>
        <w:rPr>
          <w:b w:val="0"/>
          <w:i w:val="0"/>
          <w:smallCaps w:val="0"/>
          <w:strike w:val="0"/>
          <w:sz w:val="22"/>
          <w:u w:val="single"/>
        </w:rPr>
        <w:t xml:space="preserve">Ms.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chronically </w:t>
      </w:r>
      <w:r>
        <w:rPr>
          <w:b w:val="0"/>
          <w:i w:val="0"/>
          <w:smallCaps w:val="0"/>
          <w:strike w:val="0"/>
          <w:sz w:val="22"/>
          <w:highlight w:val="cyan"/>
          <w:u w:val="single"/>
        </w:rPr>
        <w:t>underestimated</w:t>
      </w:r>
      <w:r>
        <w:rPr>
          <w:b w:val="0"/>
          <w:i w:val="0"/>
          <w:smallCaps w:val="0"/>
          <w:strike w:val="0"/>
          <w:sz w:val="22"/>
          <w:u w:val="single"/>
        </w:rPr>
        <w:t xml:space="preserve">, as are so many women in politics, but </w:t>
      </w:r>
      <w:r>
        <w:rPr>
          <w:b w:val="0"/>
          <w:i w:val="0"/>
          <w:smallCaps w:val="0"/>
          <w:strike w:val="0"/>
          <w:sz w:val="22"/>
          <w:highlight w:val="cyan"/>
          <w:u w:val="single"/>
        </w:rPr>
        <w:t>she is well prepared</w:t>
      </w:r>
      <w:r>
        <w:rPr>
          <w:b w:val="0"/>
          <w:i w:val="0"/>
          <w:smallCaps w:val="0"/>
          <w:strike w:val="0"/>
          <w:sz w:val="22"/>
          <w:u w:val="single"/>
        </w:rPr>
        <w:t xml:space="preserve"> for this moment.</w:t>
      </w:r>
      <w:r>
        <w:rPr>
          <w:b w:val="0"/>
          <w:i w:val="0"/>
          <w:smallCaps w:val="0"/>
          <w:strike w:val="0"/>
          <w:u w:val="none"/>
        </w:rPr>
        <w:t xml:space="preserve"> </w:t>
      </w:r>
      <w:r>
        <w:rPr>
          <w:b w:val="0"/>
          <w:i w:val="0"/>
          <w:smallCaps w:val="0"/>
          <w:strike w:val="0"/>
          <w:sz w:val="22"/>
          <w:highlight w:val="cyan"/>
          <w:u w:val="single"/>
        </w:rPr>
        <w:t xml:space="preserve">As a </w:t>
      </w:r>
      <w:r>
        <w:rPr>
          <w:b/>
          <w:i w:val="0"/>
          <w:smallCaps w:val="0"/>
          <w:strike w:val="0"/>
          <w:sz w:val="22"/>
          <w:highlight w:val="cyan"/>
          <w:u w:val="single"/>
        </w:rPr>
        <w:t>prosecutor and attorney general</w:t>
      </w:r>
      <w:r>
        <w:rPr>
          <w:b w:val="0"/>
          <w:i w:val="0"/>
          <w:smallCaps w:val="0"/>
          <w:strike w:val="0"/>
          <w:sz w:val="22"/>
          <w:highlight w:val="cyan"/>
          <w:u w:val="single"/>
        </w:rPr>
        <w:t xml:space="preserve"> in Califor</w:t>
      </w:r>
      <w:r>
        <w:rPr>
          <w:b w:val="0"/>
          <w:i w:val="0"/>
          <w:smallCaps w:val="0"/>
          <w:strike w:val="0"/>
          <w:sz w:val="22"/>
          <w:u w:val="single"/>
        </w:rPr>
        <w:t xml:space="preserve">nia, she took on drug traffickers, polluters and predatory lenders. As </w:t>
      </w:r>
      <w:r>
        <w:rPr>
          <w:b w:val="0"/>
          <w:i w:val="0"/>
          <w:smallCaps w:val="0"/>
          <w:strike w:val="0"/>
          <w:sz w:val="22"/>
          <w:highlight w:val="cyan"/>
          <w:u w:val="single"/>
        </w:rPr>
        <w:t>a</w:t>
      </w:r>
      <w:r>
        <w:rPr>
          <w:b w:val="0"/>
          <w:i w:val="0"/>
          <w:smallCaps w:val="0"/>
          <w:strike w:val="0"/>
          <w:sz w:val="22"/>
          <w:u w:val="single"/>
        </w:rPr>
        <w:t xml:space="preserve"> U.S. </w:t>
      </w:r>
      <w:r>
        <w:rPr>
          <w:b/>
          <w:i w:val="0"/>
          <w:smallCaps w:val="0"/>
          <w:strike w:val="0"/>
          <w:sz w:val="22"/>
          <w:highlight w:val="cyan"/>
          <w:u w:val="single"/>
        </w:rPr>
        <w:t>senator</w:t>
      </w:r>
      <w:r>
        <w:rPr>
          <w:b w:val="0"/>
          <w:i w:val="0"/>
          <w:smallCaps w:val="0"/>
          <w:strike w:val="0"/>
          <w:sz w:val="22"/>
          <w:u w:val="single"/>
        </w:rPr>
        <w:t xml:space="preserve">, she rigorously questioned squirming Trump administration officials and nominees </w:t>
      </w:r>
      <w:r>
        <w:rPr>
          <w:b w:val="0"/>
          <w:i w:val="0"/>
          <w:smallCaps w:val="0"/>
          <w:strike w:val="0"/>
          <w:sz w:val="22"/>
          <w:highlight w:val="cyan"/>
          <w:u w:val="single"/>
        </w:rPr>
        <w:t>and</w:t>
      </w:r>
      <w:r>
        <w:rPr>
          <w:b w:val="0"/>
          <w:i w:val="0"/>
          <w:smallCaps w:val="0"/>
          <w:strike w:val="0"/>
          <w:sz w:val="22"/>
          <w:u w:val="single"/>
        </w:rPr>
        <w:t xml:space="preserve"> was inspiring to watch.</w:t>
      </w:r>
      <w:r>
        <w:rPr>
          <w:b w:val="0"/>
          <w:i w:val="0"/>
          <w:smallCaps w:val="0"/>
          <w:strike w:val="0"/>
          <w:u w:val="none"/>
        </w:rPr>
        <w:t xml:space="preserve"> </w:t>
      </w:r>
      <w:r>
        <w:rPr>
          <w:b w:val="0"/>
          <w:i w:val="0"/>
          <w:smallCaps w:val="0"/>
          <w:strike w:val="0"/>
          <w:highlight w:val="cyan"/>
          <w:u w:val="none"/>
        </w:rPr>
        <w:t>A</w:t>
      </w:r>
      <w:r>
        <w:rPr>
          <w:b w:val="0"/>
          <w:i w:val="0"/>
          <w:smallCaps w:val="0"/>
          <w:strike w:val="0"/>
          <w:u w:val="none"/>
        </w:rPr>
        <w:t xml:space="preserve">s </w:t>
      </w:r>
      <w:r>
        <w:rPr>
          <w:b/>
          <w:i w:val="0"/>
          <w:smallCaps w:val="0"/>
          <w:strike w:val="0"/>
          <w:sz w:val="22"/>
          <w:highlight w:val="cyan"/>
          <w:u w:val="single"/>
        </w:rPr>
        <w:t>v</w:t>
      </w:r>
      <w:r>
        <w:rPr>
          <w:b/>
          <w:i w:val="0"/>
          <w:smallCaps w:val="0"/>
          <w:strike w:val="0"/>
          <w:sz w:val="22"/>
          <w:u w:val="single"/>
        </w:rPr>
        <w:t xml:space="preserve">ice </w:t>
      </w:r>
      <w:r>
        <w:rPr>
          <w:b/>
          <w:i w:val="0"/>
          <w:smallCaps w:val="0"/>
          <w:strike w:val="0"/>
          <w:sz w:val="22"/>
          <w:highlight w:val="cyan"/>
          <w:u w:val="single"/>
        </w:rPr>
        <w:t>p</w:t>
      </w:r>
      <w:r>
        <w:rPr>
          <w:b/>
          <w:i w:val="0"/>
          <w:smallCaps w:val="0"/>
          <w:strike w:val="0"/>
          <w:sz w:val="22"/>
          <w:u w:val="single"/>
        </w:rPr>
        <w:t>resident</w:t>
      </w:r>
      <w:r>
        <w:rPr>
          <w:b w:val="0"/>
          <w:i w:val="0"/>
          <w:smallCaps w:val="0"/>
          <w:strike w:val="0"/>
          <w:u w:val="none"/>
        </w:rPr>
        <w:t xml:space="preserve">, </w:t>
      </w:r>
      <w:r>
        <w:rPr>
          <w:b w:val="0"/>
          <w:i w:val="0"/>
          <w:smallCaps w:val="0"/>
          <w:strike w:val="0"/>
          <w:sz w:val="22"/>
          <w:u w:val="single"/>
        </w:rPr>
        <w:t xml:space="preserve">Ms. </w:t>
      </w:r>
      <w:r>
        <w:rPr>
          <w:b w:val="0"/>
          <w:i w:val="0"/>
          <w:smallCaps w:val="0"/>
          <w:strike w:val="0"/>
          <w:sz w:val="22"/>
          <w:highlight w:val="cyan"/>
          <w:u w:val="single"/>
        </w:rPr>
        <w:t>Harris</w:t>
      </w:r>
      <w:r>
        <w:rPr>
          <w:b w:val="0"/>
          <w:i w:val="0"/>
          <w:smallCaps w:val="0"/>
          <w:strike w:val="0"/>
          <w:u w:val="none"/>
        </w:rPr>
        <w:t xml:space="preserve"> has sat with the president in the Situation Room, </w:t>
      </w:r>
      <w:r>
        <w:rPr>
          <w:b w:val="0"/>
          <w:i w:val="0"/>
          <w:smallCaps w:val="0"/>
          <w:strike w:val="0"/>
          <w:sz w:val="22"/>
          <w:u w:val="single"/>
        </w:rPr>
        <w:t>helping make the hardest decisions a leader can make</w:t>
      </w:r>
      <w:r>
        <w:rPr>
          <w:b w:val="0"/>
          <w:i w:val="0"/>
          <w:smallCaps w:val="0"/>
          <w:strike w:val="0"/>
          <w:u w:val="none"/>
        </w:rPr>
        <w:t xml:space="preserve">. And when the extremist Supreme Court overturned Roe v. Wade, </w:t>
      </w:r>
      <w:r>
        <w:rPr>
          <w:b w:val="0"/>
          <w:i w:val="0"/>
          <w:smallCaps w:val="0"/>
          <w:strike w:val="0"/>
          <w:sz w:val="22"/>
          <w:u w:val="single"/>
        </w:rPr>
        <w:t xml:space="preserve">she </w:t>
      </w:r>
      <w:r>
        <w:rPr>
          <w:b w:val="0"/>
          <w:i w:val="0"/>
          <w:smallCaps w:val="0"/>
          <w:strike w:val="0"/>
          <w:sz w:val="22"/>
          <w:highlight w:val="cyan"/>
          <w:u w:val="single"/>
        </w:rPr>
        <w:t>became</w:t>
      </w:r>
      <w:r>
        <w:rPr>
          <w:b w:val="0"/>
          <w:i w:val="0"/>
          <w:smallCaps w:val="0"/>
          <w:strike w:val="0"/>
          <w:sz w:val="22"/>
          <w:u w:val="single"/>
        </w:rPr>
        <w:t xml:space="preserve"> the administration’s most passionate </w:t>
      </w:r>
      <w:r>
        <w:rPr>
          <w:b w:val="0"/>
          <w:i w:val="0"/>
          <w:smallCaps w:val="0"/>
          <w:strike w:val="0"/>
          <w:sz w:val="22"/>
          <w:highlight w:val="cyan"/>
          <w:u w:val="single"/>
        </w:rPr>
        <w:t>an</w:t>
      </w:r>
      <w:r>
        <w:rPr>
          <w:b w:val="0"/>
          <w:i w:val="0"/>
          <w:smallCaps w:val="0"/>
          <w:strike w:val="0"/>
          <w:sz w:val="22"/>
          <w:u w:val="single"/>
        </w:rPr>
        <w:t xml:space="preserve">d </w:t>
      </w:r>
      <w:r>
        <w:rPr>
          <w:b w:val="0"/>
          <w:i w:val="0"/>
          <w:smallCaps w:val="0"/>
          <w:strike w:val="0"/>
          <w:sz w:val="22"/>
          <w:highlight w:val="cyan"/>
          <w:u w:val="single"/>
        </w:rPr>
        <w:t>effective advocate</w:t>
      </w:r>
      <w:r>
        <w:rPr>
          <w:b w:val="0"/>
          <w:i w:val="0"/>
          <w:smallCaps w:val="0"/>
          <w:strike w:val="0"/>
          <w:sz w:val="22"/>
          <w:u w:val="single"/>
        </w:rPr>
        <w:t xml:space="preserve"> for restoring women’s reproductive rights</w:t>
      </w:r>
      <w:r>
        <w:rPr>
          <w:b w:val="0"/>
          <w:i w:val="0"/>
          <w:smallCaps w:val="0"/>
          <w:strike w:val="0"/>
          <w:u w:val="none"/>
        </w:rPr>
        <w:t>.</w:t>
      </w:r>
    </w:p>
    <w:p>
      <w:pPr>
        <w:spacing w:after="60"/>
      </w:pPr>
      <w:r>
        <w:rPr>
          <w:b w:val="0"/>
          <w:i w:val="0"/>
          <w:smallCaps w:val="0"/>
          <w:strike w:val="0"/>
          <w:u w:val="none"/>
        </w:rPr>
        <w:t xml:space="preserve">I look forward to hearing </w:t>
      </w:r>
      <w:r>
        <w:rPr>
          <w:b w:val="0"/>
          <w:i w:val="0"/>
          <w:smallCaps w:val="0"/>
          <w:strike w:val="0"/>
          <w:sz w:val="22"/>
          <w:u w:val="single"/>
        </w:rPr>
        <w:t>her prosecute a compelling case against Mr. Trump</w:t>
      </w:r>
      <w:r>
        <w:rPr>
          <w:b w:val="0"/>
          <w:i w:val="0"/>
          <w:smallCaps w:val="0"/>
          <w:strike w:val="0"/>
          <w:u w:val="none"/>
        </w:rPr>
        <w:t>, who failed as a president the first time and is running on a dangerous agenda. A second Trump term would be much worse than the first. Mr. Trump’s plans are more extreme, he is more unhinged, and the guardrails that constrained some of his worst instincts are gone.</w:t>
      </w:r>
    </w:p>
    <w:p>
      <w:pPr>
        <w:spacing w:after="60"/>
      </w:pPr>
      <w:r>
        <w:rPr>
          <w:b w:val="0"/>
          <w:i w:val="0"/>
          <w:smallCaps w:val="0"/>
          <w:strike w:val="0"/>
          <w:u w:val="none"/>
        </w:rPr>
        <w:t xml:space="preserve">Ms. Harris can explain to the American people that inflation would surge again under Mr. Trump, thanks to his proposed across-the-board tariffs, sweeping tax cuts for the rich and mass deportations. </w:t>
      </w:r>
      <w:r>
        <w:rPr>
          <w:b w:val="0"/>
          <w:i w:val="0"/>
          <w:smallCaps w:val="0"/>
          <w:strike w:val="0"/>
          <w:sz w:val="22"/>
          <w:u w:val="single"/>
        </w:rPr>
        <w:t>The policies outlined by Mr. Trump’s allies in Project 2025, from further restricting abortion rights to dismantling the Department of Education, are a recipe for a weaker, poorer, more divided America.</w:t>
      </w:r>
    </w:p>
    <w:p>
      <w:pPr>
        <w:spacing w:after="60"/>
      </w:pPr>
      <w:r>
        <w:rPr>
          <w:b w:val="0"/>
          <w:i w:val="0"/>
          <w:smallCaps w:val="0"/>
          <w:strike w:val="0"/>
          <w:sz w:val="22"/>
          <w:highlight w:val="cyan"/>
          <w:u w:val="single"/>
        </w:rPr>
        <w:t>The vice president’s</w:t>
      </w:r>
      <w:r>
        <w:rPr>
          <w:b w:val="0"/>
          <w:i w:val="0"/>
          <w:smallCaps w:val="0"/>
          <w:strike w:val="0"/>
          <w:sz w:val="22"/>
          <w:u w:val="single"/>
        </w:rPr>
        <w:t xml:space="preserve"> </w:t>
      </w:r>
      <w:r>
        <w:rPr>
          <w:b/>
          <w:i w:val="0"/>
          <w:smallCaps w:val="0"/>
          <w:strike w:val="0"/>
          <w:sz w:val="22"/>
          <w:u w:val="single"/>
        </w:rPr>
        <w:t xml:space="preserve">law enforcement </w:t>
      </w:r>
      <w:r>
        <w:rPr>
          <w:b/>
          <w:i w:val="0"/>
          <w:smallCaps w:val="0"/>
          <w:strike w:val="0"/>
          <w:sz w:val="22"/>
          <w:highlight w:val="cyan"/>
          <w:u w:val="single"/>
        </w:rPr>
        <w:t>experience</w:t>
      </w:r>
      <w:r>
        <w:rPr>
          <w:b/>
          <w:i w:val="0"/>
          <w:smallCaps w:val="0"/>
          <w:strike w:val="0"/>
          <w:sz w:val="22"/>
          <w:u w:val="single"/>
        </w:rPr>
        <w:t xml:space="preserve"> </w:t>
      </w:r>
      <w:r>
        <w:rPr>
          <w:b w:val="0"/>
          <w:i w:val="0"/>
          <w:smallCaps w:val="0"/>
          <w:strike w:val="0"/>
          <w:sz w:val="22"/>
          <w:highlight w:val="cyan"/>
          <w:u w:val="single"/>
        </w:rPr>
        <w:t xml:space="preserve">gives her the </w:t>
      </w:r>
      <w:r>
        <w:rPr>
          <w:b/>
          <w:i w:val="0"/>
          <w:smallCaps w:val="0"/>
          <w:strike w:val="0"/>
          <w:sz w:val="22"/>
          <w:highlight w:val="cyan"/>
          <w:u w:val="single"/>
        </w:rPr>
        <w:t>credibility</w:t>
      </w:r>
      <w:r>
        <w:rPr>
          <w:b w:val="0"/>
          <w:i w:val="0"/>
          <w:smallCaps w:val="0"/>
          <w:strike w:val="0"/>
          <w:sz w:val="22"/>
          <w:u w:val="single"/>
        </w:rPr>
        <w:t xml:space="preserve"> </w:t>
      </w:r>
      <w:r>
        <w:rPr>
          <w:b w:val="0"/>
          <w:i w:val="0"/>
          <w:smallCaps w:val="0"/>
          <w:strike w:val="0"/>
          <w:sz w:val="22"/>
          <w:highlight w:val="cyan"/>
          <w:u w:val="single"/>
        </w:rPr>
        <w:t>to rebut</w:t>
      </w:r>
      <w:r>
        <w:rPr>
          <w:b w:val="0"/>
          <w:i w:val="0"/>
          <w:smallCaps w:val="0"/>
          <w:strike w:val="0"/>
          <w:sz w:val="22"/>
          <w:u w:val="single"/>
        </w:rPr>
        <w:t xml:space="preserve"> Mr. </w:t>
      </w:r>
      <w:r>
        <w:rPr>
          <w:b w:val="0"/>
          <w:i w:val="0"/>
          <w:smallCaps w:val="0"/>
          <w:strike w:val="0"/>
          <w:sz w:val="22"/>
          <w:highlight w:val="cyan"/>
          <w:u w:val="single"/>
        </w:rPr>
        <w:t>Trump’s</w:t>
      </w:r>
      <w:r>
        <w:rPr>
          <w:b w:val="0"/>
          <w:i w:val="0"/>
          <w:smallCaps w:val="0"/>
          <w:strike w:val="0"/>
          <w:sz w:val="22"/>
          <w:u w:val="single"/>
        </w:rPr>
        <w:t xml:space="preserve"> </w:t>
      </w:r>
      <w:r>
        <w:rPr>
          <w:b w:val="0"/>
          <w:i w:val="0"/>
          <w:smallCaps w:val="0"/>
          <w:strike w:val="0"/>
          <w:sz w:val="22"/>
          <w:highlight w:val="cyan"/>
          <w:u w:val="single"/>
        </w:rPr>
        <w:t>lies</w:t>
      </w:r>
      <w:r>
        <w:rPr>
          <w:b w:val="0"/>
          <w:i w:val="0"/>
          <w:smallCaps w:val="0"/>
          <w:strike w:val="0"/>
          <w:sz w:val="22"/>
          <w:u w:val="single"/>
        </w:rPr>
        <w:t xml:space="preserve"> </w:t>
      </w:r>
      <w:r>
        <w:rPr>
          <w:b w:val="0"/>
          <w:i w:val="0"/>
          <w:smallCaps w:val="0"/>
          <w:strike w:val="0"/>
          <w:sz w:val="22"/>
          <w:highlight w:val="cyan"/>
          <w:u w:val="single"/>
        </w:rPr>
        <w:t>about crime and immigration</w:t>
      </w:r>
      <w:r>
        <w:rPr>
          <w:b w:val="0"/>
          <w:i w:val="0"/>
          <w:smallCaps w:val="0"/>
          <w:strike w:val="0"/>
          <w:sz w:val="22"/>
          <w:u w:val="single"/>
        </w:rPr>
        <w:t>.</w:t>
      </w:r>
      <w:r>
        <w:rPr>
          <w:b w:val="0"/>
          <w:i w:val="0"/>
          <w:smallCaps w:val="0"/>
          <w:strike w:val="0"/>
          <w:u w:val="none"/>
        </w:rPr>
        <w:t xml:space="preserve"> The facts are on her side: After spiking under Mr. Trump, the murder rate is plummeting under the Biden-Harris administration. Illegal border crossings are also dropping fast and are now the lowest they’ve been since 2020, thanks in part to Mr. Biden’s recent executive order. We’d be making even more progress if Mr. Trump hadn’t killed a bipartisan immigration compromise in Congress this year for his own selfish political purposes.</w:t>
      </w:r>
    </w:p>
    <w:p>
      <w:pPr>
        <w:spacing w:after="60"/>
      </w:pPr>
      <w:r>
        <w:rPr>
          <w:b w:val="0"/>
          <w:i w:val="0"/>
          <w:smallCaps w:val="0"/>
          <w:strike w:val="0"/>
          <w:u w:val="none"/>
        </w:rPr>
        <w:t xml:space="preserve">As a friend and supporter of Mr. Biden, I find this a bittersweet moment. He is a wise and decent man who served our country well. We have lost our standard-bearer, and we will miss his steady leadership, deep empathy and fighting spirit. Yet </w:t>
      </w:r>
      <w:r>
        <w:rPr>
          <w:b w:val="0"/>
          <w:i w:val="0"/>
          <w:smallCaps w:val="0"/>
          <w:strike w:val="0"/>
          <w:sz w:val="22"/>
          <w:highlight w:val="cyan"/>
          <w:u w:val="single"/>
        </w:rPr>
        <w:t>we have gained</w:t>
      </w:r>
      <w:r>
        <w:rPr>
          <w:b w:val="0"/>
          <w:i w:val="0"/>
          <w:smallCaps w:val="0"/>
          <w:strike w:val="0"/>
          <w:sz w:val="22"/>
          <w:u w:val="single"/>
        </w:rPr>
        <w:t xml:space="preserve"> much as well</w:t>
      </w:r>
      <w:r>
        <w:rPr>
          <w:b w:val="0"/>
          <w:i w:val="0"/>
          <w:smallCaps w:val="0"/>
          <w:strike w:val="0"/>
          <w:u w:val="none"/>
        </w:rPr>
        <w:t xml:space="preserve">: a new champion, </w:t>
      </w:r>
      <w:r>
        <w:rPr>
          <w:b w:val="0"/>
          <w:i w:val="0"/>
          <w:smallCaps w:val="0"/>
          <w:strike w:val="0"/>
          <w:sz w:val="22"/>
          <w:u w:val="single"/>
        </w:rPr>
        <w:t xml:space="preserve">an invigorated campaign and </w:t>
      </w:r>
      <w:r>
        <w:rPr>
          <w:b w:val="0"/>
          <w:i w:val="0"/>
          <w:smallCaps w:val="0"/>
          <w:strike w:val="0"/>
          <w:sz w:val="22"/>
          <w:highlight w:val="cyan"/>
          <w:u w:val="single"/>
        </w:rPr>
        <w:t xml:space="preserve">a </w:t>
      </w:r>
      <w:r>
        <w:rPr>
          <w:b/>
          <w:i w:val="0"/>
          <w:smallCaps w:val="0"/>
          <w:strike w:val="0"/>
          <w:sz w:val="22"/>
          <w:highlight w:val="cyan"/>
          <w:u w:val="single"/>
        </w:rPr>
        <w:t>renewed</w:t>
      </w:r>
      <w:r>
        <w:rPr>
          <w:b w:val="0"/>
          <w:i w:val="0"/>
          <w:smallCaps w:val="0"/>
          <w:strike w:val="0"/>
          <w:sz w:val="22"/>
          <w:highlight w:val="cyan"/>
          <w:u w:val="single"/>
        </w:rPr>
        <w:t xml:space="preserve"> sense of purpose</w:t>
      </w:r>
      <w:r>
        <w:rPr>
          <w:b w:val="0"/>
          <w:i w:val="0"/>
          <w:smallCaps w:val="0"/>
          <w:strike w:val="0"/>
          <w:sz w:val="22"/>
          <w:u w:val="single"/>
        </w:rPr>
        <w:t>.</w:t>
      </w:r>
    </w:p>
    <w:p>
      <w:pPr>
        <w:spacing w:after="60"/>
      </w:pPr>
      <w:r>
        <w:rPr>
          <w:b w:val="0"/>
          <w:i w:val="0"/>
          <w:smallCaps w:val="0"/>
          <w:strike w:val="0"/>
          <w:u w:val="none"/>
        </w:rPr>
        <w:t xml:space="preserve">The time for </w:t>
      </w:r>
      <w:r>
        <w:rPr>
          <w:b w:val="0"/>
          <w:i w:val="0"/>
          <w:smallCaps w:val="0"/>
          <w:strike w:val="0"/>
          <w:u w:val="none"/>
        </w:rPr>
        <w:t>hand-wringing</w:t>
      </w:r>
      <w:r>
        <w:rPr>
          <w:b w:val="0"/>
          <w:i w:val="0"/>
          <w:smallCaps w:val="0"/>
          <w:strike w:val="0"/>
          <w:u w:val="none"/>
        </w:rPr>
        <w:t xml:space="preserve"> is over. Now it’s time to organize, mobilize and win.</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