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Voters hate JD Vance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Metzger 7/26 </w:t>
      </w:r>
      <w:r>
        <w:rPr>
          <w:b w:val="0"/>
          <w:i w:val="0"/>
          <w:smallCaps w:val="0"/>
          <w:strike w:val="0"/>
          <w:u w:val="none"/>
        </w:rPr>
        <w:t>Bryan Metzger is an award-winning senior politics reporter at Business Insider covering Congress and campaigns, with a particular focus on money in politics.</w:t>
      </w:r>
      <w:r>
        <w:rPr>
          <w:b w:val="0"/>
          <w:i w:val="0"/>
          <w:smallCaps w:val="0"/>
          <w:strike w:val="0"/>
          <w:u w:val="none"/>
        </w:rPr>
        <w:t xml:space="preserve"> (Bryan Metzger, 7-26-2024, “Why JD Vance is being dogged by couch memes — and struggling in general,” </w:t>
      </w:r>
      <w:r>
        <w:rPr>
          <w:b w:val="0"/>
          <w:i/>
          <w:smallCaps w:val="0"/>
          <w:strike w:val="0"/>
          <w:u w:val="none"/>
        </w:rPr>
        <w:t>Business Insider</w:t>
      </w:r>
      <w:r>
        <w:rPr>
          <w:b w:val="0"/>
          <w:i w:val="0"/>
          <w:smallCaps w:val="0"/>
          <w:strike w:val="0"/>
          <w:u w:val="none"/>
        </w:rPr>
        <w:t xml:space="preserve">, DA: 7-28-2024, </w:t>
      </w:r>
      <w:r>
        <w:rPr>
          <w:b w:val="0"/>
          <w:i w:val="0"/>
          <w:smallCaps w:val="0"/>
          <w:strike w:val="0"/>
          <w:u w:val="none"/>
        </w:rPr>
        <w:t>). SP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In the days since he became Trump's running mate, JD Vance's vulnerabilities have become clear.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Until now, </w:t>
      </w:r>
      <w:r>
        <w:rPr>
          <w:b w:val="0"/>
          <w:i w:val="0"/>
          <w:smallCaps w:val="0"/>
          <w:strike w:val="0"/>
          <w:highlight w:val="green"/>
          <w:u w:val="single"/>
        </w:rPr>
        <w:t>Vance was</w:t>
      </w:r>
      <w:r>
        <w:rPr>
          <w:b w:val="0"/>
          <w:i w:val="0"/>
          <w:smallCaps w:val="0"/>
          <w:strike w:val="0"/>
          <w:u w:val="single"/>
        </w:rPr>
        <w:t xml:space="preserve"> mostly </w:t>
      </w:r>
      <w:r>
        <w:rPr>
          <w:b w:val="0"/>
          <w:i w:val="0"/>
          <w:smallCaps w:val="0"/>
          <w:strike w:val="0"/>
          <w:highlight w:val="green"/>
          <w:u w:val="single"/>
        </w:rPr>
        <w:t>unknown</w:t>
      </w:r>
      <w:r>
        <w:rPr>
          <w:b w:val="0"/>
          <w:i w:val="0"/>
          <w:smallCaps w:val="0"/>
          <w:strike w:val="0"/>
          <w:u w:val="single"/>
        </w:rPr>
        <w:t xml:space="preserve"> nationwide. That </w:t>
      </w:r>
      <w:r>
        <w:rPr>
          <w:b w:val="0"/>
          <w:i w:val="0"/>
          <w:smallCaps w:val="0"/>
          <w:strike w:val="0"/>
          <w:highlight w:val="green"/>
          <w:u w:val="single"/>
        </w:rPr>
        <w:t>makes it easier for opponents to define him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green"/>
          <w:u w:val="single"/>
        </w:rPr>
        <w:t xml:space="preserve">He's </w:t>
      </w:r>
      <w:r>
        <w:rPr>
          <w:b w:val="0"/>
          <w:i w:val="0"/>
          <w:smallCaps w:val="0"/>
          <w:strike w:val="0"/>
          <w:u w:val="single"/>
        </w:rPr>
        <w:t xml:space="preserve">also </w:t>
      </w:r>
      <w:r>
        <w:rPr>
          <w:b w:val="0"/>
          <w:i w:val="0"/>
          <w:smallCaps w:val="0"/>
          <w:strike w:val="0"/>
          <w:highlight w:val="green"/>
          <w:u w:val="single"/>
        </w:rPr>
        <w:t>long espoused ideas</w:t>
      </w:r>
      <w:r>
        <w:rPr>
          <w:b w:val="0"/>
          <w:i w:val="0"/>
          <w:smallCaps w:val="0"/>
          <w:strike w:val="0"/>
          <w:u w:val="single"/>
        </w:rPr>
        <w:t xml:space="preserve"> that are generally </w:t>
      </w:r>
      <w:r>
        <w:rPr>
          <w:b w:val="0"/>
          <w:i w:val="0"/>
          <w:smallCaps w:val="0"/>
          <w:strike w:val="0"/>
          <w:highlight w:val="green"/>
          <w:u w:val="single"/>
        </w:rPr>
        <w:t>unpopular with the public.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Nearly two weeks after former President Donald Trump selected Sen. JD Vance as his running mate, </w:t>
      </w:r>
      <w:r>
        <w:rPr>
          <w:b w:val="0"/>
          <w:i w:val="0"/>
          <w:smallCaps w:val="0"/>
          <w:strike w:val="0"/>
          <w:u w:val="single"/>
        </w:rPr>
        <w:t>it's safe to say the Ohio politician is struggling.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green"/>
          <w:u w:val="single"/>
        </w:rPr>
        <w:t>His polling is the worst</w:t>
      </w:r>
      <w:r>
        <w:rPr>
          <w:b w:val="0"/>
          <w:i w:val="0"/>
          <w:smallCaps w:val="0"/>
          <w:strike w:val="0"/>
          <w:u w:val="single"/>
        </w:rPr>
        <w:t xml:space="preserve"> of any nonincumbent vice-presidential nominee </w:t>
      </w:r>
      <w:r>
        <w:rPr>
          <w:b w:val="0"/>
          <w:i w:val="0"/>
          <w:smallCaps w:val="0"/>
          <w:strike w:val="0"/>
          <w:highlight w:val="green"/>
          <w:u w:val="single"/>
        </w:rPr>
        <w:t>in decades</w:t>
      </w:r>
      <w:r>
        <w:rPr>
          <w:b w:val="0"/>
          <w:i w:val="0"/>
          <w:smallCaps w:val="0"/>
          <w:strike w:val="0"/>
          <w:sz w:val="16"/>
          <w:u w:val="none"/>
        </w:rPr>
        <w:t>. His years-old comments about "childless cat ladies" have drawn widespread disgust. Some in Trump's orbit worry they've made the wrong choice. In recent days, he's been the target of a baseless rumor that he once had sex with a couch.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It was always clear that </w:t>
      </w:r>
      <w:r>
        <w:rPr>
          <w:b/>
          <w:i w:val="0"/>
          <w:smallCaps w:val="0"/>
          <w:strike w:val="0"/>
          <w:sz w:val="22"/>
          <w:u w:val="single"/>
        </w:rPr>
        <w:t>Vance brought little to the table</w:t>
      </w:r>
      <w:r>
        <w:rPr>
          <w:b w:val="0"/>
          <w:i w:val="0"/>
          <w:smallCaps w:val="0"/>
          <w:strike w:val="0"/>
          <w:sz w:val="16"/>
          <w:u w:val="none"/>
        </w:rPr>
        <w:t>, strictly electorally speaking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highlight w:val="green"/>
          <w:u w:val="single"/>
        </w:rPr>
        <w:t>He does not represent a swing state</w:t>
      </w:r>
      <w:r>
        <w:rPr>
          <w:b w:val="0"/>
          <w:i w:val="0"/>
          <w:smallCaps w:val="0"/>
          <w:strike w:val="0"/>
          <w:u w:val="single"/>
        </w:rPr>
        <w:t xml:space="preserve">, he does not </w:t>
      </w:r>
      <w:r>
        <w:rPr>
          <w:b w:val="0"/>
          <w:i w:val="0"/>
          <w:smallCaps w:val="0"/>
          <w:strike w:val="0"/>
          <w:highlight w:val="green"/>
          <w:u w:val="single"/>
        </w:rPr>
        <w:t>diversify the ticket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green"/>
          <w:u w:val="single"/>
        </w:rPr>
        <w:t>and the</w:t>
      </w:r>
      <w:r>
        <w:rPr>
          <w:b w:val="0"/>
          <w:i w:val="0"/>
          <w:smallCaps w:val="0"/>
          <w:strike w:val="0"/>
          <w:u w:val="single"/>
        </w:rPr>
        <w:t xml:space="preserve"> selection of a </w:t>
      </w:r>
      <w:r>
        <w:rPr>
          <w:b w:val="0"/>
          <w:i w:val="0"/>
          <w:smallCaps w:val="0"/>
          <w:strike w:val="0"/>
          <w:highlight w:val="green"/>
          <w:u w:val="single"/>
        </w:rPr>
        <w:t>MAGA</w:t>
      </w:r>
      <w:r>
        <w:rPr>
          <w:b w:val="0"/>
          <w:i w:val="0"/>
          <w:smallCaps w:val="0"/>
          <w:strike w:val="0"/>
          <w:u w:val="single"/>
        </w:rPr>
        <w:t xml:space="preserve"> true </w:t>
      </w:r>
      <w:r>
        <w:rPr>
          <w:b w:val="0"/>
          <w:i w:val="0"/>
          <w:smallCaps w:val="0"/>
          <w:strike w:val="0"/>
          <w:highlight w:val="green"/>
          <w:u w:val="single"/>
        </w:rPr>
        <w:t>believer does not reassure</w:t>
      </w:r>
      <w:r>
        <w:rPr>
          <w:b w:val="0"/>
          <w:i w:val="0"/>
          <w:smallCaps w:val="0"/>
          <w:strike w:val="0"/>
          <w:u w:val="single"/>
        </w:rPr>
        <w:t xml:space="preserve"> more </w:t>
      </w:r>
      <w:r>
        <w:rPr>
          <w:b w:val="0"/>
          <w:i w:val="0"/>
          <w:smallCaps w:val="0"/>
          <w:strike w:val="0"/>
          <w:highlight w:val="green"/>
          <w:u w:val="single"/>
        </w:rPr>
        <w:t>Trump-skeptic voters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He was the choice of a campaign that was brimming with confidence. President Joe Biden had not yet dropped out of the race, </w:t>
      </w:r>
      <w:r>
        <w:rPr>
          <w:b w:val="0"/>
          <w:i w:val="0"/>
          <w:smallCaps w:val="0"/>
          <w:strike w:val="0"/>
          <w:u w:val="single"/>
        </w:rPr>
        <w:t>and Trump's team likely made the choice with the idea that it did not need the boost that other vice-presidential contenders could have brought to the ticket, choosing instead to select an heir to the MAGA movement.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What was less predictable were the significant </w:t>
      </w:r>
      <w:r>
        <w:rPr>
          <w:b w:val="0"/>
          <w:i w:val="0"/>
          <w:smallCaps w:val="0"/>
          <w:strike w:val="0"/>
          <w:highlight w:val="green"/>
          <w:u w:val="single"/>
        </w:rPr>
        <w:t>headwinds</w:t>
      </w:r>
      <w:r>
        <w:rPr>
          <w:b w:val="0"/>
          <w:i w:val="0"/>
          <w:smallCaps w:val="0"/>
          <w:strike w:val="0"/>
          <w:u w:val="single"/>
        </w:rPr>
        <w:t xml:space="preserve"> that </w:t>
      </w:r>
      <w:r>
        <w:rPr>
          <w:b w:val="0"/>
          <w:i w:val="0"/>
          <w:smallCaps w:val="0"/>
          <w:strike w:val="0"/>
          <w:highlight w:val="green"/>
          <w:u w:val="single"/>
        </w:rPr>
        <w:t>Vance is</w:t>
      </w:r>
      <w:r>
        <w:rPr>
          <w:b w:val="0"/>
          <w:i w:val="0"/>
          <w:smallCaps w:val="0"/>
          <w:strike w:val="0"/>
          <w:u w:val="single"/>
        </w:rPr>
        <w:t xml:space="preserve"> now </w:t>
      </w:r>
      <w:r>
        <w:rPr>
          <w:b w:val="0"/>
          <w:i w:val="0"/>
          <w:smallCaps w:val="0"/>
          <w:strike w:val="0"/>
          <w:highlight w:val="green"/>
          <w:u w:val="single"/>
        </w:rPr>
        <w:t>encountering</w:t>
      </w:r>
      <w:r>
        <w:rPr>
          <w:b w:val="0"/>
          <w:i w:val="0"/>
          <w:smallCaps w:val="0"/>
          <w:strike w:val="0"/>
          <w:u w:val="single"/>
        </w:rPr>
        <w:t xml:space="preserve"> as the GOP's vice-presidential nominee, which have been </w:t>
      </w:r>
      <w:r>
        <w:rPr>
          <w:b w:val="0"/>
          <w:i w:val="0"/>
          <w:smallCaps w:val="0"/>
          <w:strike w:val="0"/>
          <w:highlight w:val="green"/>
          <w:u w:val="single"/>
        </w:rPr>
        <w:t>driven by the way he's talked about</w:t>
      </w:r>
      <w:r>
        <w:rPr>
          <w:b w:val="0"/>
          <w:i w:val="0"/>
          <w:smallCaps w:val="0"/>
          <w:strike w:val="0"/>
          <w:u w:val="single"/>
        </w:rPr>
        <w:t xml:space="preserve"> certain </w:t>
      </w:r>
      <w:r>
        <w:rPr>
          <w:b w:val="0"/>
          <w:i w:val="0"/>
          <w:smallCaps w:val="0"/>
          <w:strike w:val="0"/>
          <w:highlight w:val="green"/>
          <w:u w:val="single"/>
        </w:rPr>
        <w:t>policies</w:t>
      </w:r>
      <w:r>
        <w:rPr>
          <w:b w:val="0"/>
          <w:i w:val="0"/>
          <w:smallCaps w:val="0"/>
          <w:strike w:val="0"/>
          <w:u w:val="single"/>
        </w:rPr>
        <w:t xml:space="preserve"> and enabled by the simple fact that most Americans are just now learning who he is.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Vance was unknown to many Americans before last week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an AP-NORC poll conducted in the </w:t>
      </w:r>
      <w:r>
        <w:rPr>
          <w:b w:val="0"/>
          <w:i w:val="0"/>
          <w:smallCaps w:val="0"/>
          <w:strike w:val="0"/>
          <w:u w:val="single"/>
        </w:rPr>
        <w:t xml:space="preserve">days before Vance was selected, 60% of Americans surveyed said they did not know enough about the Ohio senator to have an opinion about him. </w:t>
      </w:r>
      <w:r>
        <w:rPr>
          <w:b w:val="0"/>
          <w:i w:val="0"/>
          <w:smallCaps w:val="0"/>
          <w:strike w:val="0"/>
          <w:sz w:val="16"/>
          <w:u w:val="none"/>
        </w:rPr>
        <w:t>Twenty-two percent reported an unfavorable opinion, while just 17% said they had a favorable opinion.</w:t>
      </w:r>
    </w:p>
    <w:p>
      <w:pPr>
        <w:pStyle w:val="Caption"/>
      </w:pPr>
      <w:r>
        <w:t>Source: Elections DA Harris Supplement - Michigan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