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Republicans unsure of Vance after Biden dropout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Olmsted 7/22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Edith Olmsted is an award-winning early-career editor with a </w:t>
      </w:r>
      <w:r>
        <w:rPr>
          <w:b w:val="0"/>
          <w:i w:val="0"/>
          <w:smallCaps w:val="0"/>
          <w:strike w:val="0"/>
          <w:sz w:val="16"/>
          <w:u w:val="none"/>
        </w:rPr>
        <w:t>Masters in journalism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the Columbia Journalism School. She was previously the social media intern at The New Republic where she also wrote political essays and breaking news. (Edith Olmsted, 7-22-2024, “Why Trump Suddenly Thinks Picking J.D. Vance Was a Mistake,” </w:t>
      </w:r>
      <w:r>
        <w:rPr>
          <w:b w:val="0"/>
          <w:i/>
          <w:smallCaps w:val="0"/>
          <w:strike w:val="0"/>
          <w:sz w:val="16"/>
          <w:u w:val="none"/>
        </w:rPr>
        <w:t>The New Republic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DA: 7-28-2024,  </w:t>
      </w:r>
      <w:r>
        <w:rPr>
          <w:b w:val="0"/>
          <w:i w:val="0"/>
          <w:smallCaps w:val="0"/>
          <w:strike w:val="0"/>
          <w:sz w:val="16"/>
          <w:u w:val="none"/>
        </w:rPr>
        <w:t>). SP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Republicans may be starting to second-guess their party’s pick for vice president.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Much of Donald </w:t>
      </w:r>
      <w:r>
        <w:rPr>
          <w:b w:val="0"/>
          <w:i w:val="0"/>
          <w:smallCaps w:val="0"/>
          <w:strike w:val="0"/>
          <w:highlight w:val="green"/>
          <w:u w:val="single"/>
        </w:rPr>
        <w:t>Trump’s</w:t>
      </w:r>
      <w:r>
        <w:rPr>
          <w:b w:val="0"/>
          <w:i w:val="0"/>
          <w:smallCaps w:val="0"/>
          <w:strike w:val="0"/>
          <w:u w:val="single"/>
        </w:rPr>
        <w:t xml:space="preserve"> presidential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campaign,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including</w:t>
      </w:r>
      <w:r>
        <w:rPr>
          <w:b/>
          <w:i w:val="0"/>
          <w:smallCaps w:val="0"/>
          <w:strike w:val="0"/>
          <w:sz w:val="22"/>
          <w:u w:val="single"/>
        </w:rPr>
        <w:t xml:space="preserve"> the decision</w:t>
      </w:r>
      <w:r>
        <w:rPr>
          <w:b w:val="0"/>
          <w:i w:val="0"/>
          <w:smallCaps w:val="0"/>
          <w:strike w:val="0"/>
          <w:u w:val="single"/>
        </w:rPr>
        <w:t xml:space="preserve"> to tap Ohio Senator J.D.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Vance as his running </w:t>
      </w:r>
      <w:r>
        <w:rPr>
          <w:b w:val="0"/>
          <w:i w:val="0"/>
          <w:smallCaps w:val="0"/>
          <w:strike w:val="0"/>
          <w:highlight w:val="green"/>
          <w:u w:val="single"/>
        </w:rPr>
        <w:t>mate, was</w:t>
      </w:r>
      <w:r>
        <w:rPr>
          <w:b w:val="0"/>
          <w:i w:val="0"/>
          <w:smallCaps w:val="0"/>
          <w:strike w:val="0"/>
          <w:u w:val="single"/>
        </w:rPr>
        <w:t xml:space="preserve"> structured </w:t>
      </w:r>
      <w:r>
        <w:rPr>
          <w:b w:val="0"/>
          <w:i w:val="0"/>
          <w:smallCaps w:val="0"/>
          <w:strike w:val="0"/>
          <w:highlight w:val="green"/>
          <w:u w:val="single"/>
        </w:rPr>
        <w:t>around attacks on</w:t>
      </w:r>
      <w:r>
        <w:rPr>
          <w:b w:val="0"/>
          <w:i w:val="0"/>
          <w:smallCaps w:val="0"/>
          <w:strike w:val="0"/>
          <w:u w:val="single"/>
        </w:rPr>
        <w:t xml:space="preserve"> President Joe </w:t>
      </w:r>
      <w:r>
        <w:rPr>
          <w:b w:val="0"/>
          <w:i w:val="0"/>
          <w:smallCaps w:val="0"/>
          <w:strike w:val="0"/>
          <w:highlight w:val="green"/>
          <w:u w:val="single"/>
        </w:rPr>
        <w:t>Biden.</w:t>
      </w:r>
      <w:r>
        <w:rPr>
          <w:b w:val="0"/>
          <w:i w:val="0"/>
          <w:smallCaps w:val="0"/>
          <w:strike w:val="0"/>
          <w:u w:val="single"/>
        </w:rPr>
        <w:t xml:space="preserve"> But then Biden announced Sunday that he was withdrawing from the presidential race altogether.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Trump campaign officials acknowledged that </w:t>
      </w:r>
      <w:r>
        <w:rPr>
          <w:b w:val="0"/>
          <w:i w:val="0"/>
          <w:smallCaps w:val="0"/>
          <w:strike w:val="0"/>
          <w:highlight w:val="green"/>
          <w:u w:val="single"/>
        </w:rPr>
        <w:t>Trump selected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inexperienced Vance</w:t>
      </w:r>
      <w:r>
        <w:rPr>
          <w:b w:val="0"/>
          <w:i w:val="0"/>
          <w:smallCaps w:val="0"/>
          <w:strike w:val="0"/>
          <w:u w:val="single"/>
        </w:rPr>
        <w:t xml:space="preserve">, charged with all his techno-authoritarian ideas, </w:t>
      </w:r>
      <w:r>
        <w:rPr>
          <w:b w:val="0"/>
          <w:i w:val="0"/>
          <w:smallCaps w:val="0"/>
          <w:strike w:val="0"/>
          <w:highlight w:val="green"/>
          <w:u w:val="single"/>
        </w:rPr>
        <w:t>to boost support</w:t>
      </w:r>
      <w:r>
        <w:rPr>
          <w:b w:val="0"/>
          <w:i w:val="0"/>
          <w:smallCaps w:val="0"/>
          <w:strike w:val="0"/>
          <w:u w:val="single"/>
        </w:rPr>
        <w:t xml:space="preserve"> among their own base, </w:t>
      </w:r>
      <w:r>
        <w:rPr>
          <w:b w:val="0"/>
          <w:i w:val="0"/>
          <w:smallCaps w:val="0"/>
          <w:strike w:val="0"/>
          <w:highlight w:val="green"/>
          <w:u w:val="single"/>
        </w:rPr>
        <w:t>not extend</w:t>
      </w:r>
      <w:r>
        <w:rPr>
          <w:b w:val="0"/>
          <w:i w:val="0"/>
          <w:smallCaps w:val="0"/>
          <w:strike w:val="0"/>
          <w:u w:val="single"/>
        </w:rPr>
        <w:t xml:space="preserve"> a hand </w:t>
      </w:r>
      <w:r>
        <w:rPr>
          <w:b w:val="0"/>
          <w:i w:val="0"/>
          <w:smallCaps w:val="0"/>
          <w:strike w:val="0"/>
          <w:highlight w:val="green"/>
          <w:u w:val="single"/>
        </w:rPr>
        <w:t>to swing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voters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according to The Atlantic. </w:t>
      </w:r>
      <w:r>
        <w:rPr>
          <w:b w:val="0"/>
          <w:i w:val="0"/>
          <w:smallCaps w:val="0"/>
          <w:strike w:val="0"/>
          <w:u w:val="single"/>
        </w:rPr>
        <w:t xml:space="preserve">Vance was </w:t>
      </w:r>
      <w:r>
        <w:rPr>
          <w:b w:val="0"/>
          <w:i w:val="0"/>
          <w:smallCaps w:val="0"/>
          <w:strike w:val="0"/>
          <w:highlight w:val="green"/>
          <w:u w:val="single"/>
        </w:rPr>
        <w:t>a symbol of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green"/>
          <w:u w:val="single"/>
        </w:rPr>
        <w:t>Trump</w:t>
      </w:r>
      <w:r>
        <w:rPr>
          <w:b w:val="0"/>
          <w:i w:val="0"/>
          <w:smallCaps w:val="0"/>
          <w:strike w:val="0"/>
          <w:u w:val="single"/>
        </w:rPr>
        <w:t xml:space="preserve"> team’s </w:t>
      </w:r>
      <w:r>
        <w:rPr>
          <w:b w:val="0"/>
          <w:i w:val="0"/>
          <w:smallCaps w:val="0"/>
          <w:strike w:val="0"/>
          <w:highlight w:val="green"/>
          <w:u w:val="single"/>
        </w:rPr>
        <w:t>assuredness</w:t>
      </w:r>
      <w:r>
        <w:rPr>
          <w:b w:val="0"/>
          <w:i w:val="0"/>
          <w:smallCaps w:val="0"/>
          <w:strike w:val="0"/>
          <w:u w:val="single"/>
        </w:rPr>
        <w:t xml:space="preserve"> that they would win in 2024. Come Sunday, that assuredness appears to be </w:t>
      </w:r>
      <w:r>
        <w:rPr>
          <w:b w:val="0"/>
          <w:i w:val="0"/>
          <w:smallCaps w:val="0"/>
          <w:strike w:val="0"/>
          <w:highlight w:val="green"/>
          <w:u w:val="single"/>
        </w:rPr>
        <w:t>shrinking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“Most striking thing I heard from Trump allies yesterday was </w:t>
      </w:r>
      <w:r>
        <w:rPr>
          <w:b w:val="0"/>
          <w:i w:val="0"/>
          <w:smallCaps w:val="0"/>
          <w:strike w:val="0"/>
          <w:u w:val="single"/>
        </w:rPr>
        <w:t>the second-guessing of JD Vance—a selection, they acknowledged, that was [born] of cockiness, meant to run up margins with the base in a blowout rather than persuade swing voters in a nail-biter</w:t>
      </w:r>
      <w:r>
        <w:rPr>
          <w:b w:val="0"/>
          <w:i w:val="0"/>
          <w:smallCaps w:val="0"/>
          <w:strike w:val="0"/>
          <w:sz w:val="16"/>
          <w:u w:val="none"/>
        </w:rPr>
        <w:t>,” Atlantic staff writer Tim Alberta, who had written the piece about the panicking Trump campaign, posted on X (formerly Twitter).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Trump decried Biden’s decision to drop out in a post on Truth Social, writing that his team would have to “start all over again” and asking to be reimbursed for the cost. At the same time, </w:t>
      </w:r>
      <w:r>
        <w:rPr>
          <w:b w:val="0"/>
          <w:i w:val="0"/>
          <w:smallCaps w:val="0"/>
          <w:strike w:val="0"/>
          <w:u w:val="single"/>
        </w:rPr>
        <w:t>Vance has set straight to work, calling for Biden to resign from the presidency.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Meanwhile, the Democrats possess a new potential nominee in the form of Vice President Kamala Harris. And as a result, the party had one of the best fundraising days ever.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