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has democratic support following Biden’s withdrawal – swing states are key</w:t>
      </w:r>
    </w:p>
    <w:p>
      <w:pPr>
        <w:spacing w:after="80"/>
      </w:pPr>
      <w:r>
        <w:rPr>
          <w:b w:val="0"/>
          <w:i w:val="0"/>
          <w:smallCaps w:val="0"/>
          <w:strike w:val="0"/>
          <w:color w:val="000000"/>
          <w:sz w:val="24"/>
          <w:u w:val="none"/>
        </w:rPr>
        <w:t xml:space="preserve">Andrew </w:t>
      </w:r>
      <w:r>
        <w:rPr>
          <w:b/>
          <w:i w:val="0"/>
          <w:smallCaps w:val="0"/>
          <w:strike w:val="0"/>
          <w:sz w:val="26"/>
          <w:u w:val="none"/>
        </w:rPr>
        <w:t>Stanton</w:t>
      </w:r>
      <w:r>
        <w:rPr>
          <w:b w:val="0"/>
          <w:i w:val="0"/>
          <w:smallCaps w:val="0"/>
          <w:strike w:val="0"/>
          <w:color w:val="000000"/>
          <w:sz w:val="24"/>
          <w:u w:val="none"/>
        </w:rPr>
        <w:t xml:space="preserve">, </w:t>
      </w:r>
      <w:r>
        <w:rPr>
          <w:b/>
          <w:i w:val="0"/>
          <w:smallCaps w:val="0"/>
          <w:strike w:val="0"/>
          <w:sz w:val="26"/>
          <w:u w:val="none"/>
        </w:rPr>
        <w:t>7/24</w:t>
      </w:r>
      <w:r>
        <w:rPr>
          <w:b w:val="0"/>
          <w:i w:val="0"/>
          <w:smallCaps w:val="0"/>
          <w:strike w:val="0"/>
          <w:color w:val="000000"/>
          <w:sz w:val="24"/>
          <w:u w:val="none"/>
        </w:rPr>
        <w:t>/24. (</w:t>
      </w:r>
      <w:r>
        <w:rPr>
          <w:b w:val="0"/>
          <w:i w:val="0"/>
          <w:smallCaps w:val="0"/>
          <w:strike w:val="0"/>
          <w:color w:val="000000"/>
          <w:sz w:val="24"/>
          <w:u w:val="none"/>
        </w:rPr>
        <w:t>Andrew Stanton is a Newsweek weekend reporter based in Maine. His role is reporting on U.S. politics and social issues. He is a graduate of Emerson College</w:t>
      </w:r>
      <w:r>
        <w:rPr>
          <w:b w:val="0"/>
          <w:i w:val="0"/>
          <w:smallCaps w:val="0"/>
          <w:strike w:val="0"/>
          <w:color w:val="000000"/>
          <w:sz w:val="24"/>
          <w:u w:val="none"/>
        </w:rPr>
        <w:t>, July 24</w:t>
      </w:r>
      <w:r>
        <w:rPr>
          <w:b w:val="0"/>
          <w:i w:val="0"/>
          <w:smallCaps w:val="0"/>
          <w:strike w:val="0"/>
          <w:color w:val="000000"/>
          <w:sz w:val="24"/>
          <w:u w:val="none"/>
        </w:rPr>
        <w:t>th</w:t>
      </w:r>
      <w:r>
        <w:rPr>
          <w:b w:val="0"/>
          <w:i w:val="0"/>
          <w:smallCaps w:val="0"/>
          <w:strike w:val="0"/>
          <w:color w:val="000000"/>
          <w:sz w:val="24"/>
          <w:u w:val="none"/>
        </w:rPr>
        <w:t>, 2024, “Map Shows States Kamala Harris, Donald Trump Are Winning in Polls,” Newsweek, accessed July 24th.) //FF</w:t>
      </w:r>
    </w:p>
    <w:p>
      <w:pPr>
        <w:spacing w:after="60"/>
      </w:pPr>
      <w:r>
        <w:rPr>
          <w:b w:val="0"/>
          <w:i w:val="0"/>
          <w:smallCaps w:val="0"/>
          <w:strike w:val="0"/>
          <w:color w:val="000000"/>
          <w:sz w:val="16"/>
          <w:u w:val="none"/>
        </w:rPr>
        <w:t xml:space="preserve">Vice President Kamala </w:t>
      </w:r>
      <w:r>
        <w:rPr>
          <w:b w:val="0"/>
          <w:i w:val="0"/>
          <w:smallCaps w:val="0"/>
          <w:strike w:val="0"/>
          <w:sz w:val="22"/>
          <w:highlight w:val="cyan"/>
          <w:u w:val="single"/>
        </w:rPr>
        <w:t xml:space="preserve">Harris has consolidated Democratic support in the days since </w:t>
      </w:r>
      <w:r>
        <w:rPr>
          <w:b w:val="0"/>
          <w:i w:val="0"/>
          <w:smallCaps w:val="0"/>
          <w:strike w:val="0"/>
          <w:sz w:val="22"/>
          <w:u w:val="single"/>
        </w:rPr>
        <w:t xml:space="preserve">President </w:t>
      </w:r>
      <w:r>
        <w:rPr>
          <w:b w:val="0"/>
          <w:i w:val="0"/>
          <w:smallCaps w:val="0"/>
          <w:strike w:val="0"/>
          <w:sz w:val="22"/>
          <w:highlight w:val="cyan"/>
          <w:u w:val="single"/>
        </w:rPr>
        <w:t>Joe Biden withdrew</w:t>
      </w:r>
      <w:r>
        <w:rPr>
          <w:b w:val="0"/>
          <w:i w:val="0"/>
          <w:smallCaps w:val="0"/>
          <w:strike w:val="0"/>
          <w:sz w:val="22"/>
          <w:u w:val="single"/>
        </w:rPr>
        <w:t xml:space="preserve"> from the presidential election</w:t>
      </w:r>
      <w:r>
        <w:rPr>
          <w:b w:val="0"/>
          <w:i w:val="0"/>
          <w:smallCaps w:val="0"/>
          <w:strike w:val="0"/>
          <w:color w:val="000000"/>
          <w:sz w:val="16"/>
          <w:u w:val="none"/>
        </w:rPr>
        <w:t>, and polls show a tight race in November against former President Donald Trump.</w:t>
      </w:r>
    </w:p>
    <w:p>
      <w:pPr>
        <w:spacing w:after="60"/>
      </w:pPr>
      <w:r>
        <w:rPr>
          <w:b w:val="0"/>
          <w:i w:val="0"/>
          <w:smallCaps w:val="0"/>
          <w:strike w:val="0"/>
          <w:sz w:val="22"/>
          <w:highlight w:val="cyan"/>
          <w:u w:val="single"/>
        </w:rPr>
        <w:t>Harris has</w:t>
      </w:r>
      <w:r>
        <w:rPr>
          <w:b w:val="0"/>
          <w:i w:val="0"/>
          <w:smallCaps w:val="0"/>
          <w:strike w:val="0"/>
          <w:sz w:val="22"/>
          <w:u w:val="single"/>
        </w:rPr>
        <w:t xml:space="preserve"> appeared to </w:t>
      </w:r>
      <w:r>
        <w:rPr>
          <w:b w:val="0"/>
          <w:i w:val="0"/>
          <w:smallCaps w:val="0"/>
          <w:strike w:val="0"/>
          <w:sz w:val="22"/>
          <w:highlight w:val="cyan"/>
          <w:u w:val="single"/>
        </w:rPr>
        <w:t>secure enough delegates to win</w:t>
      </w:r>
      <w:r>
        <w:rPr>
          <w:b w:val="0"/>
          <w:i w:val="0"/>
          <w:smallCaps w:val="0"/>
          <w:strike w:val="0"/>
          <w:sz w:val="22"/>
          <w:u w:val="single"/>
        </w:rPr>
        <w:t xml:space="preserve"> her </w:t>
      </w:r>
      <w:r>
        <w:rPr>
          <w:b w:val="0"/>
          <w:i w:val="0"/>
          <w:smallCaps w:val="0"/>
          <w:strike w:val="0"/>
          <w:sz w:val="22"/>
          <w:highlight w:val="cyan"/>
          <w:u w:val="single"/>
        </w:rPr>
        <w:t>party's nomination</w:t>
      </w:r>
      <w:r>
        <w:rPr>
          <w:b w:val="0"/>
          <w:i w:val="0"/>
          <w:smallCaps w:val="0"/>
          <w:strike w:val="0"/>
          <w:sz w:val="22"/>
          <w:u w:val="single"/>
        </w:rPr>
        <w:t xml:space="preserve"> during the Democratic National Convention (DNC) </w:t>
      </w:r>
      <w:r>
        <w:rPr>
          <w:b w:val="0"/>
          <w:i w:val="0"/>
          <w:smallCaps w:val="0"/>
          <w:strike w:val="0"/>
          <w:sz w:val="22"/>
          <w:highlight w:val="cyan"/>
          <w:u w:val="single"/>
        </w:rPr>
        <w:t>next month</w:t>
      </w:r>
      <w:r>
        <w:rPr>
          <w:b w:val="0"/>
          <w:i w:val="0"/>
          <w:smallCaps w:val="0"/>
          <w:strike w:val="0"/>
          <w:sz w:val="22"/>
          <w:u w:val="single"/>
        </w:rPr>
        <w:t>.</w:t>
      </w:r>
      <w:r>
        <w:rPr>
          <w:b w:val="0"/>
          <w:i w:val="0"/>
          <w:smallCaps w:val="0"/>
          <w:strike w:val="0"/>
          <w:color w:val="000000"/>
          <w:sz w:val="16"/>
          <w:u w:val="none"/>
        </w:rPr>
        <w:t xml:space="preserve"> She received the endorsement of Biden after he stepped aside from the campaign following weeks of pressure from other Democrats concerned about his ability to win the election amid floundering poll numbers.</w:t>
      </w:r>
    </w:p>
    <w:p>
      <w:pPr>
        <w:spacing w:after="60"/>
      </w:pPr>
      <w:r>
        <w:rPr>
          <w:b w:val="0"/>
          <w:i w:val="0"/>
          <w:smallCaps w:val="0"/>
          <w:strike w:val="0"/>
          <w:color w:val="000000"/>
          <w:sz w:val="16"/>
          <w:u w:val="none"/>
        </w:rPr>
        <w:t xml:space="preserve">Harris' poll numbers prior to his withdrawal similarly trailed the former president, but </w:t>
      </w:r>
      <w:r>
        <w:rPr>
          <w:b/>
          <w:i w:val="0"/>
          <w:smallCaps w:val="0"/>
          <w:strike w:val="0"/>
          <w:sz w:val="22"/>
          <w:u w:val="single"/>
        </w:rPr>
        <w:t xml:space="preserve">her </w:t>
      </w:r>
      <w:r>
        <w:rPr>
          <w:b/>
          <w:i w:val="0"/>
          <w:smallCaps w:val="0"/>
          <w:strike w:val="0"/>
          <w:sz w:val="22"/>
          <w:highlight w:val="cyan"/>
          <w:u w:val="single"/>
        </w:rPr>
        <w:t xml:space="preserve">supporters argue she would be </w:t>
      </w:r>
      <w:r>
        <w:rPr>
          <w:b/>
          <w:i w:val="0"/>
          <w:smallCaps w:val="0"/>
          <w:strike w:val="0"/>
          <w:sz w:val="22"/>
          <w:u w:val="single"/>
        </w:rPr>
        <w:t xml:space="preserve">more </w:t>
      </w:r>
      <w:r>
        <w:rPr>
          <w:b/>
          <w:i w:val="0"/>
          <w:smallCaps w:val="0"/>
          <w:strike w:val="0"/>
          <w:sz w:val="22"/>
          <w:highlight w:val="cyan"/>
          <w:u w:val="single"/>
        </w:rPr>
        <w:t xml:space="preserve">capable of running a </w:t>
      </w:r>
      <w:r>
        <w:rPr>
          <w:b/>
          <w:i w:val="0"/>
          <w:smallCaps w:val="0"/>
          <w:strike w:val="0"/>
          <w:sz w:val="22"/>
          <w:u w:val="single"/>
        </w:rPr>
        <w:t xml:space="preserve">robust </w:t>
      </w:r>
      <w:r>
        <w:rPr>
          <w:b/>
          <w:i w:val="0"/>
          <w:smallCaps w:val="0"/>
          <w:strike w:val="0"/>
          <w:sz w:val="22"/>
          <w:highlight w:val="cyan"/>
          <w:u w:val="single"/>
        </w:rPr>
        <w:t>campaign</w:t>
      </w:r>
      <w:r>
        <w:rPr>
          <w:b w:val="0"/>
          <w:i w:val="0"/>
          <w:smallCaps w:val="0"/>
          <w:strike w:val="0"/>
          <w:color w:val="000000"/>
          <w:sz w:val="16"/>
          <w:highlight w:val="cyan"/>
          <w:u w:val="none"/>
        </w:rPr>
        <w:t xml:space="preserve"> that could </w:t>
      </w:r>
      <w:r>
        <w:rPr>
          <w:b/>
          <w:i w:val="0"/>
          <w:smallCaps w:val="0"/>
          <w:strike w:val="0"/>
          <w:sz w:val="22"/>
          <w:highlight w:val="cyan"/>
          <w:u w:val="single"/>
        </w:rPr>
        <w:t>win over swing</w:t>
      </w:r>
      <w:r>
        <w:rPr>
          <w:b/>
          <w:i w:val="0"/>
          <w:smallCaps w:val="0"/>
          <w:strike w:val="0"/>
          <w:sz w:val="22"/>
          <w:u w:val="single"/>
        </w:rPr>
        <w:t xml:space="preserve"> </w:t>
      </w:r>
      <w:r>
        <w:rPr>
          <w:b/>
          <w:i w:val="0"/>
          <w:smallCaps w:val="0"/>
          <w:strike w:val="0"/>
          <w:sz w:val="22"/>
          <w:highlight w:val="cyan"/>
          <w:u w:val="single"/>
        </w:rPr>
        <w:t>voters</w:t>
      </w:r>
      <w:r>
        <w:rPr>
          <w:b w:val="0"/>
          <w:i w:val="0"/>
          <w:smallCaps w:val="0"/>
          <w:strike w:val="0"/>
          <w:color w:val="000000"/>
          <w:sz w:val="16"/>
          <w:u w:val="none"/>
        </w:rPr>
        <w:t xml:space="preserve"> while also building Democratic enthusiasm.</w:t>
      </w:r>
    </w:p>
    <w:p>
      <w:pPr>
        <w:spacing w:after="60"/>
      </w:pPr>
      <w:r>
        <w:rPr>
          <w:b w:val="0"/>
          <w:i w:val="0"/>
          <w:smallCaps w:val="0"/>
          <w:strike w:val="0"/>
          <w:sz w:val="22"/>
          <w:highlight w:val="cyan"/>
          <w:u w:val="single"/>
        </w:rPr>
        <w:t>It remains to be seen</w:t>
      </w:r>
      <w:r>
        <w:rPr>
          <w:b w:val="0"/>
          <w:i w:val="0"/>
          <w:smallCaps w:val="0"/>
          <w:strike w:val="0"/>
          <w:sz w:val="22"/>
          <w:u w:val="single"/>
        </w:rPr>
        <w:t xml:space="preserve"> exactly </w:t>
      </w:r>
      <w:r>
        <w:rPr>
          <w:b w:val="0"/>
          <w:i w:val="0"/>
          <w:smallCaps w:val="0"/>
          <w:strike w:val="0"/>
          <w:sz w:val="22"/>
          <w:highlight w:val="cyan"/>
          <w:u w:val="single"/>
        </w:rPr>
        <w:t>how Harris</w:t>
      </w:r>
      <w:r>
        <w:rPr>
          <w:b w:val="0"/>
          <w:i w:val="0"/>
          <w:smallCaps w:val="0"/>
          <w:strike w:val="0"/>
          <w:sz w:val="22"/>
          <w:u w:val="single"/>
        </w:rPr>
        <w:t xml:space="preserve"> at the top of the ticket </w:t>
      </w:r>
      <w:r>
        <w:rPr>
          <w:b w:val="0"/>
          <w:i w:val="0"/>
          <w:smallCaps w:val="0"/>
          <w:strike w:val="0"/>
          <w:sz w:val="22"/>
          <w:highlight w:val="cyan"/>
          <w:u w:val="single"/>
        </w:rPr>
        <w:t xml:space="preserve">will affect the campaign in </w:t>
      </w:r>
      <w:r>
        <w:rPr>
          <w:b w:val="0"/>
          <w:i w:val="0"/>
          <w:smallCaps w:val="0"/>
          <w:strike w:val="0"/>
          <w:sz w:val="22"/>
          <w:u w:val="single"/>
        </w:rPr>
        <w:t xml:space="preserve">the </w:t>
      </w:r>
      <w:r>
        <w:rPr>
          <w:b w:val="0"/>
          <w:i w:val="0"/>
          <w:smallCaps w:val="0"/>
          <w:strike w:val="0"/>
          <w:sz w:val="22"/>
          <w:highlight w:val="cyan"/>
          <w:u w:val="single"/>
        </w:rPr>
        <w:t>key battleground states</w:t>
      </w:r>
      <w:r>
        <w:rPr>
          <w:b w:val="0"/>
          <w:i w:val="0"/>
          <w:smallCaps w:val="0"/>
          <w:strike w:val="0"/>
          <w:color w:val="000000"/>
          <w:sz w:val="16"/>
          <w:highlight w:val="cyan"/>
          <w:u w:val="none"/>
        </w:rPr>
        <w:t xml:space="preserve"> </w:t>
      </w:r>
      <w:r>
        <w:rPr>
          <w:b w:val="0"/>
          <w:i w:val="0"/>
          <w:smallCaps w:val="0"/>
          <w:strike w:val="0"/>
          <w:color w:val="000000"/>
          <w:sz w:val="16"/>
          <w:u w:val="none"/>
        </w:rPr>
        <w:t>that will determine the election results, as Trump presently holds a lead in each of those swing states.</w:t>
      </w:r>
    </w:p>
    <w:p>
      <w:pPr>
        <w:spacing w:after="60"/>
      </w:pPr>
      <w:r>
        <w:rPr>
          <w:b w:val="0"/>
          <w:i w:val="0"/>
          <w:smallCaps w:val="0"/>
          <w:strike w:val="0"/>
          <w:color w:val="000000"/>
          <w:sz w:val="16"/>
          <w:u w:val="none"/>
        </w:rPr>
        <w:t xml:space="preserve">However, some polls released since Biden's withdrawal have seen the race tighten between Harris and Trump on the national level, though pollsters have not released surveys for most states since the campaign shake-up. Meanwhile, </w:t>
      </w:r>
      <w:r>
        <w:rPr>
          <w:b w:val="0"/>
          <w:i w:val="0"/>
          <w:smallCaps w:val="0"/>
          <w:strike w:val="0"/>
          <w:sz w:val="22"/>
          <w:highlight w:val="cyan"/>
          <w:u w:val="single"/>
        </w:rPr>
        <w:t>Democrats have noted Harris' strong fundraising</w:t>
      </w:r>
      <w:r>
        <w:rPr>
          <w:b w:val="0"/>
          <w:i w:val="0"/>
          <w:smallCaps w:val="0"/>
          <w:strike w:val="0"/>
          <w:sz w:val="22"/>
          <w:u w:val="single"/>
        </w:rPr>
        <w:t xml:space="preserve"> and an increase in excitement </w:t>
      </w:r>
      <w:r>
        <w:rPr>
          <w:b w:val="0"/>
          <w:i w:val="0"/>
          <w:smallCaps w:val="0"/>
          <w:strike w:val="0"/>
          <w:sz w:val="22"/>
          <w:highlight w:val="cyan"/>
          <w:u w:val="single"/>
        </w:rPr>
        <w:t>among</w:t>
      </w:r>
      <w:r>
        <w:rPr>
          <w:b w:val="0"/>
          <w:i w:val="0"/>
          <w:smallCaps w:val="0"/>
          <w:strike w:val="0"/>
          <w:sz w:val="22"/>
          <w:u w:val="single"/>
        </w:rPr>
        <w:t xml:space="preserve"> </w:t>
      </w:r>
      <w:r>
        <w:rPr>
          <w:b w:val="0"/>
          <w:i w:val="0"/>
          <w:smallCaps w:val="0"/>
          <w:strike w:val="0"/>
          <w:sz w:val="22"/>
          <w:highlight w:val="cyan"/>
          <w:u w:val="single"/>
        </w:rPr>
        <w:t xml:space="preserve">their </w:t>
      </w:r>
      <w:r>
        <w:rPr>
          <w:b w:val="0"/>
          <w:i w:val="0"/>
          <w:smallCaps w:val="0"/>
          <w:strike w:val="0"/>
          <w:sz w:val="22"/>
          <w:highlight w:val="cyan"/>
          <w:u w:val="single"/>
        </w:rPr>
        <w:t>base</w:t>
      </w:r>
      <w:r>
        <w:rPr>
          <w:b w:val="0"/>
          <w:i w:val="0"/>
          <w:smallCaps w:val="0"/>
          <w:strike w:val="0"/>
          <w:sz w:val="22"/>
          <w:highlight w:val="cyan"/>
          <w:u w:val="single"/>
        </w:rPr>
        <w:t>.</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