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represents Biden’s policies – voters will blame her for the plan</w:t>
      </w:r>
    </w:p>
    <w:p>
      <w:pPr>
        <w:spacing w:after="80"/>
      </w:pPr>
      <w:r>
        <w:rPr>
          <w:b/>
          <w:i w:val="0"/>
          <w:smallCaps w:val="0"/>
          <w:strike w:val="0"/>
          <w:sz w:val="26"/>
          <w:u w:val="none"/>
        </w:rPr>
        <w:t xml:space="preserve">Economist 7/23 </w:t>
      </w:r>
      <w:r>
        <w:rPr>
          <w:b w:val="0"/>
          <w:i w:val="0"/>
          <w:smallCaps w:val="0"/>
          <w:strike w:val="0"/>
          <w:sz w:val="16"/>
          <w:u w:val="none"/>
        </w:rPr>
        <w:t xml:space="preserve">The Economist is a British weekly newspaper published in printed magazine format and digitally. It focuses on current affairs, international business, politics, technology, and culture, and is mostly written and edited in Britain. (The Economist, 7-23-2024, “Kamala Harris carries the torch, and the burden, of </w:t>
      </w:r>
      <w:r>
        <w:rPr>
          <w:b w:val="0"/>
          <w:i w:val="0"/>
          <w:smallCaps w:val="0"/>
          <w:strike w:val="0"/>
          <w:sz w:val="16"/>
          <w:u w:val="none"/>
        </w:rPr>
        <w:t>Bidenomics</w:t>
      </w:r>
      <w:r>
        <w:rPr>
          <w:b w:val="0"/>
          <w:i w:val="0"/>
          <w:smallCaps w:val="0"/>
          <w:strike w:val="0"/>
          <w:sz w:val="16"/>
          <w:u w:val="none"/>
        </w:rPr>
        <w:t xml:space="preserve">,” </w:t>
      </w:r>
      <w:r>
        <w:rPr>
          <w:b w:val="0"/>
          <w:i/>
          <w:smallCaps w:val="0"/>
          <w:strike w:val="0"/>
          <w:sz w:val="16"/>
          <w:u w:val="none"/>
        </w:rPr>
        <w:t>The Economist</w:t>
      </w:r>
      <w:r>
        <w:rPr>
          <w:b w:val="0"/>
          <w:i w:val="0"/>
          <w:smallCaps w:val="0"/>
          <w:strike w:val="0"/>
          <w:sz w:val="16"/>
          <w:u w:val="none"/>
        </w:rPr>
        <w:t>, DA: 7-24-2024, https://www.economist.com/united-states/2024/07/23/kamala-harris-carries-the-torch-and-the-burden-of-bidenomics.) SP</w:t>
      </w:r>
    </w:p>
    <w:p>
      <w:pPr>
        <w:spacing w:after="60"/>
      </w:pPr>
      <w:r>
        <w:rPr>
          <w:b w:val="0"/>
          <w:i w:val="0"/>
          <w:smallCaps w:val="0"/>
          <w:strike w:val="0"/>
          <w:sz w:val="16"/>
          <w:u w:val="none"/>
        </w:rPr>
        <w:t>Pinpointing differences in the economic views of Kamala Harris and Joe Biden is no easy task</w:t>
      </w:r>
      <w:r>
        <w:rPr>
          <w:b w:val="0"/>
          <w:i w:val="0"/>
          <w:smallCaps w:val="0"/>
          <w:strike w:val="0"/>
          <w:u w:val="single"/>
        </w:rPr>
        <w:t xml:space="preserve">: </w:t>
      </w:r>
      <w:r>
        <w:rPr>
          <w:b w:val="0"/>
          <w:i w:val="0"/>
          <w:smallCaps w:val="0"/>
          <w:strike w:val="0"/>
          <w:highlight w:val="green"/>
          <w:u w:val="single"/>
        </w:rPr>
        <w:t xml:space="preserve">the two have </w:t>
      </w:r>
      <w:r>
        <w:rPr>
          <w:b/>
          <w:i w:val="0"/>
          <w:smallCaps w:val="0"/>
          <w:strike w:val="0"/>
          <w:sz w:val="22"/>
          <w:highlight w:val="green"/>
          <w:u w:val="single"/>
        </w:rPr>
        <w:t>promoted the same ideas</w:t>
      </w:r>
      <w:r>
        <w:rPr>
          <w:b w:val="0"/>
          <w:i w:val="0"/>
          <w:smallCaps w:val="0"/>
          <w:strike w:val="0"/>
          <w:u w:val="single"/>
        </w:rPr>
        <w:t xml:space="preserve"> and touted the same accomplishments for the past three and a half years.</w:t>
      </w:r>
      <w:r>
        <w:rPr>
          <w:b w:val="0"/>
          <w:i w:val="0"/>
          <w:smallCaps w:val="0"/>
          <w:strike w:val="0"/>
          <w:sz w:val="16"/>
          <w:u w:val="none"/>
        </w:rPr>
        <w:t xml:space="preserve"> But give this to </w:t>
      </w:r>
      <w:r>
        <w:rPr>
          <w:b w:val="0"/>
          <w:i w:val="0"/>
          <w:smallCaps w:val="0"/>
          <w:strike w:val="0"/>
          <w:sz w:val="16"/>
          <w:u w:val="none"/>
        </w:rPr>
        <w:t>Ms</w:t>
      </w:r>
      <w:r>
        <w:rPr>
          <w:b w:val="0"/>
          <w:i w:val="0"/>
          <w:smallCaps w:val="0"/>
          <w:strike w:val="0"/>
          <w:sz w:val="16"/>
          <w:u w:val="none"/>
        </w:rPr>
        <w:t xml:space="preserve"> Harris: she seems capable of wrapping their wide set of policies, from semiconductor subsidies to student-debt cancellation, in more attractive packaging than her boss did. </w:t>
      </w:r>
      <w:r>
        <w:rPr>
          <w:b w:val="0"/>
          <w:i w:val="0"/>
          <w:smallCaps w:val="0"/>
          <w:strike w:val="0"/>
          <w:sz w:val="16"/>
          <w:u w:val="none"/>
        </w:rPr>
        <w:t>Mr</w:t>
      </w:r>
      <w:r>
        <w:rPr>
          <w:b w:val="0"/>
          <w:i w:val="0"/>
          <w:smallCaps w:val="0"/>
          <w:strike w:val="0"/>
          <w:sz w:val="16"/>
          <w:u w:val="none"/>
        </w:rPr>
        <w:t xml:space="preserve"> Biden called it his “build back better” agenda, a mouthful that never caught on. In recent speeches on economics the backdrop behind </w:t>
      </w:r>
      <w:r>
        <w:rPr>
          <w:b w:val="0"/>
          <w:i w:val="0"/>
          <w:smallCaps w:val="0"/>
          <w:strike w:val="0"/>
          <w:sz w:val="16"/>
          <w:u w:val="none"/>
        </w:rPr>
        <w:t>Ms</w:t>
      </w:r>
      <w:r>
        <w:rPr>
          <w:b w:val="0"/>
          <w:i w:val="0"/>
          <w:smallCaps w:val="0"/>
          <w:strike w:val="0"/>
          <w:sz w:val="16"/>
          <w:u w:val="none"/>
        </w:rPr>
        <w:t xml:space="preserve"> Harris has displayed a more elegant phrase: “freedom to thrive”.</w:t>
      </w:r>
    </w:p>
    <w:p>
      <w:pPr>
        <w:spacing w:after="60"/>
      </w:pPr>
      <w:r>
        <w:rPr>
          <w:b w:val="0"/>
          <w:i w:val="0"/>
          <w:smallCaps w:val="0"/>
          <w:strike w:val="0"/>
          <w:sz w:val="16"/>
          <w:u w:val="none"/>
        </w:rPr>
        <w:t xml:space="preserve">Whether or not that becomes a slogan in her presidential campaign, people who have worked with </w:t>
      </w:r>
      <w:r>
        <w:rPr>
          <w:b w:val="0"/>
          <w:i w:val="0"/>
          <w:smallCaps w:val="0"/>
          <w:strike w:val="0"/>
          <w:sz w:val="16"/>
          <w:u w:val="none"/>
        </w:rPr>
        <w:t>Ms</w:t>
      </w:r>
      <w:r>
        <w:rPr>
          <w:b w:val="0"/>
          <w:i w:val="0"/>
          <w:smallCaps w:val="0"/>
          <w:strike w:val="0"/>
          <w:sz w:val="16"/>
          <w:u w:val="none"/>
        </w:rPr>
        <w:t xml:space="preserve"> Harris say it encapsulates her philosophy and her approach to economic policy. </w:t>
      </w:r>
      <w:r>
        <w:rPr>
          <w:b w:val="0"/>
          <w:i w:val="0"/>
          <w:smallCaps w:val="0"/>
          <w:strike w:val="0"/>
          <w:highlight w:val="green"/>
          <w:u w:val="single"/>
        </w:rPr>
        <w:t xml:space="preserve">She would aim for </w:t>
      </w:r>
      <w:r>
        <w:rPr>
          <w:b/>
          <w:i w:val="0"/>
          <w:smallCaps w:val="0"/>
          <w:strike w:val="0"/>
          <w:highlight w:val="green"/>
          <w:u w:val="single"/>
        </w:rPr>
        <w:t xml:space="preserve">an </w:t>
      </w:r>
      <w:r>
        <w:rPr>
          <w:b/>
          <w:i w:val="0"/>
          <w:smallCaps w:val="0"/>
          <w:strike w:val="0"/>
          <w:sz w:val="22"/>
          <w:highlight w:val="green"/>
          <w:u w:val="single"/>
        </w:rPr>
        <w:t>extension</w:t>
      </w:r>
      <w:r>
        <w:rPr>
          <w:b/>
          <w:i w:val="0"/>
          <w:smallCaps w:val="0"/>
          <w:strike w:val="0"/>
          <w:sz w:val="22"/>
          <w:u w:val="single"/>
        </w:rPr>
        <w:t xml:space="preserve">, not a refashioning, </w:t>
      </w:r>
      <w:r>
        <w:rPr>
          <w:b/>
          <w:i w:val="0"/>
          <w:smallCaps w:val="0"/>
          <w:strike w:val="0"/>
          <w:sz w:val="22"/>
          <w:highlight w:val="green"/>
          <w:u w:val="single"/>
        </w:rPr>
        <w:t xml:space="preserve">of </w:t>
      </w:r>
      <w:r>
        <w:rPr>
          <w:b/>
          <w:i w:val="0"/>
          <w:smallCaps w:val="0"/>
          <w:strike w:val="0"/>
          <w:sz w:val="22"/>
          <w:highlight w:val="green"/>
          <w:u w:val="single"/>
        </w:rPr>
        <w:t>Bidenomics</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Biden delivered one half of his </w:t>
      </w:r>
      <w:r>
        <w:rPr>
          <w:b w:val="0"/>
          <w:i w:val="0"/>
          <w:smallCaps w:val="0"/>
          <w:strike w:val="0"/>
          <w:sz w:val="16"/>
          <w:u w:val="none"/>
        </w:rPr>
        <w:t>programme</w:t>
      </w:r>
      <w:r>
        <w:rPr>
          <w:b w:val="0"/>
          <w:i w:val="0"/>
          <w:smallCaps w:val="0"/>
          <w:strike w:val="0"/>
          <w:sz w:val="16"/>
          <w:u w:val="none"/>
        </w:rPr>
        <w:t>, with large investments in American infrastructure, manufacturing and green energy</w:t>
      </w:r>
      <w:r>
        <w:rPr>
          <w:b w:val="0"/>
          <w:i w:val="0"/>
          <w:smallCaps w:val="0"/>
          <w:strike w:val="0"/>
          <w:u w:val="single"/>
        </w:rPr>
        <w:t xml:space="preserve">. </w:t>
      </w:r>
      <w:r>
        <w:rPr>
          <w:b w:val="0"/>
          <w:i w:val="0"/>
          <w:smallCaps w:val="0"/>
          <w:strike w:val="0"/>
          <w:u w:val="single"/>
        </w:rPr>
        <w:t>Ms</w:t>
      </w:r>
      <w:r>
        <w:rPr>
          <w:b w:val="0"/>
          <w:i w:val="0"/>
          <w:smallCaps w:val="0"/>
          <w:strike w:val="0"/>
          <w:u w:val="single"/>
        </w:rPr>
        <w:t xml:space="preserve"> Harris would continue that, now mostly in its implementation phase. But </w:t>
      </w:r>
      <w:r>
        <w:rPr>
          <w:b w:val="0"/>
          <w:i w:val="0"/>
          <w:smallCaps w:val="0"/>
          <w:strike w:val="0"/>
          <w:highlight w:val="green"/>
          <w:u w:val="single"/>
        </w:rPr>
        <w:t xml:space="preserve">her </w:t>
      </w:r>
      <w:r>
        <w:rPr>
          <w:b w:val="0"/>
          <w:i w:val="0"/>
          <w:smallCaps w:val="0"/>
          <w:strike w:val="0"/>
          <w:u w:val="single"/>
        </w:rPr>
        <w:t xml:space="preserve">main </w:t>
      </w:r>
      <w:r>
        <w:rPr>
          <w:b w:val="0"/>
          <w:i w:val="0"/>
          <w:smallCaps w:val="0"/>
          <w:strike w:val="0"/>
          <w:highlight w:val="green"/>
          <w:u w:val="single"/>
        </w:rPr>
        <w:t>focus</w:t>
      </w:r>
      <w:r>
        <w:rPr>
          <w:b w:val="0"/>
          <w:i w:val="0"/>
          <w:smallCaps w:val="0"/>
          <w:strike w:val="0"/>
          <w:highlight w:val="green"/>
          <w:u w:val="single"/>
        </w:rPr>
        <w:t xml:space="preserve"> would be on</w:t>
      </w:r>
      <w:r>
        <w:rPr>
          <w:b w:val="0"/>
          <w:i w:val="0"/>
          <w:smallCaps w:val="0"/>
          <w:strike w:val="0"/>
          <w:u w:val="single"/>
        </w:rPr>
        <w:t xml:space="preserve"> the other half of </w:t>
      </w:r>
      <w:r>
        <w:rPr>
          <w:b w:val="0"/>
          <w:i w:val="0"/>
          <w:smallCaps w:val="0"/>
          <w:strike w:val="0"/>
          <w:highlight w:val="green"/>
          <w:u w:val="single"/>
        </w:rPr>
        <w:t>his</w:t>
      </w:r>
      <w:r>
        <w:rPr>
          <w:b w:val="0"/>
          <w:i w:val="0"/>
          <w:smallCaps w:val="0"/>
          <w:strike w:val="0"/>
          <w:u w:val="single"/>
        </w:rPr>
        <w:t xml:space="preserve"> </w:t>
      </w:r>
      <w:r>
        <w:rPr>
          <w:b w:val="0"/>
          <w:i w:val="0"/>
          <w:smallCaps w:val="0"/>
          <w:strike w:val="0"/>
          <w:u w:val="single"/>
        </w:rPr>
        <w:t>programme</w:t>
      </w:r>
      <w:r>
        <w:rPr>
          <w:b w:val="0"/>
          <w:i w:val="0"/>
          <w:smallCaps w:val="0"/>
          <w:strike w:val="0"/>
          <w:u w:val="single"/>
        </w:rPr>
        <w:t xml:space="preserve">, a </w:t>
      </w:r>
      <w:r>
        <w:rPr>
          <w:b w:val="0"/>
          <w:i w:val="0"/>
          <w:smallCaps w:val="0"/>
          <w:strike w:val="0"/>
          <w:highlight w:val="green"/>
          <w:u w:val="single"/>
        </w:rPr>
        <w:t>social agenda</w:t>
      </w:r>
      <w:r>
        <w:rPr>
          <w:b w:val="0"/>
          <w:i w:val="0"/>
          <w:smallCaps w:val="0"/>
          <w:strike w:val="0"/>
          <w:u w:val="single"/>
        </w:rPr>
        <w:t xml:space="preserve"> left largely unconsummated.</w:t>
      </w:r>
    </w:p>
    <w:p>
      <w:pPr>
        <w:spacing w:after="60"/>
      </w:pPr>
      <w:r>
        <w:rPr>
          <w:b w:val="0"/>
          <w:i w:val="0"/>
          <w:smallCaps w:val="0"/>
          <w:strike w:val="0"/>
          <w:u w:val="single"/>
        </w:rPr>
        <w:t>That includes trying to secure more funding for kindergarten, higher wages for homecare workers and paid family leave for all.</w:t>
      </w:r>
      <w:r>
        <w:rPr>
          <w:b w:val="0"/>
          <w:i w:val="0"/>
          <w:smallCaps w:val="0"/>
          <w:strike w:val="0"/>
          <w:sz w:val="16"/>
          <w:u w:val="none"/>
        </w:rPr>
        <w:t xml:space="preserve"> </w:t>
      </w:r>
      <w:r>
        <w:rPr>
          <w:b w:val="0"/>
          <w:i w:val="0"/>
          <w:smallCaps w:val="0"/>
          <w:strike w:val="0"/>
          <w:sz w:val="16"/>
          <w:u w:val="none"/>
        </w:rPr>
        <w:t>So</w:t>
      </w:r>
      <w:r>
        <w:rPr>
          <w:b w:val="0"/>
          <w:i w:val="0"/>
          <w:smallCaps w:val="0"/>
          <w:strike w:val="0"/>
          <w:sz w:val="16"/>
          <w:u w:val="none"/>
        </w:rPr>
        <w:t xml:space="preserve"> it was no coincidence that the first two unions to endorse </w:t>
      </w:r>
      <w:r>
        <w:rPr>
          <w:b w:val="0"/>
          <w:i w:val="0"/>
          <w:smallCaps w:val="0"/>
          <w:strike w:val="0"/>
          <w:sz w:val="16"/>
          <w:u w:val="none"/>
        </w:rPr>
        <w:t>Ms</w:t>
      </w:r>
      <w:r>
        <w:rPr>
          <w:b w:val="0"/>
          <w:i w:val="0"/>
          <w:smallCaps w:val="0"/>
          <w:strike w:val="0"/>
          <w:sz w:val="16"/>
          <w:u w:val="none"/>
        </w:rPr>
        <w:t xml:space="preserve"> Harris, within hours of </w:t>
      </w:r>
      <w:r>
        <w:rPr>
          <w:b w:val="0"/>
          <w:i w:val="0"/>
          <w:smallCaps w:val="0"/>
          <w:strike w:val="0"/>
          <w:sz w:val="16"/>
          <w:u w:val="none"/>
        </w:rPr>
        <w:t>Mr</w:t>
      </w:r>
      <w:r>
        <w:rPr>
          <w:b w:val="0"/>
          <w:i w:val="0"/>
          <w:smallCaps w:val="0"/>
          <w:strike w:val="0"/>
          <w:sz w:val="16"/>
          <w:u w:val="none"/>
        </w:rPr>
        <w:t xml:space="preserve"> Biden’s exit from the presidential race, were the American Federation of Teachers and the Service Employees International Union, which represents nurses, among others</w:t>
      </w:r>
      <w:r>
        <w:rPr>
          <w:b w:val="0"/>
          <w:i w:val="0"/>
          <w:smallCaps w:val="0"/>
          <w:strike w:val="0"/>
          <w:u w:val="single"/>
        </w:rPr>
        <w:t xml:space="preserve">. </w:t>
      </w:r>
      <w:r>
        <w:rPr>
          <w:b w:val="0"/>
          <w:i w:val="0"/>
          <w:smallCaps w:val="0"/>
          <w:strike w:val="0"/>
          <w:u w:val="single"/>
        </w:rPr>
        <w:t>Ms</w:t>
      </w:r>
      <w:r>
        <w:rPr>
          <w:b w:val="0"/>
          <w:i w:val="0"/>
          <w:smallCaps w:val="0"/>
          <w:strike w:val="0"/>
          <w:u w:val="single"/>
        </w:rPr>
        <w:t xml:space="preserve"> Harris has also played a crucial role in getting the Biden administration to reduce the burden of medical debt for Americans</w:t>
      </w:r>
      <w:r>
        <w:rPr>
          <w:b w:val="0"/>
          <w:i w:val="0"/>
          <w:smallCaps w:val="0"/>
          <w:strike w:val="0"/>
          <w:sz w:val="16"/>
          <w:u w:val="none"/>
        </w:rPr>
        <w:t xml:space="preserve"> (through a rule that removes medical debt from personal credit scores), something that she would probably build on as president.</w:t>
      </w:r>
    </w:p>
    <w:p>
      <w:pPr>
        <w:spacing w:after="60"/>
      </w:pPr>
      <w:r>
        <w:rPr>
          <w:b w:val="0"/>
          <w:i w:val="0"/>
          <w:smallCaps w:val="0"/>
          <w:strike w:val="0"/>
          <w:sz w:val="16"/>
          <w:u w:val="none"/>
        </w:rPr>
        <w:t>Jim Kessler of Third Way, a think-tank aligned with centrist Democrats, thinks her focus on social issues reflects her background as a California Democrat. “You see just an unbelievable dynamism in the state economy, and then also the difficulties that this creates for middle-class people on affordability issues,” he says. “You get a mix that is very pro-capitalist but also pro-consumer, and you see that with her.”</w:t>
      </w:r>
    </w:p>
    <w:p>
      <w:pPr>
        <w:spacing w:after="60"/>
      </w:pPr>
      <w:r>
        <w:rPr>
          <w:b w:val="0"/>
          <w:i w:val="0"/>
          <w:smallCaps w:val="0"/>
          <w:strike w:val="0"/>
          <w:sz w:val="16"/>
          <w:u w:val="none"/>
        </w:rPr>
        <w:t>Her experience as California’s attorney-general, the state’s top prosecutor, also gave her a belief in the power of regulations to serve the public good—a sharp contrast with Donald Trump’s desire to shrink the government’s footprint. In one prominent case, by playing hardball with some of America’s biggest banks, she ended up securing an $18bn settlement for Californians hit by improper mortgage foreclosures. “She’s very proud of that,” says Felicia Wong of Roosevelt Forward, a progressive advocacy group. “It is a one-two punch. She’ll promote workers’ rights and then also make sure that companies and the financial system are not abusing them.”</w:t>
      </w:r>
    </w:p>
    <w:p>
      <w:pPr>
        <w:spacing w:after="60"/>
      </w:pPr>
      <w:r>
        <w:rPr>
          <w:b w:val="0"/>
          <w:i w:val="0"/>
          <w:smallCaps w:val="0"/>
          <w:strike w:val="0"/>
          <w:sz w:val="16"/>
          <w:u w:val="none"/>
        </w:rPr>
        <w:t xml:space="preserve">That naturally raises the question of whether </w:t>
      </w:r>
      <w:r>
        <w:rPr>
          <w:b w:val="0"/>
          <w:i w:val="0"/>
          <w:smallCaps w:val="0"/>
          <w:strike w:val="0"/>
          <w:sz w:val="16"/>
          <w:u w:val="none"/>
        </w:rPr>
        <w:t>Ms</w:t>
      </w:r>
      <w:r>
        <w:rPr>
          <w:b w:val="0"/>
          <w:i w:val="0"/>
          <w:smallCaps w:val="0"/>
          <w:strike w:val="0"/>
          <w:sz w:val="16"/>
          <w:u w:val="none"/>
        </w:rPr>
        <w:t xml:space="preserve"> Harris stands to </w:t>
      </w:r>
      <w:r>
        <w:rPr>
          <w:b w:val="0"/>
          <w:i w:val="0"/>
          <w:smallCaps w:val="0"/>
          <w:strike w:val="0"/>
          <w:sz w:val="16"/>
          <w:u w:val="none"/>
        </w:rPr>
        <w:t>Mr</w:t>
      </w:r>
      <w:r>
        <w:rPr>
          <w:b w:val="0"/>
          <w:i w:val="0"/>
          <w:smallCaps w:val="0"/>
          <w:strike w:val="0"/>
          <w:sz w:val="16"/>
          <w:u w:val="none"/>
        </w:rPr>
        <w:t xml:space="preserve"> Biden’s left on economics. Her platform for the Democratic primaries of 2020 certainly suggested she might. She initially campaigned for “Medicare for all”, a single health-insurance plan for all Americans that would involve much more government </w:t>
      </w:r>
      <w:r>
        <w:rPr>
          <w:b w:val="0"/>
          <w:i w:val="0"/>
          <w:smallCaps w:val="0"/>
          <w:strike w:val="0"/>
          <w:sz w:val="16"/>
          <w:u w:val="none"/>
        </w:rPr>
        <w:t>centralisation</w:t>
      </w:r>
      <w:r>
        <w:rPr>
          <w:b w:val="0"/>
          <w:i w:val="0"/>
          <w:smallCaps w:val="0"/>
          <w:strike w:val="0"/>
          <w:sz w:val="16"/>
          <w:u w:val="none"/>
        </w:rPr>
        <w:t xml:space="preserve"> than the smorgasbord of private and public options in the current system. She also proposed a full repeal of </w:t>
      </w:r>
      <w:r>
        <w:rPr>
          <w:b w:val="0"/>
          <w:i w:val="0"/>
          <w:smallCaps w:val="0"/>
          <w:strike w:val="0"/>
          <w:sz w:val="16"/>
          <w:u w:val="none"/>
        </w:rPr>
        <w:t>Mr</w:t>
      </w:r>
      <w:r>
        <w:rPr>
          <w:b w:val="0"/>
          <w:i w:val="0"/>
          <w:smallCaps w:val="0"/>
          <w:strike w:val="0"/>
          <w:sz w:val="16"/>
          <w:u w:val="none"/>
        </w:rPr>
        <w:t xml:space="preserve"> Trump’s tax cuts passed in 2017, whereas </w:t>
      </w:r>
      <w:r>
        <w:rPr>
          <w:b w:val="0"/>
          <w:i w:val="0"/>
          <w:smallCaps w:val="0"/>
          <w:strike w:val="0"/>
          <w:sz w:val="16"/>
          <w:u w:val="none"/>
        </w:rPr>
        <w:t>Mr</w:t>
      </w:r>
      <w:r>
        <w:rPr>
          <w:b w:val="0"/>
          <w:i w:val="0"/>
          <w:smallCaps w:val="0"/>
          <w:strike w:val="0"/>
          <w:sz w:val="16"/>
          <w:u w:val="none"/>
        </w:rPr>
        <w:t xml:space="preserve"> Biden has called for maintaining lower tax rates for people earning less than $400,000 a year, or about 98% of the population.</w:t>
      </w:r>
    </w:p>
    <w:p>
      <w:pPr>
        <w:spacing w:after="60"/>
      </w:pPr>
      <w:r>
        <w:rPr>
          <w:b w:val="0"/>
          <w:i w:val="0"/>
          <w:smallCaps w:val="0"/>
          <w:strike w:val="0"/>
          <w:sz w:val="16"/>
          <w:u w:val="none"/>
        </w:rPr>
        <w:t xml:space="preserve">Nevertheless, drawing conclusions from positions she took in 2020 may be misleading. Back then she tried to place herself between the progressive flank of the Democratic Party and its mainstream middle, which opened her to attacks from both. This same division plagued her campaign team for the primaries, split between left-wing advisers, including her sister Maya, and a more centrist group. Over the past few </w:t>
      </w:r>
      <w:r>
        <w:rPr>
          <w:b w:val="0"/>
          <w:i w:val="0"/>
          <w:smallCaps w:val="0"/>
          <w:strike w:val="0"/>
          <w:sz w:val="16"/>
          <w:u w:val="none"/>
        </w:rPr>
        <w:t>years</w:t>
      </w:r>
      <w:r>
        <w:rPr>
          <w:b w:val="0"/>
          <w:i w:val="0"/>
          <w:smallCaps w:val="0"/>
          <w:strike w:val="0"/>
          <w:sz w:val="16"/>
          <w:u w:val="none"/>
        </w:rPr>
        <w:t xml:space="preserve"> she has gravitated to the party’s middle. Her main advisers on economic policy have included Mike Pyle and Deanne Millison, both of whom are moderate voices. </w:t>
      </w:r>
      <w:r>
        <w:rPr>
          <w:b w:val="0"/>
          <w:i w:val="0"/>
          <w:smallCaps w:val="0"/>
          <w:strike w:val="0"/>
          <w:u w:val="single"/>
        </w:rPr>
        <w:t>Ms</w:t>
      </w:r>
      <w:r>
        <w:rPr>
          <w:b w:val="0"/>
          <w:i w:val="0"/>
          <w:smallCaps w:val="0"/>
          <w:strike w:val="0"/>
          <w:u w:val="single"/>
        </w:rPr>
        <w:t xml:space="preserve"> </w:t>
      </w:r>
      <w:r>
        <w:rPr>
          <w:b w:val="0"/>
          <w:i w:val="0"/>
          <w:smallCaps w:val="0"/>
          <w:strike w:val="0"/>
          <w:highlight w:val="green"/>
          <w:u w:val="single"/>
        </w:rPr>
        <w:t>Harris also</w:t>
      </w:r>
      <w:r>
        <w:rPr>
          <w:b w:val="0"/>
          <w:i w:val="0"/>
          <w:smallCaps w:val="0"/>
          <w:strike w:val="0"/>
          <w:u w:val="single"/>
        </w:rPr>
        <w:t xml:space="preserve"> seems to have </w:t>
      </w:r>
      <w:r>
        <w:rPr>
          <w:b w:val="0"/>
          <w:i w:val="0"/>
          <w:smallCaps w:val="0"/>
          <w:strike w:val="0"/>
          <w:highlight w:val="green"/>
          <w:u w:val="single"/>
        </w:rPr>
        <w:t>adopted</w:t>
      </w:r>
      <w:r>
        <w:rPr>
          <w:b w:val="0"/>
          <w:i w:val="0"/>
          <w:smallCaps w:val="0"/>
          <w:strike w:val="0"/>
          <w:u w:val="single"/>
        </w:rPr>
        <w:t xml:space="preserve"> </w:t>
      </w:r>
      <w:r>
        <w:rPr>
          <w:b w:val="0"/>
          <w:i w:val="0"/>
          <w:smallCaps w:val="0"/>
          <w:strike w:val="0"/>
          <w:u w:val="single"/>
        </w:rPr>
        <w:t>Mr</w:t>
      </w:r>
      <w:r>
        <w:rPr>
          <w:b w:val="0"/>
          <w:i w:val="0"/>
          <w:smallCaps w:val="0"/>
          <w:strike w:val="0"/>
          <w:u w:val="single"/>
        </w:rPr>
        <w:t xml:space="preserve"> </w:t>
      </w:r>
      <w:r>
        <w:rPr>
          <w:b w:val="0"/>
          <w:i w:val="0"/>
          <w:smallCaps w:val="0"/>
          <w:strike w:val="0"/>
          <w:highlight w:val="green"/>
          <w:u w:val="single"/>
        </w:rPr>
        <w:t>Biden’s</w:t>
      </w:r>
      <w:r>
        <w:rPr>
          <w:b w:val="0"/>
          <w:i w:val="0"/>
          <w:smallCaps w:val="0"/>
          <w:strike w:val="0"/>
          <w:u w:val="single"/>
        </w:rPr>
        <w:t xml:space="preserve"> milder </w:t>
      </w:r>
      <w:r>
        <w:rPr>
          <w:b w:val="0"/>
          <w:i w:val="0"/>
          <w:smallCaps w:val="0"/>
          <w:strike w:val="0"/>
          <w:highlight w:val="green"/>
          <w:u w:val="single"/>
        </w:rPr>
        <w:t>positions on health care and taxes</w:t>
      </w:r>
      <w:r>
        <w:rPr>
          <w:b w:val="0"/>
          <w:i w:val="0"/>
          <w:smallCaps w:val="0"/>
          <w:strike w:val="0"/>
          <w:u w:val="single"/>
        </w:rPr>
        <w:t>, though she has yet to spell out her plans for either</w:t>
      </w:r>
      <w:r>
        <w:rPr>
          <w:b w:val="0"/>
          <w:i w:val="0"/>
          <w:smallCaps w:val="0"/>
          <w:strike w:val="0"/>
          <w:sz w:val="16"/>
          <w:u w:val="none"/>
        </w:rPr>
        <w:t>. “There is no real daylight between her and the president,” says a former member of her team.</w:t>
      </w:r>
    </w:p>
    <w:p>
      <w:pPr>
        <w:spacing w:after="60"/>
      </w:pPr>
      <w:r>
        <w:rPr>
          <w:b w:val="0"/>
          <w:i w:val="0"/>
          <w:smallCaps w:val="0"/>
          <w:strike w:val="0"/>
          <w:highlight w:val="green"/>
          <w:u w:val="single"/>
        </w:rPr>
        <w:t xml:space="preserve">The fact that </w:t>
      </w:r>
      <w:r>
        <w:rPr>
          <w:b w:val="0"/>
          <w:i w:val="0"/>
          <w:smallCaps w:val="0"/>
          <w:strike w:val="0"/>
          <w:highlight w:val="green"/>
          <w:u w:val="single"/>
        </w:rPr>
        <w:t>Kamalanomics</w:t>
      </w:r>
      <w:r>
        <w:rPr>
          <w:b w:val="0"/>
          <w:i w:val="0"/>
          <w:smallCaps w:val="0"/>
          <w:strike w:val="0"/>
          <w:highlight w:val="green"/>
          <w:u w:val="single"/>
        </w:rPr>
        <w:t xml:space="preserve"> </w:t>
      </w:r>
      <w:r>
        <w:rPr>
          <w:b w:val="0"/>
          <w:i w:val="0"/>
          <w:smallCaps w:val="0"/>
          <w:strike w:val="0"/>
          <w:highlight w:val="green"/>
          <w:u w:val="single"/>
        </w:rPr>
        <w:t>looks</w:t>
      </w:r>
      <w:r>
        <w:rPr>
          <w:b w:val="0"/>
          <w:i w:val="0"/>
          <w:smallCaps w:val="0"/>
          <w:strike w:val="0"/>
          <w:u w:val="single"/>
        </w:rPr>
        <w:t xml:space="preserve"> so much </w:t>
      </w:r>
      <w:r>
        <w:rPr>
          <w:b w:val="0"/>
          <w:i w:val="0"/>
          <w:smallCaps w:val="0"/>
          <w:strike w:val="0"/>
          <w:highlight w:val="green"/>
          <w:u w:val="single"/>
        </w:rPr>
        <w:t xml:space="preserve">like </w:t>
      </w:r>
      <w:r>
        <w:rPr>
          <w:b w:val="0"/>
          <w:i w:val="0"/>
          <w:smallCaps w:val="0"/>
          <w:strike w:val="0"/>
          <w:highlight w:val="green"/>
          <w:u w:val="single"/>
        </w:rPr>
        <w:t>Bidenomics</w:t>
      </w:r>
      <w:r>
        <w:rPr>
          <w:b w:val="0"/>
          <w:i w:val="0"/>
          <w:smallCaps w:val="0"/>
          <w:strike w:val="0"/>
          <w:highlight w:val="green"/>
          <w:u w:val="single"/>
        </w:rPr>
        <w:t xml:space="preserve"> poses</w:t>
      </w:r>
      <w:r>
        <w:rPr>
          <w:b w:val="0"/>
          <w:i w:val="0"/>
          <w:smallCaps w:val="0"/>
          <w:strike w:val="0"/>
          <w:u w:val="single"/>
        </w:rPr>
        <w:t xml:space="preserve"> big </w:t>
      </w:r>
      <w:r>
        <w:rPr>
          <w:b w:val="0"/>
          <w:i w:val="0"/>
          <w:smallCaps w:val="0"/>
          <w:strike w:val="0"/>
          <w:highlight w:val="green"/>
          <w:u w:val="single"/>
        </w:rPr>
        <w:t>risks</w:t>
      </w:r>
      <w:r>
        <w:rPr>
          <w:b w:val="0"/>
          <w:i w:val="0"/>
          <w:smallCaps w:val="0"/>
          <w:strike w:val="0"/>
          <w:u w:val="single"/>
        </w:rPr>
        <w:t xml:space="preserve"> for her candidacy, given how unpopular the latter has proved to be. In poll after poll a clear </w:t>
      </w:r>
      <w:r>
        <w:rPr>
          <w:b w:val="0"/>
          <w:i w:val="0"/>
          <w:smallCaps w:val="0"/>
          <w:strike w:val="0"/>
          <w:highlight w:val="green"/>
          <w:u w:val="single"/>
        </w:rPr>
        <w:t>majority of Americans grade</w:t>
      </w:r>
      <w:r>
        <w:rPr>
          <w:b w:val="0"/>
          <w:i w:val="0"/>
          <w:smallCaps w:val="0"/>
          <w:strike w:val="0"/>
          <w:u w:val="single"/>
        </w:rPr>
        <w:t xml:space="preserve"> </w:t>
      </w:r>
      <w:r>
        <w:rPr>
          <w:b w:val="0"/>
          <w:i w:val="0"/>
          <w:smallCaps w:val="0"/>
          <w:strike w:val="0"/>
          <w:u w:val="single"/>
        </w:rPr>
        <w:t>Mr</w:t>
      </w:r>
      <w:r>
        <w:rPr>
          <w:b w:val="0"/>
          <w:i w:val="0"/>
          <w:smallCaps w:val="0"/>
          <w:strike w:val="0"/>
          <w:u w:val="single"/>
        </w:rPr>
        <w:t xml:space="preserve"> </w:t>
      </w:r>
      <w:r>
        <w:rPr>
          <w:b w:val="0"/>
          <w:i w:val="0"/>
          <w:smallCaps w:val="0"/>
          <w:strike w:val="0"/>
          <w:highlight w:val="green"/>
          <w:u w:val="single"/>
        </w:rPr>
        <w:t>Biden poorly</w:t>
      </w:r>
      <w:r>
        <w:rPr>
          <w:b w:val="0"/>
          <w:i w:val="0"/>
          <w:smallCaps w:val="0"/>
          <w:strike w:val="0"/>
          <w:u w:val="single"/>
        </w:rPr>
        <w:t xml:space="preserve"> on the economy, their pessimism heavily </w:t>
      </w:r>
      <w:r>
        <w:rPr>
          <w:b w:val="0"/>
          <w:i w:val="0"/>
          <w:smallCaps w:val="0"/>
          <w:strike w:val="0"/>
          <w:u w:val="single"/>
        </w:rPr>
        <w:t>coloured</w:t>
      </w:r>
      <w:r>
        <w:rPr>
          <w:b w:val="0"/>
          <w:i w:val="0"/>
          <w:smallCaps w:val="0"/>
          <w:strike w:val="0"/>
          <w:u w:val="single"/>
        </w:rPr>
        <w:t xml:space="preserve"> by inflation. The same </w:t>
      </w:r>
      <w:r>
        <w:rPr>
          <w:b/>
          <w:i w:val="0"/>
          <w:smallCaps w:val="0"/>
          <w:strike w:val="0"/>
          <w:sz w:val="22"/>
          <w:highlight w:val="green"/>
          <w:u w:val="single"/>
        </w:rPr>
        <w:t>harsh judgment could</w:t>
      </w:r>
      <w:r>
        <w:rPr>
          <w:b/>
          <w:i w:val="0"/>
          <w:smallCaps w:val="0"/>
          <w:strike w:val="0"/>
          <w:sz w:val="22"/>
          <w:u w:val="single"/>
        </w:rPr>
        <w:t xml:space="preserve"> easily </w:t>
      </w:r>
      <w:r>
        <w:rPr>
          <w:b/>
          <w:i w:val="0"/>
          <w:smallCaps w:val="0"/>
          <w:strike w:val="0"/>
          <w:sz w:val="22"/>
          <w:highlight w:val="green"/>
          <w:u w:val="single"/>
        </w:rPr>
        <w:t>apply</w:t>
      </w:r>
      <w:r>
        <w:rPr>
          <w:b w:val="0"/>
          <w:i w:val="0"/>
          <w:smallCaps w:val="0"/>
          <w:strike w:val="0"/>
          <w:highlight w:val="green"/>
          <w:u w:val="single"/>
        </w:rPr>
        <w:t xml:space="preserve"> to</w:t>
      </w:r>
      <w:r>
        <w:rPr>
          <w:b w:val="0"/>
          <w:i w:val="0"/>
          <w:smallCaps w:val="0"/>
          <w:strike w:val="0"/>
          <w:u w:val="single"/>
        </w:rPr>
        <w:t xml:space="preserve"> </w:t>
      </w:r>
      <w:r>
        <w:rPr>
          <w:b w:val="0"/>
          <w:i w:val="0"/>
          <w:smallCaps w:val="0"/>
          <w:strike w:val="0"/>
          <w:u w:val="single"/>
        </w:rPr>
        <w:t>Ms</w:t>
      </w:r>
      <w:r>
        <w:rPr>
          <w:b w:val="0"/>
          <w:i w:val="0"/>
          <w:smallCaps w:val="0"/>
          <w:strike w:val="0"/>
          <w:u w:val="single"/>
        </w:rPr>
        <w:t xml:space="preserve"> </w:t>
      </w:r>
      <w:r>
        <w:rPr>
          <w:b w:val="0"/>
          <w:i w:val="0"/>
          <w:smallCaps w:val="0"/>
          <w:strike w:val="0"/>
          <w:highlight w:val="green"/>
          <w:u w:val="single"/>
        </w:rPr>
        <w:t>Harris</w:t>
      </w:r>
      <w:r>
        <w:rPr>
          <w:b w:val="0"/>
          <w:i w:val="0"/>
          <w:smallCaps w:val="0"/>
          <w:strike w:val="0"/>
          <w:u w:val="single"/>
        </w:rPr>
        <w:t>.</w:t>
      </w:r>
      <w:r>
        <w:rPr>
          <w:b w:val="0"/>
          <w:i w:val="0"/>
          <w:smallCaps w:val="0"/>
          <w:strike w:val="0"/>
          <w:sz w:val="16"/>
          <w:u w:val="none"/>
        </w:rPr>
        <w:t xml:space="preserve"> Not only was she </w:t>
      </w:r>
      <w:r>
        <w:rPr>
          <w:b w:val="0"/>
          <w:i w:val="0"/>
          <w:smallCaps w:val="0"/>
          <w:strike w:val="0"/>
          <w:sz w:val="16"/>
          <w:u w:val="none"/>
        </w:rPr>
        <w:t>Mr</w:t>
      </w:r>
      <w:r>
        <w:rPr>
          <w:b w:val="0"/>
          <w:i w:val="0"/>
          <w:smallCaps w:val="0"/>
          <w:strike w:val="0"/>
          <w:sz w:val="16"/>
          <w:u w:val="none"/>
        </w:rPr>
        <w:t xml:space="preserve"> Biden’s deputy, </w:t>
      </w:r>
      <w:r>
        <w:rPr>
          <w:b w:val="0"/>
          <w:i w:val="0"/>
          <w:smallCaps w:val="0"/>
          <w:strike w:val="0"/>
          <w:sz w:val="16"/>
          <w:u w:val="none"/>
        </w:rPr>
        <w:t>she had</w:t>
      </w:r>
      <w:r>
        <w:rPr>
          <w:b w:val="0"/>
          <w:i w:val="0"/>
          <w:smallCaps w:val="0"/>
          <w:strike w:val="0"/>
          <w:sz w:val="16"/>
          <w:u w:val="none"/>
        </w:rPr>
        <w:t xml:space="preserve"> called for even bigger fiscal handouts at the height of the covid-19 pandemic, which might have made for higher inflation. As it stands, she accentuates the positives, notably the creation of more than 15m jobs on her and </w:t>
      </w:r>
      <w:r>
        <w:rPr>
          <w:b w:val="0"/>
          <w:i w:val="0"/>
          <w:smallCaps w:val="0"/>
          <w:strike w:val="0"/>
          <w:sz w:val="16"/>
          <w:u w:val="none"/>
        </w:rPr>
        <w:t>Mr</w:t>
      </w:r>
      <w:r>
        <w:rPr>
          <w:b w:val="0"/>
          <w:i w:val="0"/>
          <w:smallCaps w:val="0"/>
          <w:strike w:val="0"/>
          <w:sz w:val="16"/>
          <w:u w:val="none"/>
        </w:rPr>
        <w:t xml:space="preserve"> Biden’s watch.</w:t>
      </w:r>
    </w:p>
    <w:p>
      <w:pPr>
        <w:spacing w:after="60"/>
      </w:pPr>
      <w:r>
        <w:rPr>
          <w:b w:val="0"/>
          <w:i w:val="0"/>
          <w:smallCaps w:val="0"/>
          <w:strike w:val="0"/>
          <w:sz w:val="16"/>
          <w:u w:val="none"/>
        </w:rPr>
        <w:t xml:space="preserve">Yet this underscores the challenge that </w:t>
      </w:r>
      <w:r>
        <w:rPr>
          <w:b w:val="0"/>
          <w:i w:val="0"/>
          <w:smallCaps w:val="0"/>
          <w:strike w:val="0"/>
          <w:sz w:val="16"/>
          <w:u w:val="none"/>
        </w:rPr>
        <w:t>Ms</w:t>
      </w:r>
      <w:r>
        <w:rPr>
          <w:b w:val="0"/>
          <w:i w:val="0"/>
          <w:smallCaps w:val="0"/>
          <w:strike w:val="0"/>
          <w:sz w:val="16"/>
          <w:u w:val="none"/>
        </w:rPr>
        <w:t xml:space="preserve"> Harris now faces</w:t>
      </w:r>
      <w:r>
        <w:rPr>
          <w:b w:val="0"/>
          <w:i w:val="0"/>
          <w:smallCaps w:val="0"/>
          <w:strike w:val="0"/>
          <w:u w:val="single"/>
        </w:rPr>
        <w:t xml:space="preserve">. </w:t>
      </w:r>
      <w:r>
        <w:rPr>
          <w:b w:val="0"/>
          <w:i w:val="0"/>
          <w:smallCaps w:val="0"/>
          <w:strike w:val="0"/>
          <w:highlight w:val="green"/>
          <w:u w:val="single"/>
        </w:rPr>
        <w:t xml:space="preserve">She </w:t>
      </w:r>
      <w:r>
        <w:rPr>
          <w:b/>
          <w:i w:val="0"/>
          <w:smallCaps w:val="0"/>
          <w:strike w:val="0"/>
          <w:sz w:val="22"/>
          <w:highlight w:val="green"/>
          <w:u w:val="single"/>
        </w:rPr>
        <w:t>cannot repudiate</w:t>
      </w:r>
      <w:r>
        <w:rPr>
          <w:b/>
          <w:i w:val="0"/>
          <w:smallCaps w:val="0"/>
          <w:strike w:val="0"/>
          <w:sz w:val="22"/>
          <w:u w:val="single"/>
        </w:rPr>
        <w:t xml:space="preserve"> </w:t>
      </w:r>
      <w:r>
        <w:rPr>
          <w:b/>
          <w:i w:val="0"/>
          <w:smallCaps w:val="0"/>
          <w:strike w:val="0"/>
          <w:sz w:val="22"/>
          <w:u w:val="single"/>
        </w:rPr>
        <w:t>Mr</w:t>
      </w:r>
      <w:r>
        <w:rPr>
          <w:b/>
          <w:i w:val="0"/>
          <w:smallCaps w:val="0"/>
          <w:strike w:val="0"/>
          <w:sz w:val="22"/>
          <w:u w:val="single"/>
        </w:rPr>
        <w:t xml:space="preserve"> </w:t>
      </w:r>
      <w:r>
        <w:rPr>
          <w:b/>
          <w:i w:val="0"/>
          <w:smallCaps w:val="0"/>
          <w:strike w:val="0"/>
          <w:sz w:val="22"/>
          <w:highlight w:val="green"/>
          <w:u w:val="single"/>
        </w:rPr>
        <w:t>Biden’s record</w:t>
      </w:r>
      <w:r>
        <w:rPr>
          <w:b w:val="0"/>
          <w:i w:val="0"/>
          <w:smallCaps w:val="0"/>
          <w:strike w:val="0"/>
          <w:u w:val="single"/>
        </w:rPr>
        <w:t xml:space="preserve"> on the economy, having been so closely associated with it. But drawing attention to the administration’s successes and to the economy’s strengths may not work either</w:t>
      </w:r>
      <w:r>
        <w:rPr>
          <w:b w:val="0"/>
          <w:i w:val="0"/>
          <w:smallCaps w:val="0"/>
          <w:strike w:val="0"/>
          <w:sz w:val="16"/>
          <w:u w:val="none"/>
        </w:rPr>
        <w:t xml:space="preserve">. For the better part of two years the White House has been trying to do just that, to little avail. “Freedom to thrive” sounds good, but, like her boss, </w:t>
      </w:r>
      <w:r>
        <w:rPr>
          <w:b w:val="0"/>
          <w:i w:val="0"/>
          <w:smallCaps w:val="0"/>
          <w:strike w:val="0"/>
          <w:sz w:val="16"/>
          <w:u w:val="none"/>
        </w:rPr>
        <w:t>Ms</w:t>
      </w:r>
      <w:r>
        <w:rPr>
          <w:b w:val="0"/>
          <w:i w:val="0"/>
          <w:smallCaps w:val="0"/>
          <w:strike w:val="0"/>
          <w:sz w:val="16"/>
          <w:u w:val="none"/>
        </w:rPr>
        <w:t xml:space="preserve"> Harris may find it overpowered by the American people’s freedom to gripe.</w:t>
      </w:r>
      <w:r>
        <w:rPr>
          <w:b w:val="0"/>
          <w:i w:val="0"/>
          <w:smallCaps w:val="0"/>
          <w:strike w:val="0"/>
          <w:sz w:val="16"/>
          <w:u w:val="none"/>
        </w:rPr>
        <w: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