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will get blamed for the Biden administration’s failures.</w:t>
      </w:r>
    </w:p>
    <w:p>
      <w:pPr>
        <w:spacing w:after="80"/>
      </w:pPr>
      <w:r>
        <w:rPr>
          <w:b/>
          <w:i w:val="0"/>
          <w:smallCaps w:val="0"/>
          <w:strike w:val="0"/>
          <w:sz w:val="26"/>
          <w:u w:val="none"/>
        </w:rPr>
        <w:t>Colvin 7/21</w:t>
      </w:r>
      <w:r>
        <w:rPr>
          <w:b w:val="0"/>
          <w:i w:val="0"/>
          <w:smallCaps w:val="0"/>
          <w:strike w:val="0"/>
          <w:u w:val="none"/>
        </w:rPr>
        <w:t xml:space="preserve">/24, Jill Colvin is an Associated Press national political reporter covering the 2024 presidential campaign and Michelle Price is a national political reporter for The Associated Press., “Trump’s campaign quickly pivots to Harris after Biden announces decision to leave the race”, Associated Press, https://apnews.com/article/trump-biden-harris-drops-out-920d7fe1c364e82290abeb9e0d1411c7] </w:t>
      </w:r>
      <w:r>
        <w:rPr>
          <w:b w:val="0"/>
          <w:i w:val="0"/>
          <w:smallCaps w:val="0"/>
          <w:strike w:val="0"/>
          <w:u w:val="none"/>
        </w:rPr>
        <w:t>HongruiH</w:t>
      </w:r>
    </w:p>
    <w:p>
      <w:pPr>
        <w:spacing w:after="60"/>
      </w:pPr>
      <w:r>
        <w:rPr>
          <w:b w:val="0"/>
          <w:i w:val="0"/>
          <w:smallCaps w:val="0"/>
          <w:strike w:val="0"/>
          <w:sz w:val="22"/>
          <w:u w:val="single"/>
        </w:rPr>
        <w:t xml:space="preserve">Though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22"/>
          <w:highlight w:val="cyan"/>
          <w:u w:val="single"/>
        </w:rPr>
        <w:t>aides</w:t>
      </w:r>
      <w:r>
        <w:rPr>
          <w:b w:val="0"/>
          <w:i w:val="0"/>
          <w:smallCaps w:val="0"/>
          <w:strike w:val="0"/>
          <w:sz w:val="22"/>
          <w:u w:val="single"/>
        </w:rPr>
        <w:t xml:space="preserve"> </w:t>
      </w:r>
      <w:r>
        <w:rPr>
          <w:b w:val="0"/>
          <w:i w:val="0"/>
          <w:smallCaps w:val="0"/>
          <w:strike w:val="0"/>
          <w:u w:val="none"/>
        </w:rPr>
        <w:t xml:space="preserve">had wanted Biden to remain in the race, </w:t>
      </w:r>
      <w:r>
        <w:rPr>
          <w:b w:val="0"/>
          <w:i w:val="0"/>
          <w:smallCaps w:val="0"/>
          <w:strike w:val="0"/>
          <w:sz w:val="22"/>
          <w:u w:val="single"/>
        </w:rPr>
        <w:t xml:space="preserve">they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argued</w:t>
      </w:r>
      <w:r>
        <w:rPr>
          <w:b w:val="0"/>
          <w:i w:val="0"/>
          <w:smallCaps w:val="0"/>
          <w:strike w:val="0"/>
          <w:sz w:val="22"/>
          <w:u w:val="single"/>
        </w:rPr>
        <w:t xml:space="preserve"> </w:t>
      </w:r>
      <w:r>
        <w:rPr>
          <w:b w:val="0"/>
          <w:i w:val="0"/>
          <w:smallCaps w:val="0"/>
          <w:strike w:val="0"/>
          <w:sz w:val="22"/>
          <w:highlight w:val="cyan"/>
          <w:u w:val="single"/>
        </w:rPr>
        <w:t>a campaign against Harris</w:t>
      </w:r>
      <w:r>
        <w:rPr>
          <w:b w:val="0"/>
          <w:i w:val="0"/>
          <w:smallCaps w:val="0"/>
          <w:strike w:val="0"/>
          <w:sz w:val="22"/>
          <w:u w:val="single"/>
        </w:rPr>
        <w:t xml:space="preserve"> — who they believe is the most likely Democratic nominee — </w:t>
      </w:r>
      <w:r>
        <w:rPr>
          <w:b w:val="0"/>
          <w:i w:val="0"/>
          <w:smallCaps w:val="0"/>
          <w:strike w:val="0"/>
          <w:sz w:val="22"/>
          <w:highlight w:val="cyan"/>
          <w:u w:val="single"/>
        </w:rPr>
        <w:t>wouldn’t</w:t>
      </w:r>
      <w:r>
        <w:rPr>
          <w:b w:val="0"/>
          <w:i w:val="0"/>
          <w:smallCaps w:val="0"/>
          <w:strike w:val="0"/>
          <w:sz w:val="22"/>
          <w:u w:val="single"/>
        </w:rPr>
        <w:t xml:space="preserve"> </w:t>
      </w:r>
      <w:r>
        <w:rPr>
          <w:b w:val="0"/>
          <w:i w:val="0"/>
          <w:smallCaps w:val="0"/>
          <w:strike w:val="0"/>
          <w:sz w:val="22"/>
          <w:highlight w:val="cyan"/>
          <w:u w:val="single"/>
        </w:rPr>
        <w:t>be</w:t>
      </w:r>
      <w:r>
        <w:rPr>
          <w:b w:val="0"/>
          <w:i w:val="0"/>
          <w:smallCaps w:val="0"/>
          <w:strike w:val="0"/>
          <w:sz w:val="22"/>
          <w:u w:val="single"/>
        </w:rPr>
        <w:t xml:space="preserve"> all that </w:t>
      </w:r>
      <w:r>
        <w:rPr>
          <w:b w:val="0"/>
          <w:i w:val="0"/>
          <w:smallCaps w:val="0"/>
          <w:strike w:val="0"/>
          <w:sz w:val="22"/>
          <w:highlight w:val="cyan"/>
          <w:u w:val="single"/>
        </w:rPr>
        <w:t>different</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their race against </w:t>
      </w:r>
      <w:r>
        <w:rPr>
          <w:b w:val="0"/>
          <w:i w:val="0"/>
          <w:smallCaps w:val="0"/>
          <w:strike w:val="0"/>
          <w:sz w:val="22"/>
          <w:highlight w:val="cyan"/>
          <w:u w:val="single"/>
        </w:rPr>
        <w:t>Biden</w:t>
      </w:r>
      <w:r>
        <w:rPr>
          <w:b w:val="0"/>
          <w:i w:val="0"/>
          <w:smallCaps w:val="0"/>
          <w:strike w:val="0"/>
          <w:sz w:val="22"/>
          <w:u w:val="single"/>
        </w:rPr>
        <w:t>.</w:t>
      </w:r>
    </w:p>
    <w:p>
      <w:pPr>
        <w:spacing w:after="60"/>
      </w:pPr>
      <w:r>
        <w:rPr>
          <w:b w:val="0"/>
          <w:i w:val="0"/>
          <w:smallCaps w:val="0"/>
          <w:strike w:val="0"/>
          <w:sz w:val="22"/>
          <w:highlight w:val="cyan"/>
          <w:u w:val="single"/>
        </w:rPr>
        <w:t>They will try to tie her to</w:t>
      </w:r>
      <w:r>
        <w:rPr>
          <w:b w:val="0"/>
          <w:i w:val="0"/>
          <w:smallCaps w:val="0"/>
          <w:strike w:val="0"/>
          <w:sz w:val="22"/>
          <w:u w:val="single"/>
        </w:rPr>
        <w:t xml:space="preserve"> what they see as the </w:t>
      </w:r>
      <w:r>
        <w:rPr>
          <w:b w:val="0"/>
          <w:i w:val="0"/>
          <w:smallCaps w:val="0"/>
          <w:strike w:val="0"/>
          <w:sz w:val="22"/>
          <w:highlight w:val="cyan"/>
          <w:u w:val="single"/>
        </w:rPr>
        <w:t>Biden</w:t>
      </w:r>
      <w:r>
        <w:rPr>
          <w:b w:val="0"/>
          <w:i w:val="0"/>
          <w:smallCaps w:val="0"/>
          <w:strike w:val="0"/>
          <w:sz w:val="22"/>
          <w:u w:val="single"/>
        </w:rPr>
        <w:t xml:space="preserve"> administration</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failures</w:t>
      </w:r>
      <w:r>
        <w:rPr>
          <w:b w:val="0"/>
          <w:i w:val="0"/>
          <w:smallCaps w:val="0"/>
          <w:strike w:val="0"/>
          <w:u w:val="none"/>
        </w:rPr>
        <w:t xml:space="preserve">, </w:t>
      </w:r>
      <w:r>
        <w:rPr>
          <w:b w:val="0"/>
          <w:i w:val="0"/>
          <w:smallCaps w:val="0"/>
          <w:strike w:val="0"/>
          <w:sz w:val="22"/>
          <w:highlight w:val="cyan"/>
          <w:u w:val="single"/>
        </w:rPr>
        <w:t>saying Harris is complicit in everything that occurred under Biden’s watch</w:t>
      </w:r>
      <w:r>
        <w:rPr>
          <w:b w:val="0"/>
          <w:i w:val="0"/>
          <w:smallCaps w:val="0"/>
          <w:strike w:val="0"/>
          <w:u w:val="none"/>
        </w:rPr>
        <w:t>. That’s particularly true when it comes to the handling of the Southern border. Harris had been tapped to lead the administration’s response to the border crisis.</w:t>
      </w:r>
    </w:p>
    <w:p>
      <w:pPr>
        <w:spacing w:after="60"/>
      </w:pPr>
      <w:r>
        <w:rPr>
          <w:b w:val="0"/>
          <w:i w:val="0"/>
          <w:smallCaps w:val="0"/>
          <w:strike w:val="0"/>
          <w:u w:val="none"/>
        </w:rPr>
        <w:t xml:space="preserve">In a statement Sunday responding to the news, </w:t>
      </w:r>
      <w:r>
        <w:rPr>
          <w:b w:val="0"/>
          <w:i w:val="0"/>
          <w:smallCaps w:val="0"/>
          <w:strike w:val="0"/>
          <w:sz w:val="22"/>
          <w:u w:val="single"/>
        </w:rPr>
        <w:t>Trump campaign senior adviser Chris LaCivita and fellow campaign chief Susie Wiles railed against Harris</w:t>
      </w:r>
      <w:r>
        <w:rPr>
          <w:b w:val="0"/>
          <w:i w:val="0"/>
          <w:smallCaps w:val="0"/>
          <w:strike w:val="0"/>
          <w:u w:val="none"/>
        </w:rPr>
        <w:t xml:space="preserve">, </w:t>
      </w:r>
      <w:r>
        <w:rPr>
          <w:b w:val="0"/>
          <w:i w:val="0"/>
          <w:smallCaps w:val="0"/>
          <w:strike w:val="0"/>
          <w:sz w:val="22"/>
          <w:u w:val="single"/>
        </w:rPr>
        <w:t>insisting she “will be even WORSE for the people of our Nation than Joe Biden.”</w:t>
      </w:r>
    </w:p>
    <w:p>
      <w:pPr>
        <w:spacing w:after="60"/>
      </w:pPr>
      <w:r>
        <w:rPr>
          <w:b w:val="0"/>
          <w:i w:val="0"/>
          <w:smallCaps w:val="0"/>
          <w:strike w:val="0"/>
          <w:u w:val="none"/>
        </w:rPr>
        <w:t>“They own each other’s records, and there is no distance between the two,” they said.</w:t>
      </w:r>
    </w:p>
    <w:p>
      <w:pPr>
        <w:spacing w:after="60"/>
      </w:pPr>
      <w:r>
        <w:rPr>
          <w:b w:val="0"/>
          <w:i w:val="0"/>
          <w:smallCaps w:val="0"/>
          <w:strike w:val="0"/>
          <w:highlight w:val="cyan"/>
          <w:u w:val="none"/>
        </w:rPr>
        <w:t>They</w:t>
      </w:r>
      <w:r>
        <w:rPr>
          <w:b w:val="0"/>
          <w:i w:val="0"/>
          <w:smallCaps w:val="0"/>
          <w:strike w:val="0"/>
          <w:u w:val="none"/>
        </w:rPr>
        <w:t xml:space="preserve"> </w:t>
      </w:r>
      <w:r>
        <w:rPr>
          <w:b w:val="0"/>
          <w:i w:val="0"/>
          <w:smallCaps w:val="0"/>
          <w:strike w:val="0"/>
          <w:highlight w:val="cyan"/>
          <w:u w:val="none"/>
        </w:rPr>
        <w:t>will</w:t>
      </w:r>
      <w:r>
        <w:rPr>
          <w:b w:val="0"/>
          <w:i w:val="0"/>
          <w:smallCaps w:val="0"/>
          <w:strike w:val="0"/>
          <w:u w:val="none"/>
        </w:rPr>
        <w:t xml:space="preserve"> also continue to </w:t>
      </w:r>
      <w:r>
        <w:rPr>
          <w:b w:val="0"/>
          <w:i w:val="0"/>
          <w:smallCaps w:val="0"/>
          <w:strike w:val="0"/>
          <w:sz w:val="22"/>
          <w:highlight w:val="cyan"/>
          <w:u w:val="single"/>
        </w:rPr>
        <w:t>accuse her of being part of a coverup of Biden’s deteriorating health</w:t>
      </w:r>
      <w:r>
        <w:rPr>
          <w:b w:val="0"/>
          <w:i w:val="0"/>
          <w:smallCaps w:val="0"/>
          <w:strike w:val="0"/>
          <w:u w:val="none"/>
        </w:rPr>
        <w:t>, believing voters have lost trust in Democrats and the press for failing to shed light on Biden’s weaknesses sooner. And they will attack her record in California, where she served as district attorney and attorney general before being elected to the Senate.</w:t>
      </w:r>
    </w:p>
    <w:p>
      <w:pPr>
        <w:spacing w:after="60"/>
      </w:pPr>
      <w:r>
        <w:rPr>
          <w:b w:val="0"/>
          <w:i w:val="0"/>
          <w:smallCaps w:val="0"/>
          <w:strike w:val="0"/>
          <w:u w:val="none"/>
        </w:rPr>
        <w:t>Republican presidential candidate former President Donald Trump speaks at a campaign rally, July 20, 2024, in Grand Rapids, Mich. (AP Photo/Evan Vucci, FILE)</w:t>
      </w:r>
    </w:p>
    <w:p>
      <w:pPr>
        <w:spacing w:after="60"/>
      </w:pPr>
      <w:r>
        <w:rPr>
          <w:b w:val="0"/>
          <w:i w:val="0"/>
          <w:smallCaps w:val="0"/>
          <w:strike w:val="0"/>
          <w:u w:val="none"/>
        </w:rPr>
        <w:t xml:space="preserve">They have also made clear that they plan to continue to hammer Biden — still running against him, in a way — by arguing that if he is not fit to run than he is not fit to complete his </w:t>
      </w:r>
      <w:r>
        <w:rPr>
          <w:b w:val="0"/>
          <w:i w:val="0"/>
          <w:smallCaps w:val="0"/>
          <w:strike w:val="0"/>
          <w:u w:val="none"/>
        </w:rPr>
        <w:t>term, and</w:t>
      </w:r>
      <w:r>
        <w:rPr>
          <w:b w:val="0"/>
          <w:i w:val="0"/>
          <w:smallCaps w:val="0"/>
          <w:strike w:val="0"/>
          <w:u w:val="none"/>
        </w:rPr>
        <w:t xml:space="preserve"> should resign as well.</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