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w:t>
      </w:r>
      <w:r>
        <w:rPr>
          <w:b/>
          <w:i w:val="0"/>
          <w:smallCaps w:val="0"/>
          <w:strike w:val="0"/>
          <w:sz w:val="26"/>
          <w:u w:val="none"/>
        </w:rPr>
        <w:t xml:space="preserve">dependent on economic messaging </w:t>
      </w:r>
    </w:p>
    <w:p>
      <w:pPr>
        <w:spacing w:after="80"/>
      </w:pPr>
      <w:r>
        <w:rPr>
          <w:b/>
          <w:i w:val="0"/>
          <w:smallCaps w:val="0"/>
          <w:strike w:val="0"/>
          <w:sz w:val="26"/>
          <w:u w:val="none"/>
        </w:rPr>
        <w:t>Rappeport</w:t>
      </w:r>
      <w:r>
        <w:rPr>
          <w:b/>
          <w:i w:val="0"/>
          <w:smallCaps w:val="0"/>
          <w:strike w:val="0"/>
          <w:sz w:val="26"/>
          <w:u w:val="none"/>
        </w:rPr>
        <w:t xml:space="preserve"> 7/21 </w:t>
      </w:r>
      <w:r>
        <w:rPr>
          <w:b w:val="0"/>
          <w:i w:val="0"/>
          <w:smallCaps w:val="0"/>
          <w:strike w:val="0"/>
          <w:sz w:val="16"/>
          <w:u w:val="none"/>
        </w:rPr>
        <w:t xml:space="preserve">Alan </w:t>
      </w:r>
      <w:r>
        <w:rPr>
          <w:b w:val="0"/>
          <w:i w:val="0"/>
          <w:smallCaps w:val="0"/>
          <w:strike w:val="0"/>
          <w:sz w:val="16"/>
          <w:u w:val="none"/>
        </w:rPr>
        <w:t>Rappeport</w:t>
      </w:r>
      <w:r>
        <w:rPr>
          <w:b w:val="0"/>
          <w:i w:val="0"/>
          <w:smallCaps w:val="0"/>
          <w:strike w:val="0"/>
          <w:sz w:val="16"/>
          <w:u w:val="none"/>
        </w:rPr>
        <w:t xml:space="preserve"> is an economic policy reporter, based in Washington. He covers the Treasury Department and writes about taxes, trade and fiscal matters. (Alan </w:t>
      </w:r>
      <w:r>
        <w:rPr>
          <w:b w:val="0"/>
          <w:i w:val="0"/>
          <w:smallCaps w:val="0"/>
          <w:strike w:val="0"/>
          <w:sz w:val="16"/>
          <w:u w:val="none"/>
        </w:rPr>
        <w:t>Rappeport</w:t>
      </w:r>
      <w:r>
        <w:rPr>
          <w:b w:val="0"/>
          <w:i w:val="0"/>
          <w:smallCaps w:val="0"/>
          <w:strike w:val="0"/>
          <w:sz w:val="16"/>
          <w:u w:val="none"/>
        </w:rPr>
        <w:t>, 7-21-2024, “A Harris Economy Could Prove More Progressive Than ‘</w:t>
      </w:r>
      <w:r>
        <w:rPr>
          <w:b w:val="0"/>
          <w:i w:val="0"/>
          <w:smallCaps w:val="0"/>
          <w:strike w:val="0"/>
          <w:sz w:val="16"/>
          <w:u w:val="none"/>
        </w:rPr>
        <w:t>Bidenomics</w:t>
      </w:r>
      <w:r>
        <w:rPr>
          <w:b w:val="0"/>
          <w:i w:val="0"/>
          <w:smallCaps w:val="0"/>
          <w:strike w:val="0"/>
          <w:sz w:val="16"/>
          <w:u w:val="none"/>
        </w:rPr>
        <w:t xml:space="preserve">’,” </w:t>
      </w:r>
      <w:r>
        <w:rPr>
          <w:b w:val="0"/>
          <w:i/>
          <w:smallCaps w:val="0"/>
          <w:strike w:val="0"/>
          <w:sz w:val="16"/>
          <w:u w:val="none"/>
        </w:rPr>
        <w:t>New York Times</w:t>
      </w:r>
      <w:r>
        <w:rPr>
          <w:b w:val="0"/>
          <w:i w:val="0"/>
          <w:smallCaps w:val="0"/>
          <w:strike w:val="0"/>
          <w:sz w:val="16"/>
          <w:u w:val="none"/>
        </w:rPr>
        <w:t xml:space="preserve">, DA: 7-25-2024, </w:t>
      </w:r>
      <w:r>
        <w:rPr>
          <w:b w:val="0"/>
          <w:i w:val="0"/>
          <w:smallCaps w:val="0"/>
          <w:strike w:val="0"/>
          <w:sz w:val="16"/>
          <w:u w:val="none"/>
        </w:rPr>
        <w:t>.) SP</w:t>
      </w:r>
    </w:p>
    <w:p>
      <w:pPr>
        <w:spacing w:after="60"/>
      </w:pPr>
      <w:r>
        <w:rPr>
          <w:b w:val="0"/>
          <w:i w:val="0"/>
          <w:smallCaps w:val="0"/>
          <w:strike w:val="0"/>
          <w:sz w:val="16"/>
          <w:u w:val="none"/>
        </w:rPr>
        <w:t xml:space="preserve">At the first Democratic presidential debate in 2019, </w:t>
      </w:r>
      <w:r>
        <w:rPr>
          <w:b w:val="0"/>
          <w:i w:val="0"/>
          <w:smallCaps w:val="0"/>
          <w:strike w:val="0"/>
          <w:u w:val="single"/>
        </w:rPr>
        <w:t xml:space="preserve">Kamala </w:t>
      </w:r>
      <w:r>
        <w:rPr>
          <w:b w:val="0"/>
          <w:i w:val="0"/>
          <w:smallCaps w:val="0"/>
          <w:strike w:val="0"/>
          <w:highlight w:val="cyan"/>
          <w:u w:val="single"/>
        </w:rPr>
        <w:t>Harris</w:t>
      </w:r>
      <w:r>
        <w:rPr>
          <w:b w:val="0"/>
          <w:i w:val="0"/>
          <w:smallCaps w:val="0"/>
          <w:strike w:val="0"/>
          <w:sz w:val="16"/>
          <w:u w:val="none"/>
        </w:rPr>
        <w:t xml:space="preserve">, then a senator from California, </w:t>
      </w:r>
      <w:r>
        <w:rPr>
          <w:b w:val="0"/>
          <w:i w:val="0"/>
          <w:smallCaps w:val="0"/>
          <w:strike w:val="0"/>
          <w:highlight w:val="cyan"/>
          <w:u w:val="single"/>
        </w:rPr>
        <w:t>unleashed</w:t>
      </w:r>
      <w:r>
        <w:rPr>
          <w:b w:val="0"/>
          <w:i w:val="0"/>
          <w:smallCaps w:val="0"/>
          <w:strike w:val="0"/>
          <w:u w:val="single"/>
        </w:rPr>
        <w:t xml:space="preserve"> a scathing </w:t>
      </w:r>
      <w:r>
        <w:rPr>
          <w:b w:val="0"/>
          <w:i w:val="0"/>
          <w:smallCaps w:val="0"/>
          <w:strike w:val="0"/>
          <w:highlight w:val="cyan"/>
          <w:u w:val="single"/>
        </w:rPr>
        <w:t>critique of the Trump economy</w:t>
      </w:r>
      <w:r>
        <w:rPr>
          <w:b w:val="0"/>
          <w:i w:val="0"/>
          <w:smallCaps w:val="0"/>
          <w:strike w:val="0"/>
          <w:u w:val="single"/>
        </w:rPr>
        <w:t>.</w:t>
      </w:r>
    </w:p>
    <w:p>
      <w:pPr>
        <w:spacing w:after="60"/>
      </w:pPr>
      <w:r>
        <w:rPr>
          <w:b w:val="0"/>
          <w:i w:val="0"/>
          <w:smallCaps w:val="0"/>
          <w:strike w:val="0"/>
          <w:sz w:val="16"/>
          <w:u w:val="none"/>
        </w:rPr>
        <w:t>The future vice president billed President Donald J. Trump’s tax cuts as a giveaway to the rich</w:t>
      </w:r>
      <w:r>
        <w:rPr>
          <w:b w:val="0"/>
          <w:i w:val="0"/>
          <w:smallCaps w:val="0"/>
          <w:strike w:val="0"/>
          <w:u w:val="single"/>
        </w:rPr>
        <w:t xml:space="preserve">, argued </w:t>
      </w:r>
      <w:r>
        <w:rPr>
          <w:b w:val="0"/>
          <w:i w:val="0"/>
          <w:smallCaps w:val="0"/>
          <w:strike w:val="0"/>
          <w:highlight w:val="cyan"/>
          <w:u w:val="single"/>
        </w:rPr>
        <w:t>that</w:t>
      </w:r>
      <w:r>
        <w:rPr>
          <w:b w:val="0"/>
          <w:i w:val="0"/>
          <w:smallCaps w:val="0"/>
          <w:strike w:val="0"/>
          <w:u w:val="single"/>
        </w:rPr>
        <w:t xml:space="preserve"> the booming stock market </w:t>
      </w:r>
      <w:r>
        <w:rPr>
          <w:b w:val="0"/>
          <w:i w:val="0"/>
          <w:smallCaps w:val="0"/>
          <w:strike w:val="0"/>
          <w:highlight w:val="cyan"/>
          <w:u w:val="single"/>
        </w:rPr>
        <w:t>was leaving the middle class behind</w:t>
      </w:r>
      <w:r>
        <w:rPr>
          <w:b w:val="0"/>
          <w:i w:val="0"/>
          <w:smallCaps w:val="0"/>
          <w:strike w:val="0"/>
          <w:u w:val="single"/>
        </w:rPr>
        <w:t xml:space="preserve"> and warned that his </w:t>
      </w:r>
      <w:r>
        <w:rPr>
          <w:b w:val="0"/>
          <w:i w:val="0"/>
          <w:smallCaps w:val="0"/>
          <w:strike w:val="0"/>
          <w:highlight w:val="cyan"/>
          <w:u w:val="single"/>
        </w:rPr>
        <w:t>reckless trade agenda was hurting farmers</w:t>
      </w:r>
      <w:r>
        <w:rPr>
          <w:b w:val="0"/>
          <w:i w:val="0"/>
          <w:smallCaps w:val="0"/>
          <w:strike w:val="0"/>
          <w:u w:val="single"/>
        </w:rPr>
        <w:t xml:space="preserve"> in the heartland.</w:t>
      </w:r>
    </w:p>
    <w:p>
      <w:pPr>
        <w:spacing w:after="60"/>
      </w:pPr>
      <w:r>
        <w:rPr>
          <w:b w:val="0"/>
          <w:i w:val="0"/>
          <w:smallCaps w:val="0"/>
          <w:strike w:val="0"/>
          <w:sz w:val="16"/>
          <w:u w:val="none"/>
        </w:rPr>
        <w:t xml:space="preserve">“Frankly, this economy is not working for working people,” Ms. Harris said. </w:t>
      </w:r>
      <w:r>
        <w:rPr>
          <w:b w:val="0"/>
          <w:i w:val="0"/>
          <w:smallCaps w:val="0"/>
          <w:strike w:val="0"/>
          <w:u w:val="single"/>
        </w:rPr>
        <w:t xml:space="preserve">“For too long the </w:t>
      </w:r>
      <w:r>
        <w:rPr>
          <w:b w:val="0"/>
          <w:i w:val="0"/>
          <w:smallCaps w:val="0"/>
          <w:strike w:val="0"/>
          <w:highlight w:val="cyan"/>
          <w:u w:val="single"/>
        </w:rPr>
        <w:t>rules have been written i</w:t>
      </w:r>
      <w:r>
        <w:rPr>
          <w:b w:val="0"/>
          <w:i w:val="0"/>
          <w:smallCaps w:val="0"/>
          <w:strike w:val="0"/>
          <w:u w:val="single"/>
        </w:rPr>
        <w:t xml:space="preserve">n the </w:t>
      </w:r>
      <w:r>
        <w:rPr>
          <w:b w:val="0"/>
          <w:i w:val="0"/>
          <w:smallCaps w:val="0"/>
          <w:strike w:val="0"/>
          <w:highlight w:val="cyan"/>
          <w:u w:val="single"/>
        </w:rPr>
        <w:t>favor o</w:t>
      </w:r>
      <w:r>
        <w:rPr>
          <w:b w:val="0"/>
          <w:i w:val="0"/>
          <w:smallCaps w:val="0"/>
          <w:strike w:val="0"/>
          <w:u w:val="single"/>
        </w:rPr>
        <w:t xml:space="preserve">f the </w:t>
      </w:r>
      <w:r>
        <w:rPr>
          <w:b w:val="0"/>
          <w:i w:val="0"/>
          <w:smallCaps w:val="0"/>
          <w:strike w:val="0"/>
          <w:highlight w:val="cyan"/>
          <w:u w:val="single"/>
        </w:rPr>
        <w:t>people who have the most</w:t>
      </w:r>
      <w:r>
        <w:rPr>
          <w:b w:val="0"/>
          <w:i w:val="0"/>
          <w:smallCaps w:val="0"/>
          <w:strike w:val="0"/>
          <w:u w:val="single"/>
        </w:rPr>
        <w:t xml:space="preserve"> and </w:t>
      </w:r>
      <w:r>
        <w:rPr>
          <w:b w:val="0"/>
          <w:i w:val="0"/>
          <w:smallCaps w:val="0"/>
          <w:strike w:val="0"/>
          <w:highlight w:val="cyan"/>
          <w:u w:val="single"/>
        </w:rPr>
        <w:t>not in favor of</w:t>
      </w:r>
      <w:r>
        <w:rPr>
          <w:b w:val="0"/>
          <w:i w:val="0"/>
          <w:smallCaps w:val="0"/>
          <w:strike w:val="0"/>
          <w:u w:val="single"/>
        </w:rPr>
        <w:t xml:space="preserve"> the </w:t>
      </w:r>
      <w:r>
        <w:rPr>
          <w:b w:val="0"/>
          <w:i w:val="0"/>
          <w:smallCaps w:val="0"/>
          <w:strike w:val="0"/>
          <w:highlight w:val="cyan"/>
          <w:u w:val="single"/>
        </w:rPr>
        <w:t>people who work the most</w:t>
      </w:r>
      <w:r>
        <w:rPr>
          <w:b w:val="0"/>
          <w:i w:val="0"/>
          <w:smallCaps w:val="0"/>
          <w:strike w:val="0"/>
          <w:u w:val="single"/>
        </w:rPr>
        <w:t>.”</w:t>
      </w:r>
    </w:p>
    <w:p>
      <w:pPr>
        <w:spacing w:after="60"/>
      </w:pPr>
      <w:r>
        <w:rPr>
          <w:b w:val="0"/>
          <w:i w:val="0"/>
          <w:smallCaps w:val="0"/>
          <w:strike w:val="0"/>
          <w:sz w:val="16"/>
          <w:u w:val="none"/>
        </w:rPr>
        <w:t xml:space="preserve">As Ms. Harris prepares to potentially replace President Biden atop the Democratic ticket, </w:t>
      </w:r>
      <w:r>
        <w:rPr>
          <w:b w:val="0"/>
          <w:i w:val="0"/>
          <w:smallCaps w:val="0"/>
          <w:strike w:val="0"/>
          <w:u w:val="single"/>
        </w:rPr>
        <w:t>she now faces the challenge of articulating her own vision for steering a U.S. economy that is still grappling with inflation while drawing sharp distinctions with Mr. Trump</w:t>
      </w:r>
      <w:r>
        <w:rPr>
          <w:b w:val="0"/>
          <w:i w:val="0"/>
          <w:smallCaps w:val="0"/>
          <w:strike w:val="0"/>
          <w:sz w:val="16"/>
          <w:u w:val="none"/>
        </w:rPr>
        <w:t>, who has promised more tax cuts and tariffs.</w:t>
      </w:r>
    </w:p>
    <w:p>
      <w:pPr>
        <w:spacing w:after="60"/>
      </w:pPr>
      <w:r>
        <w:rPr>
          <w:b w:val="0"/>
          <w:i w:val="0"/>
          <w:smallCaps w:val="0"/>
          <w:strike w:val="0"/>
          <w:u w:val="single"/>
        </w:rPr>
        <w:t xml:space="preserve">Ms. </w:t>
      </w:r>
      <w:r>
        <w:rPr>
          <w:b w:val="0"/>
          <w:i w:val="0"/>
          <w:smallCaps w:val="0"/>
          <w:strike w:val="0"/>
          <w:highlight w:val="cyan"/>
          <w:u w:val="single"/>
        </w:rPr>
        <w:t>Harris</w:t>
      </w:r>
      <w:r>
        <w:rPr>
          <w:b w:val="0"/>
          <w:i w:val="0"/>
          <w:smallCaps w:val="0"/>
          <w:strike w:val="0"/>
          <w:u w:val="single"/>
        </w:rPr>
        <w:t xml:space="preserve"> has been an ardent defender for the</w:t>
      </w:r>
      <w:r>
        <w:rPr>
          <w:b w:val="0"/>
          <w:i w:val="0"/>
          <w:smallCaps w:val="0"/>
          <w:strike w:val="0"/>
          <w:sz w:val="16"/>
          <w:u w:val="none"/>
        </w:rPr>
        <w:t xml:space="preserve"> White House’s </w:t>
      </w:r>
      <w:r>
        <w:rPr>
          <w:b w:val="0"/>
          <w:i w:val="0"/>
          <w:smallCaps w:val="0"/>
          <w:strike w:val="0"/>
          <w:u w:val="single"/>
        </w:rPr>
        <w:t xml:space="preserve">economic agenda during the Biden administration, </w:t>
      </w:r>
      <w:r>
        <w:rPr>
          <w:b w:val="0"/>
          <w:i w:val="0"/>
          <w:smallCaps w:val="0"/>
          <w:strike w:val="0"/>
          <w:highlight w:val="cyan"/>
          <w:u w:val="single"/>
        </w:rPr>
        <w:t>promoting</w:t>
      </w:r>
      <w:r>
        <w:rPr>
          <w:b w:val="0"/>
          <w:i w:val="0"/>
          <w:smallCaps w:val="0"/>
          <w:strike w:val="0"/>
          <w:u w:val="single"/>
        </w:rPr>
        <w:t xml:space="preserve"> </w:t>
      </w:r>
      <w:r>
        <w:rPr>
          <w:b w:val="0"/>
          <w:i w:val="0"/>
          <w:smallCaps w:val="0"/>
          <w:strike w:val="0"/>
          <w:sz w:val="16"/>
          <w:u w:val="none"/>
        </w:rPr>
        <w:t xml:space="preserve">the benefits of legislation such as </w:t>
      </w:r>
      <w:r>
        <w:rPr>
          <w:b w:val="0"/>
          <w:i w:val="0"/>
          <w:smallCaps w:val="0"/>
          <w:strike w:val="0"/>
          <w:u w:val="single"/>
        </w:rPr>
        <w:t xml:space="preserve">the </w:t>
      </w:r>
      <w:r>
        <w:rPr>
          <w:b w:val="0"/>
          <w:i w:val="0"/>
          <w:smallCaps w:val="0"/>
          <w:strike w:val="0"/>
          <w:highlight w:val="cyan"/>
          <w:u w:val="single"/>
        </w:rPr>
        <w:t>A</w:t>
      </w:r>
      <w:r>
        <w:rPr>
          <w:b w:val="0"/>
          <w:i w:val="0"/>
          <w:smallCaps w:val="0"/>
          <w:strike w:val="0"/>
          <w:u w:val="single"/>
        </w:rPr>
        <w:t xml:space="preserve">merican </w:t>
      </w:r>
      <w:r>
        <w:rPr>
          <w:b w:val="0"/>
          <w:i w:val="0"/>
          <w:smallCaps w:val="0"/>
          <w:strike w:val="0"/>
          <w:highlight w:val="cyan"/>
          <w:u w:val="single"/>
        </w:rPr>
        <w:t>R</w:t>
      </w:r>
      <w:r>
        <w:rPr>
          <w:b w:val="0"/>
          <w:i w:val="0"/>
          <w:smallCaps w:val="0"/>
          <w:strike w:val="0"/>
          <w:u w:val="single"/>
        </w:rPr>
        <w:t xml:space="preserve">escue </w:t>
      </w:r>
      <w:r>
        <w:rPr>
          <w:b w:val="0"/>
          <w:i w:val="0"/>
          <w:smallCaps w:val="0"/>
          <w:strike w:val="0"/>
          <w:highlight w:val="cyan"/>
          <w:u w:val="single"/>
        </w:rPr>
        <w:t>P</w:t>
      </w:r>
      <w:r>
        <w:rPr>
          <w:b w:val="0"/>
          <w:i w:val="0"/>
          <w:smallCaps w:val="0"/>
          <w:strike w:val="0"/>
          <w:u w:val="single"/>
        </w:rPr>
        <w:t xml:space="preserve">lan </w:t>
      </w:r>
      <w:r>
        <w:rPr>
          <w:b w:val="0"/>
          <w:i w:val="0"/>
          <w:smallCaps w:val="0"/>
          <w:strike w:val="0"/>
          <w:highlight w:val="cyan"/>
          <w:u w:val="single"/>
        </w:rPr>
        <w:t>of 2021 and</w:t>
      </w:r>
      <w:r>
        <w:rPr>
          <w:b w:val="0"/>
          <w:i w:val="0"/>
          <w:smallCaps w:val="0"/>
          <w:strike w:val="0"/>
          <w:u w:val="single"/>
        </w:rPr>
        <w:t xml:space="preserve"> the </w:t>
      </w:r>
      <w:r>
        <w:rPr>
          <w:b w:val="0"/>
          <w:i w:val="0"/>
          <w:smallCaps w:val="0"/>
          <w:strike w:val="0"/>
          <w:highlight w:val="cyan"/>
          <w:u w:val="single"/>
        </w:rPr>
        <w:t>Inflation Reduction Act</w:t>
      </w:r>
      <w:r>
        <w:rPr>
          <w:b w:val="0"/>
          <w:i w:val="0"/>
          <w:smallCaps w:val="0"/>
          <w:strike w:val="0"/>
          <w:u w:val="single"/>
        </w:rPr>
        <w:t xml:space="preserve"> of 2022.</w:t>
      </w:r>
      <w:r>
        <w:rPr>
          <w:b w:val="0"/>
          <w:i w:val="0"/>
          <w:smallCaps w:val="0"/>
          <w:strike w:val="0"/>
          <w:sz w:val="16"/>
          <w:u w:val="none"/>
        </w:rPr>
        <w:t xml:space="preserve"> But as an attorney general and a senator, she was at times more progressive than the president, pushing for universal health care while calling for more generous tax benefits for working-class Americans and paying for them with bigger tax increases on companies.</w:t>
      </w:r>
    </w:p>
    <w:p>
      <w:pPr>
        <w:spacing w:after="60"/>
      </w:pPr>
      <w:r>
        <w:rPr>
          <w:b w:val="0"/>
          <w:i w:val="0"/>
          <w:smallCaps w:val="0"/>
          <w:strike w:val="0"/>
          <w:sz w:val="16"/>
          <w:u w:val="none"/>
        </w:rPr>
        <w:t xml:space="preserve">In recent weeks, </w:t>
      </w:r>
      <w:r>
        <w:rPr>
          <w:b w:val="0"/>
          <w:i w:val="0"/>
          <w:smallCaps w:val="0"/>
          <w:strike w:val="0"/>
          <w:u w:val="single"/>
        </w:rPr>
        <w:t xml:space="preserve">Ms. </w:t>
      </w:r>
      <w:r>
        <w:rPr>
          <w:b w:val="0"/>
          <w:i w:val="0"/>
          <w:smallCaps w:val="0"/>
          <w:strike w:val="0"/>
          <w:highlight w:val="cyan"/>
          <w:u w:val="single"/>
        </w:rPr>
        <w:t>Harris</w:t>
      </w:r>
      <w:r>
        <w:rPr>
          <w:b w:val="0"/>
          <w:i w:val="0"/>
          <w:smallCaps w:val="0"/>
          <w:strike w:val="0"/>
          <w:u w:val="single"/>
        </w:rPr>
        <w:t xml:space="preserve"> has embarked on an economic “opportunity tour,” </w:t>
      </w:r>
      <w:r>
        <w:rPr>
          <w:b w:val="0"/>
          <w:i w:val="0"/>
          <w:smallCaps w:val="0"/>
          <w:strike w:val="0"/>
          <w:highlight w:val="cyan"/>
          <w:u w:val="single"/>
        </w:rPr>
        <w:t>making the case that</w:t>
      </w:r>
      <w:r>
        <w:rPr>
          <w:b w:val="0"/>
          <w:i w:val="0"/>
          <w:smallCaps w:val="0"/>
          <w:strike w:val="0"/>
          <w:u w:val="single"/>
        </w:rPr>
        <w:t xml:space="preserve"> wage </w:t>
      </w:r>
      <w:r>
        <w:rPr>
          <w:b w:val="0"/>
          <w:i w:val="0"/>
          <w:smallCaps w:val="0"/>
          <w:strike w:val="0"/>
          <w:highlight w:val="cyan"/>
          <w:u w:val="single"/>
        </w:rPr>
        <w:t>increases have been outpacing inflation</w:t>
      </w:r>
      <w:r>
        <w:rPr>
          <w:b w:val="0"/>
          <w:i w:val="0"/>
          <w:smallCaps w:val="0"/>
          <w:strike w:val="0"/>
          <w:u w:val="single"/>
        </w:rPr>
        <w:t xml:space="preserve">, that manufacturing jobs are </w:t>
      </w:r>
      <w:r>
        <w:rPr>
          <w:b w:val="0"/>
          <w:i w:val="0"/>
          <w:smallCaps w:val="0"/>
          <w:strike w:val="0"/>
          <w:u w:val="single"/>
        </w:rPr>
        <w:t>growing</w:t>
      </w:r>
      <w:r>
        <w:rPr>
          <w:b w:val="0"/>
          <w:i w:val="0"/>
          <w:smallCaps w:val="0"/>
          <w:strike w:val="0"/>
          <w:u w:val="single"/>
        </w:rPr>
        <w:t xml:space="preserve"> and that Democrats have been fighting to forgive student loan debt.</w:t>
      </w:r>
      <w:r>
        <w:rPr>
          <w:b w:val="0"/>
          <w:i w:val="0"/>
          <w:smallCaps w:val="0"/>
          <w:strike w:val="0"/>
          <w:sz w:val="16"/>
          <w:u w:val="none"/>
        </w:rPr>
        <w:t xml:space="preserve"> Those arguments now foreshadow the case she will be making to voters as she runs against Mr. Trump.</w:t>
      </w:r>
    </w:p>
    <w:p>
      <w:pPr>
        <w:spacing w:after="60"/>
      </w:pPr>
      <w:r>
        <w:rPr>
          <w:b w:val="0"/>
          <w:i w:val="0"/>
          <w:smallCaps w:val="0"/>
          <w:strike w:val="0"/>
          <w:sz w:val="16"/>
          <w:u w:val="none"/>
        </w:rPr>
        <w:t>“Sometimes we get a bum rap as Democrats,” Ms. Harris said at an event in San Francisco this month, adding, “But we have also addressed longstanding issues that are obstacles to the creation of wealth.”</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