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cares about IP – Carries over Biden Administration strategies</w:t>
      </w:r>
    </w:p>
    <w:p>
      <w:pPr>
        <w:spacing w:after="80"/>
      </w:pPr>
      <w:r>
        <w:rPr>
          <w:b/>
          <w:i w:val="0"/>
          <w:smallCaps w:val="0"/>
          <w:strike w:val="0"/>
          <w:u w:val="none"/>
        </w:rPr>
        <w:t>Barquist/Lawrence</w:t>
      </w:r>
      <w:r>
        <w:rPr>
          <w:b w:val="0"/>
          <w:i w:val="0"/>
          <w:smallCaps w:val="0"/>
          <w:strike w:val="0"/>
          <w:u w:val="none"/>
        </w:rPr>
        <w:t xml:space="preserve"> </w:t>
      </w:r>
      <w:r>
        <w:rPr>
          <w:b/>
          <w:i w:val="0"/>
          <w:smallCaps w:val="0"/>
          <w:strike w:val="0"/>
          <w:u w:val="none"/>
        </w:rPr>
        <w:t>20</w:t>
      </w:r>
      <w:r>
        <w:rPr>
          <w:b w:val="0"/>
          <w:i w:val="0"/>
          <w:smallCaps w:val="0"/>
          <w:strike w:val="0"/>
          <w:u w:val="none"/>
        </w:rPr>
        <w:t xml:space="preserve"> </w:t>
      </w:r>
      <w:r>
        <w:rPr>
          <w:b w:val="0"/>
          <w:i w:val="0"/>
          <w:smallCaps w:val="0"/>
          <w:strike w:val="0"/>
          <w:sz w:val="16"/>
          <w:u w:val="none"/>
        </w:rPr>
        <w:t>[Charles, Maren; October 19, Charles Barquist is a trial lawyer and IP litigator. His practice is focused on business litigation including patents and other intellectual property, antitrust and unfair competition, and dispute resolution for technology companies; Maren Laurence is an associate in the Intellectual Property Department with Foley &amp; Lardner LLP. She is based in the firm’s Salt Lake City office where she is a member of the firm’s Intellectual Property Litigation Practice Group, “How A Biden Administration Would Shape IP Policy,” https://www.law360.com/articles/1319716/how-a-biden-administration-would-shape-ip-policy]</w:t>
      </w:r>
    </w:p>
    <w:p>
      <w:pPr>
        <w:spacing w:after="60"/>
      </w:pPr>
      <w:r>
        <w:rPr>
          <w:b w:val="0"/>
          <w:i w:val="0"/>
          <w:smallCaps w:val="0"/>
          <w:strike w:val="0"/>
          <w:u w:val="none"/>
        </w:rPr>
        <w:t xml:space="preserve">While the outcome of the presidential election is of course unknown, and reporting about the campaigns is dominated by more controversial topics, it is nevertheless </w:t>
      </w:r>
      <w:r>
        <w:rPr>
          <w:b w:val="0"/>
          <w:i w:val="0"/>
          <w:smallCaps w:val="0"/>
          <w:strike w:val="0"/>
          <w:u w:val="single"/>
        </w:rPr>
        <w:t xml:space="preserve">worthwhile to consider the implications of a Joe Biden-Kamala </w:t>
      </w:r>
      <w:r>
        <w:rPr>
          <w:b w:val="0"/>
          <w:i w:val="0"/>
          <w:smallCaps w:val="0"/>
          <w:strike w:val="0"/>
          <w:highlight w:val="cyan"/>
          <w:u w:val="single"/>
        </w:rPr>
        <w:t>Harris</w:t>
      </w:r>
      <w:r>
        <w:rPr>
          <w:b w:val="0"/>
          <w:i w:val="0"/>
          <w:smallCaps w:val="0"/>
          <w:strike w:val="0"/>
          <w:u w:val="single"/>
        </w:rPr>
        <w:t xml:space="preserve"> </w:t>
      </w:r>
      <w:r>
        <w:rPr>
          <w:b w:val="0"/>
          <w:i w:val="0"/>
          <w:smallCaps w:val="0"/>
          <w:strike w:val="0"/>
          <w:highlight w:val="cyan"/>
          <w:u w:val="single"/>
        </w:rPr>
        <w:t>administration</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law</w:t>
      </w:r>
      <w:r>
        <w:rPr>
          <w:b w:val="0"/>
          <w:i w:val="0"/>
          <w:smallCaps w:val="0"/>
          <w:strike w:val="0"/>
          <w:u w:val="single"/>
        </w:rPr>
        <w:t xml:space="preserve"> and policy</w:t>
      </w:r>
      <w:r>
        <w:rPr>
          <w:b w:val="0"/>
          <w:i w:val="0"/>
          <w:smallCaps w:val="0"/>
          <w:strike w:val="0"/>
          <w:u w:val="none"/>
        </w:rPr>
        <w:t>.</w:t>
      </w:r>
    </w:p>
    <w:p>
      <w:pPr>
        <w:spacing w:after="60"/>
      </w:pPr>
      <w:r>
        <w:rPr>
          <w:b w:val="0"/>
          <w:i w:val="0"/>
          <w:smallCaps w:val="0"/>
          <w:strike w:val="0"/>
          <w:u w:val="none"/>
        </w:rPr>
        <w:t>Democratic presidential nominee Joe Biden's "Build Back Better" agenda offers insight into the priorities and policies that would affect intellectual property rights.</w:t>
      </w:r>
    </w:p>
    <w:p>
      <w:pPr>
        <w:spacing w:after="60"/>
      </w:pPr>
      <w:r>
        <w:rPr>
          <w:b w:val="0"/>
          <w:i w:val="0"/>
          <w:smallCaps w:val="0"/>
          <w:strike w:val="0"/>
          <w:u w:val="none"/>
        </w:rPr>
        <w:t>In particular, a</w:t>
      </w:r>
      <w:r>
        <w:rPr>
          <w:b w:val="0"/>
          <w:i w:val="0"/>
          <w:smallCaps w:val="0"/>
          <w:strike w:val="0"/>
          <w:u w:val="none"/>
        </w:rPr>
        <w:t xml:space="preserve"> </w:t>
      </w:r>
      <w:r>
        <w:rPr>
          <w:b w:val="0"/>
          <w:i w:val="0"/>
          <w:smallCaps w:val="0"/>
          <w:strike w:val="0"/>
          <w:u w:val="single"/>
        </w:rPr>
        <w:t xml:space="preserve">Biden administration </w:t>
      </w:r>
      <w:r>
        <w:rPr>
          <w:b w:val="0"/>
          <w:i w:val="0"/>
          <w:smallCaps w:val="0"/>
          <w:strike w:val="0"/>
          <w:highlight w:val="cyan"/>
          <w:u w:val="single"/>
        </w:rPr>
        <w:t>would</w:t>
      </w:r>
      <w:r>
        <w:rPr>
          <w:b w:val="0"/>
          <w:i w:val="0"/>
          <w:smallCaps w:val="0"/>
          <w:strike w:val="0"/>
          <w:u w:val="single"/>
        </w:rPr>
        <w:t xml:space="preserve"> likely </w:t>
      </w:r>
      <w:r>
        <w:rPr>
          <w:b w:val="0"/>
          <w:i w:val="0"/>
          <w:smallCaps w:val="0"/>
          <w:strike w:val="0"/>
          <w:highlight w:val="cyan"/>
          <w:u w:val="single"/>
        </w:rPr>
        <w:t>have</w:t>
      </w:r>
      <w:r>
        <w:rPr>
          <w:b w:val="0"/>
          <w:i w:val="0"/>
          <w:smallCaps w:val="0"/>
          <w:strike w:val="0"/>
          <w:u w:val="single"/>
        </w:rPr>
        <w:t xml:space="preserve"> the </w:t>
      </w:r>
      <w:r>
        <w:rPr>
          <w:b w:val="0"/>
          <w:i w:val="0"/>
          <w:smallCaps w:val="0"/>
          <w:strike w:val="0"/>
          <w:highlight w:val="cyan"/>
          <w:u w:val="single"/>
        </w:rPr>
        <w:t>greatest</w:t>
      </w:r>
      <w:r>
        <w:rPr>
          <w:b w:val="0"/>
          <w:i w:val="0"/>
          <w:smallCaps w:val="0"/>
          <w:strike w:val="0"/>
          <w:u w:val="single"/>
        </w:rPr>
        <w:t xml:space="preserve"> </w:t>
      </w:r>
      <w:r>
        <w:rPr>
          <w:b w:val="0"/>
          <w:i w:val="0"/>
          <w:smallCaps w:val="0"/>
          <w:strike w:val="0"/>
          <w:highlight w:val="cyan"/>
          <w:u w:val="single"/>
        </w:rPr>
        <w:t>impact</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w:t>
      </w:r>
      <w:r>
        <w:rPr>
          <w:b w:val="0"/>
          <w:i w:val="0"/>
          <w:smallCaps w:val="0"/>
          <w:strike w:val="0"/>
          <w:highlight w:val="cyan"/>
          <w:u w:val="single"/>
        </w:rPr>
        <w:t>trade</w:t>
      </w:r>
      <w:r>
        <w:rPr>
          <w:b w:val="0"/>
          <w:i w:val="0"/>
          <w:smallCaps w:val="0"/>
          <w:strike w:val="0"/>
          <w:u w:val="single"/>
        </w:rPr>
        <w:t xml:space="preserve"> </w:t>
      </w:r>
      <w:r>
        <w:rPr>
          <w:b w:val="0"/>
          <w:i w:val="0"/>
          <w:smallCaps w:val="0"/>
          <w:strike w:val="0"/>
          <w:highlight w:val="cyan"/>
          <w:u w:val="single"/>
        </w:rPr>
        <w:t>secret</w:t>
      </w:r>
      <w:r>
        <w:rPr>
          <w:b w:val="0"/>
          <w:i w:val="0"/>
          <w:smallCaps w:val="0"/>
          <w:strike w:val="0"/>
          <w:u w:val="single"/>
        </w:rPr>
        <w:t xml:space="preserve"> </w:t>
      </w:r>
      <w:r>
        <w:rPr>
          <w:b w:val="0"/>
          <w:i w:val="0"/>
          <w:smallCaps w:val="0"/>
          <w:strike w:val="0"/>
          <w:highlight w:val="cyan"/>
          <w:u w:val="single"/>
        </w:rPr>
        <w:t>law</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seek to </w:t>
      </w:r>
      <w:r>
        <w:rPr>
          <w:b w:val="0"/>
          <w:i w:val="0"/>
          <w:smallCaps w:val="0"/>
          <w:strike w:val="0"/>
          <w:highlight w:val="cyan"/>
          <w:u w:val="single"/>
        </w:rPr>
        <w:t>strengthen</w:t>
      </w:r>
      <w:r>
        <w:rPr>
          <w:b w:val="0"/>
          <w:i w:val="0"/>
          <w:smallCaps w:val="0"/>
          <w:strike w:val="0"/>
          <w:u w:val="single"/>
        </w:rPr>
        <w:t xml:space="preserve"> </w:t>
      </w:r>
      <w:r>
        <w:rPr>
          <w:b w:val="0"/>
          <w:i w:val="0"/>
          <w:smallCaps w:val="0"/>
          <w:strike w:val="0"/>
          <w:highlight w:val="cyan"/>
          <w:u w:val="single"/>
        </w:rPr>
        <w:t>international</w:t>
      </w:r>
      <w:r>
        <w:rPr>
          <w:b w:val="0"/>
          <w:i w:val="0"/>
          <w:smallCaps w:val="0"/>
          <w:strike w:val="0"/>
          <w:u w:val="single"/>
        </w:rPr>
        <w:t xml:space="preserve"> trade secret </w:t>
      </w:r>
      <w:r>
        <w:rPr>
          <w:b w:val="0"/>
          <w:i w:val="0"/>
          <w:smallCaps w:val="0"/>
          <w:strike w:val="0"/>
          <w:highlight w:val="cyan"/>
          <w:u w:val="single"/>
        </w:rPr>
        <w:t>enforcement</w:t>
      </w:r>
      <w:r>
        <w:rPr>
          <w:b w:val="0"/>
          <w:i w:val="0"/>
          <w:smallCaps w:val="0"/>
          <w:strike w:val="0"/>
          <w:u w:val="single"/>
        </w:rPr>
        <w:t>.</w:t>
      </w:r>
      <w:r>
        <w:rPr>
          <w:b w:val="0"/>
          <w:i w:val="0"/>
          <w:smallCaps w:val="0"/>
          <w:strike w:val="0"/>
          <w:u w:val="none"/>
        </w:rPr>
        <w:t xml:space="preserve"> At the same time, however, Biden proposes to cut back drastically on the use of noncompete clauses and no-poach agreements, policies that may weaken trade secret protections domestically.</w:t>
      </w:r>
    </w:p>
    <w:p>
      <w:pPr>
        <w:spacing w:after="60"/>
      </w:pPr>
      <w:r>
        <w:rPr>
          <w:b w:val="0"/>
          <w:i w:val="0"/>
          <w:smallCaps w:val="0"/>
          <w:strike w:val="0"/>
          <w:u w:val="none"/>
        </w:rPr>
        <w:t xml:space="preserve">Stronger Protection of Intellectual Property </w:t>
      </w:r>
      <w:r>
        <w:rPr>
          <w:b w:val="0"/>
          <w:i w:val="0"/>
          <w:smallCaps w:val="0"/>
          <w:strike w:val="0"/>
          <w:u w:val="none"/>
        </w:rPr>
        <w:t>From</w:t>
      </w:r>
      <w:r>
        <w:rPr>
          <w:b w:val="0"/>
          <w:i w:val="0"/>
          <w:smallCaps w:val="0"/>
          <w:strike w:val="0"/>
          <w:u w:val="none"/>
        </w:rPr>
        <w:t xml:space="preserve"> Foreign Actors</w:t>
      </w:r>
    </w:p>
    <w:p>
      <w:pPr>
        <w:spacing w:after="60"/>
      </w:pPr>
      <w:r>
        <w:rPr>
          <w:b w:val="0"/>
          <w:i w:val="0"/>
          <w:smallCaps w:val="0"/>
          <w:strike w:val="0"/>
          <w:u w:val="single"/>
        </w:rPr>
        <w:t xml:space="preserve">The Biden </w:t>
      </w:r>
      <w:r>
        <w:rPr>
          <w:b w:val="0"/>
          <w:i w:val="0"/>
          <w:smallCaps w:val="0"/>
          <w:strike w:val="0"/>
          <w:highlight w:val="cyan"/>
          <w:u w:val="single"/>
        </w:rPr>
        <w:t>campaign</w:t>
      </w:r>
      <w:r>
        <w:rPr>
          <w:b w:val="0"/>
          <w:i w:val="0"/>
          <w:smallCaps w:val="0"/>
          <w:strike w:val="0"/>
          <w:u w:val="single"/>
        </w:rPr>
        <w:t xml:space="preserve"> </w:t>
      </w:r>
      <w:r>
        <w:rPr>
          <w:b w:val="0"/>
          <w:i w:val="0"/>
          <w:smallCaps w:val="0"/>
          <w:strike w:val="0"/>
          <w:highlight w:val="cyan"/>
          <w:u w:val="single"/>
        </w:rPr>
        <w:t>advocates</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w:t>
      </w:r>
      <w:r>
        <w:rPr>
          <w:b w:val="0"/>
          <w:i w:val="0"/>
          <w:smallCaps w:val="0"/>
          <w:strike w:val="0"/>
          <w:highlight w:val="cyan"/>
          <w:u w:val="single"/>
        </w:rPr>
        <w:t>stronger</w:t>
      </w:r>
      <w:r>
        <w:rPr>
          <w:b w:val="0"/>
          <w:i w:val="0"/>
          <w:smallCaps w:val="0"/>
          <w:strike w:val="0"/>
          <w:u w:val="single"/>
        </w:rPr>
        <w:t xml:space="preserve"> </w:t>
      </w:r>
      <w:r>
        <w:rPr>
          <w:b w:val="0"/>
          <w:i w:val="0"/>
          <w:smallCaps w:val="0"/>
          <w:strike w:val="0"/>
          <w:highlight w:val="cyan"/>
          <w:u w:val="single"/>
        </w:rPr>
        <w:t>international</w:t>
      </w:r>
      <w:r>
        <w:rPr>
          <w:b w:val="0"/>
          <w:i w:val="0"/>
          <w:smallCaps w:val="0"/>
          <w:strike w:val="0"/>
          <w:u w:val="single"/>
        </w:rPr>
        <w:t xml:space="preserve"> </w:t>
      </w:r>
      <w:r>
        <w:rPr>
          <w:b w:val="0"/>
          <w:i w:val="0"/>
          <w:smallCaps w:val="0"/>
          <w:strike w:val="0"/>
          <w:highlight w:val="cyan"/>
          <w:u w:val="single"/>
        </w:rPr>
        <w:t>enforcement</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confront</w:t>
      </w:r>
      <w:r>
        <w:rPr>
          <w:b w:val="0"/>
          <w:i w:val="0"/>
          <w:smallCaps w:val="0"/>
          <w:strike w:val="0"/>
          <w:u w:val="single"/>
        </w:rPr>
        <w:t xml:space="preserve"> </w:t>
      </w:r>
      <w:r>
        <w:rPr>
          <w:b w:val="0"/>
          <w:i w:val="0"/>
          <w:smallCaps w:val="0"/>
          <w:strike w:val="0"/>
          <w:highlight w:val="cyan"/>
          <w:u w:val="single"/>
        </w:rPr>
        <w:t>foreign</w:t>
      </w:r>
      <w:r>
        <w:rPr>
          <w:b w:val="0"/>
          <w:i w:val="0"/>
          <w:smallCaps w:val="0"/>
          <w:strike w:val="0"/>
          <w:u w:val="single"/>
        </w:rPr>
        <w:t xml:space="preserve"> </w:t>
      </w:r>
      <w:r>
        <w:rPr>
          <w:b w:val="0"/>
          <w:i w:val="0"/>
          <w:smallCaps w:val="0"/>
          <w:strike w:val="0"/>
          <w:highlight w:val="cyan"/>
          <w:u w:val="single"/>
        </w:rPr>
        <w:t>efforts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steal</w:t>
      </w:r>
      <w:r>
        <w:rPr>
          <w:b w:val="0"/>
          <w:i w:val="0"/>
          <w:smallCaps w:val="0"/>
          <w:strike w:val="0"/>
          <w:u w:val="single"/>
        </w:rPr>
        <w:t xml:space="preserve"> </w:t>
      </w:r>
      <w:r>
        <w:rPr>
          <w:b w:val="0"/>
          <w:i w:val="0"/>
          <w:smallCaps w:val="0"/>
          <w:strike w:val="0"/>
          <w:highlight w:val="cyan"/>
          <w:u w:val="single"/>
        </w:rPr>
        <w:t>American</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roperty.</w:t>
      </w:r>
      <w:r>
        <w:rPr>
          <w:b w:val="0"/>
          <w:i w:val="0"/>
          <w:smallCaps w:val="0"/>
          <w:strike w:val="0"/>
          <w:u w:val="none"/>
        </w:rPr>
        <w:t xml:space="preserve"> Biden's campaign singles out China's government and other state-led actors on assailing American creativity and </w:t>
      </w:r>
      <w:r>
        <w:rPr>
          <w:b w:val="0"/>
          <w:i w:val="0"/>
          <w:smallCaps w:val="0"/>
          <w:strike w:val="0"/>
          <w:highlight w:val="cyan"/>
          <w:u w:val="single"/>
        </w:rPr>
        <w:t>promises</w:t>
      </w:r>
      <w:r>
        <w:rPr>
          <w:b w:val="0"/>
          <w:i w:val="0"/>
          <w:smallCaps w:val="0"/>
          <w:strike w:val="0"/>
          <w:u w:val="single"/>
        </w:rPr>
        <w:t xml:space="preserve"> a </w:t>
      </w:r>
      <w:r>
        <w:rPr>
          <w:b w:val="0"/>
          <w:i w:val="0"/>
          <w:smallCaps w:val="0"/>
          <w:strike w:val="0"/>
          <w:highlight w:val="cyan"/>
          <w:u w:val="single"/>
        </w:rPr>
        <w:t>coordinated</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effective</w:t>
      </w:r>
      <w:r>
        <w:rPr>
          <w:b w:val="0"/>
          <w:i w:val="0"/>
          <w:smallCaps w:val="0"/>
          <w:strike w:val="0"/>
          <w:u w:val="single"/>
        </w:rPr>
        <w:t xml:space="preserve"> </w:t>
      </w:r>
      <w:r>
        <w:rPr>
          <w:b w:val="0"/>
          <w:i w:val="0"/>
          <w:smallCaps w:val="0"/>
          <w:strike w:val="0"/>
          <w:highlight w:val="cyan"/>
          <w:u w:val="single"/>
        </w:rPr>
        <w:t>strategy</w:t>
      </w:r>
      <w:r>
        <w:rPr>
          <w:b w:val="0"/>
          <w:i w:val="0"/>
          <w:smallCaps w:val="0"/>
          <w:strike w:val="0"/>
          <w:u w:val="single"/>
        </w:rPr>
        <w:t xml:space="preserve"> to confront foreign efforts to steal American intellectual property</w:t>
      </w:r>
      <w:r>
        <w:rPr>
          <w:b w:val="0"/>
          <w:i w:val="0"/>
          <w:smallCaps w:val="0"/>
          <w:strike w:val="0"/>
          <w:u w:val="none"/>
        </w:rPr>
        <w:t>.</w:t>
      </w:r>
    </w:p>
    <w:p>
      <w:pPr>
        <w:spacing w:after="60"/>
      </w:pPr>
      <w:r>
        <w:rPr>
          <w:b w:val="0"/>
          <w:i w:val="0"/>
          <w:smallCaps w:val="0"/>
          <w:strike w:val="0"/>
          <w:sz w:val="10"/>
          <w:u w:val="none"/>
        </w:rPr>
        <w:t>The Biden campaign also cites China for dramatically increasing cyberespionage against U.S. companies and proposes new sanctions to cut off companies guilty of technology theft from access to U.S. markets. Details about precisely what the coordinated and effect strategy would comprise are lacking, however.</w:t>
      </w:r>
    </w:p>
    <w:p>
      <w:pPr>
        <w:spacing w:after="60"/>
      </w:pPr>
      <w:r>
        <w:rPr>
          <w:b w:val="0"/>
          <w:i w:val="0"/>
          <w:smallCaps w:val="0"/>
          <w:strike w:val="0"/>
          <w:u w:val="none"/>
        </w:rPr>
        <w:t xml:space="preserve">Some of that strategy may be seen in a bill introduced in the Senate in 2018 by Democratic </w:t>
      </w:r>
      <w:r>
        <w:rPr>
          <w:b w:val="0"/>
          <w:i w:val="0"/>
          <w:smallCaps w:val="0"/>
          <w:strike w:val="0"/>
          <w:u w:val="none"/>
        </w:rPr>
        <w:t>vice presidential</w:t>
      </w:r>
      <w:r>
        <w:rPr>
          <w:b w:val="0"/>
          <w:i w:val="0"/>
          <w:smallCaps w:val="0"/>
          <w:strike w:val="0"/>
          <w:u w:val="none"/>
        </w:rPr>
        <w:t xml:space="preserve"> nominee Kamala </w:t>
      </w:r>
      <w:r>
        <w:rPr>
          <w:b w:val="0"/>
          <w:i w:val="0"/>
          <w:smallCaps w:val="0"/>
          <w:strike w:val="0"/>
          <w:highlight w:val="cyan"/>
          <w:u w:val="none"/>
        </w:rPr>
        <w:t>Harris</w:t>
      </w:r>
      <w:r>
        <w:rPr>
          <w:b w:val="0"/>
          <w:i w:val="0"/>
          <w:smallCaps w:val="0"/>
          <w:strike w:val="0"/>
          <w:u w:val="none"/>
        </w:rPr>
        <w:t xml:space="preserve"> that is intended </w:t>
      </w:r>
      <w:r>
        <w:rPr>
          <w:b w:val="0"/>
          <w:i w:val="0"/>
          <w:smallCaps w:val="0"/>
          <w:strike w:val="0"/>
          <w:highlight w:val="cyan"/>
          <w:u w:val="none"/>
        </w:rPr>
        <w:t>strengthen</w:t>
      </w:r>
      <w:r>
        <w:rPr>
          <w:b w:val="0"/>
          <w:i w:val="0"/>
          <w:smallCaps w:val="0"/>
          <w:strike w:val="0"/>
          <w:u w:val="none"/>
        </w:rPr>
        <w:t xml:space="preserve"> </w:t>
      </w:r>
      <w:r>
        <w:rPr>
          <w:b w:val="0"/>
          <w:i w:val="0"/>
          <w:smallCaps w:val="0"/>
          <w:strike w:val="0"/>
          <w:u w:val="none"/>
        </w:rPr>
        <w:t>the</w:t>
      </w:r>
      <w:r>
        <w:rPr>
          <w:b w:val="0"/>
          <w:i w:val="0"/>
          <w:smallCaps w:val="0"/>
          <w:strike w:val="0"/>
          <w:u w:val="none"/>
        </w:rPr>
        <w:t xml:space="preserve"> United States' ability to combat economic and industrial espionage. </w:t>
      </w:r>
      <w:r>
        <w:rPr>
          <w:b w:val="0"/>
          <w:i w:val="0"/>
          <w:smallCaps w:val="0"/>
          <w:strike w:val="0"/>
          <w:u w:val="single"/>
        </w:rPr>
        <w:t xml:space="preserve">Called the Deterring Espionage by Foreign Entities through National Defense </w:t>
      </w:r>
      <w:r>
        <w:rPr>
          <w:b w:val="0"/>
          <w:i w:val="0"/>
          <w:smallCaps w:val="0"/>
          <w:strike w:val="0"/>
          <w:highlight w:val="cyan"/>
          <w:u w:val="single"/>
        </w:rPr>
        <w:t>A</w:t>
      </w:r>
      <w:r>
        <w:rPr>
          <w:b w:val="0"/>
          <w:i w:val="0"/>
          <w:smallCaps w:val="0"/>
          <w:strike w:val="0"/>
          <w:u w:val="single"/>
        </w:rPr>
        <w:t xml:space="preserve">ct, the </w:t>
      </w:r>
      <w:r>
        <w:rPr>
          <w:b w:val="0"/>
          <w:i w:val="0"/>
          <w:smallCaps w:val="0"/>
          <w:strike w:val="0"/>
          <w:highlight w:val="cyan"/>
          <w:u w:val="single"/>
        </w:rPr>
        <w:t>bill</w:t>
      </w:r>
      <w:r>
        <w:rPr>
          <w:b w:val="0"/>
          <w:i w:val="0"/>
          <w:smallCaps w:val="0"/>
          <w:strike w:val="0"/>
          <w:u w:val="single"/>
        </w:rPr>
        <w:t xml:space="preserve"> </w:t>
      </w:r>
      <w:r>
        <w:rPr>
          <w:b w:val="0"/>
          <w:i w:val="0"/>
          <w:smallCaps w:val="0"/>
          <w:strike w:val="0"/>
          <w:highlight w:val="cyan"/>
          <w:u w:val="single"/>
        </w:rPr>
        <w:t>would</w:t>
      </w:r>
      <w:r>
        <w:rPr>
          <w:b w:val="0"/>
          <w:i w:val="0"/>
          <w:smallCaps w:val="0"/>
          <w:strike w:val="0"/>
          <w:u w:val="single"/>
        </w:rPr>
        <w:t xml:space="preserve"> </w:t>
      </w:r>
      <w:r>
        <w:rPr>
          <w:b w:val="0"/>
          <w:i w:val="0"/>
          <w:smallCaps w:val="0"/>
          <w:strike w:val="0"/>
          <w:highlight w:val="cyan"/>
          <w:u w:val="single"/>
        </w:rPr>
        <w:t>increase</w:t>
      </w:r>
      <w:r>
        <w:rPr>
          <w:b w:val="0"/>
          <w:i w:val="0"/>
          <w:smallCaps w:val="0"/>
          <w:strike w:val="0"/>
          <w:u w:val="single"/>
        </w:rPr>
        <w:t xml:space="preserve"> the </w:t>
      </w:r>
      <w:r>
        <w:rPr>
          <w:b w:val="0"/>
          <w:i w:val="0"/>
          <w:smallCaps w:val="0"/>
          <w:strike w:val="0"/>
          <w:highlight w:val="cyan"/>
          <w:u w:val="single"/>
        </w:rPr>
        <w:t>damages</w:t>
      </w:r>
      <w:r>
        <w:rPr>
          <w:b w:val="0"/>
          <w:i w:val="0"/>
          <w:smallCaps w:val="0"/>
          <w:strike w:val="0"/>
          <w:u w:val="single"/>
        </w:rPr>
        <w:t xml:space="preserve"> </w:t>
      </w:r>
      <w:r>
        <w:rPr>
          <w:b w:val="0"/>
          <w:i w:val="0"/>
          <w:smallCaps w:val="0"/>
          <w:strike w:val="0"/>
          <w:highlight w:val="cyan"/>
          <w:u w:val="single"/>
        </w:rPr>
        <w:t>available</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w:t>
      </w:r>
      <w:r>
        <w:rPr>
          <w:b w:val="0"/>
          <w:i w:val="0"/>
          <w:smallCaps w:val="0"/>
          <w:strike w:val="0"/>
          <w:highlight w:val="cyan"/>
          <w:u w:val="single"/>
        </w:rPr>
        <w:t>trade</w:t>
      </w:r>
      <w:r>
        <w:rPr>
          <w:b w:val="0"/>
          <w:i w:val="0"/>
          <w:smallCaps w:val="0"/>
          <w:strike w:val="0"/>
          <w:u w:val="single"/>
        </w:rPr>
        <w:t xml:space="preserve"> </w:t>
      </w:r>
      <w:r>
        <w:rPr>
          <w:b w:val="0"/>
          <w:i w:val="0"/>
          <w:smallCaps w:val="0"/>
          <w:strike w:val="0"/>
          <w:highlight w:val="cyan"/>
          <w:u w:val="single"/>
        </w:rPr>
        <w:t>secret</w:t>
      </w:r>
      <w:r>
        <w:rPr>
          <w:b w:val="0"/>
          <w:i w:val="0"/>
          <w:smallCaps w:val="0"/>
          <w:strike w:val="0"/>
          <w:u w:val="single"/>
        </w:rPr>
        <w:t xml:space="preserve"> </w:t>
      </w:r>
      <w:r>
        <w:rPr>
          <w:b w:val="0"/>
          <w:i w:val="0"/>
          <w:smallCaps w:val="0"/>
          <w:strike w:val="0"/>
          <w:highlight w:val="cyan"/>
          <w:u w:val="single"/>
        </w:rPr>
        <w:t>theft</w:t>
      </w:r>
      <w:r>
        <w:rPr>
          <w:b w:val="0"/>
          <w:i w:val="0"/>
          <w:smallCaps w:val="0"/>
          <w:strike w:val="0"/>
          <w:u w:val="single"/>
        </w:rPr>
        <w:t xml:space="preserve">, </w:t>
      </w:r>
      <w:r>
        <w:rPr>
          <w:b w:val="0"/>
          <w:i w:val="0"/>
          <w:smallCaps w:val="0"/>
          <w:strike w:val="0"/>
          <w:highlight w:val="cyan"/>
          <w:u w:val="single"/>
        </w:rPr>
        <w:t>extend</w:t>
      </w:r>
      <w:r>
        <w:rPr>
          <w:b w:val="0"/>
          <w:i w:val="0"/>
          <w:smallCaps w:val="0"/>
          <w:strike w:val="0"/>
          <w:u w:val="single"/>
        </w:rPr>
        <w:t xml:space="preserve"> the </w:t>
      </w:r>
      <w:r>
        <w:rPr>
          <w:b w:val="0"/>
          <w:i w:val="0"/>
          <w:smallCaps w:val="0"/>
          <w:strike w:val="0"/>
          <w:highlight w:val="cyan"/>
          <w:u w:val="single"/>
        </w:rPr>
        <w:t>statute</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limitations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expand</w:t>
      </w:r>
      <w:r>
        <w:rPr>
          <w:b w:val="0"/>
          <w:i w:val="0"/>
          <w:smallCaps w:val="0"/>
          <w:strike w:val="0"/>
          <w:u w:val="single"/>
        </w:rPr>
        <w:t xml:space="preserve"> the </w:t>
      </w:r>
      <w:r>
        <w:rPr>
          <w:b w:val="0"/>
          <w:i w:val="0"/>
          <w:smallCaps w:val="0"/>
          <w:strike w:val="0"/>
          <w:highlight w:val="cyan"/>
          <w:u w:val="single"/>
        </w:rPr>
        <w:t>extraterritorial</w:t>
      </w:r>
      <w:r>
        <w:rPr>
          <w:b w:val="0"/>
          <w:i w:val="0"/>
          <w:smallCaps w:val="0"/>
          <w:strike w:val="0"/>
          <w:u w:val="single"/>
        </w:rPr>
        <w:t xml:space="preserve"> </w:t>
      </w:r>
      <w:r>
        <w:rPr>
          <w:b w:val="0"/>
          <w:i w:val="0"/>
          <w:smallCaps w:val="0"/>
          <w:strike w:val="0"/>
          <w:highlight w:val="cyan"/>
          <w:u w:val="single"/>
        </w:rPr>
        <w:t>scope</w:t>
      </w:r>
      <w:r>
        <w:rPr>
          <w:b w:val="0"/>
          <w:i w:val="0"/>
          <w:smallCaps w:val="0"/>
          <w:strike w:val="0"/>
          <w:u w:val="single"/>
        </w:rPr>
        <w:t xml:space="preserve"> to include offenses committed abroad</w:t>
      </w:r>
      <w:r>
        <w:rPr>
          <w:b w:val="0"/>
          <w:i w:val="0"/>
          <w:smallCaps w:val="0"/>
          <w:strike w:val="0"/>
          <w:u w:val="none"/>
        </w:rPr>
        <w:t>.</w:t>
      </w:r>
    </w:p>
    <w:p>
      <w:pPr>
        <w:spacing w:after="60"/>
      </w:pPr>
      <w:r>
        <w:rPr>
          <w:b w:val="0"/>
          <w:i w:val="0"/>
          <w:smallCaps w:val="0"/>
          <w:strike w:val="0"/>
          <w:sz w:val="10"/>
          <w:u w:val="none"/>
        </w:rPr>
        <w:t>At least until the details of Biden's strategy emerge, U.S. companies will have to continue to rely on existing civil remedies to protect themselves against foreign attacks.</w:t>
      </w:r>
    </w:p>
    <w:p>
      <w:pPr>
        <w:spacing w:after="60"/>
      </w:pPr>
      <w:r>
        <w:rPr>
          <w:b w:val="0"/>
          <w:i w:val="0"/>
          <w:smallCaps w:val="0"/>
          <w:strike w:val="0"/>
          <w:u w:val="single"/>
        </w:rPr>
        <w:t xml:space="preserve">Biden's </w:t>
      </w:r>
      <w:r>
        <w:rPr>
          <w:b w:val="0"/>
          <w:i w:val="0"/>
          <w:smallCaps w:val="0"/>
          <w:strike w:val="0"/>
          <w:highlight w:val="cyan"/>
          <w:u w:val="single"/>
        </w:rPr>
        <w:t>proposals</w:t>
      </w:r>
      <w:r>
        <w:rPr>
          <w:b w:val="0"/>
          <w:i w:val="0"/>
          <w:smallCaps w:val="0"/>
          <w:strike w:val="0"/>
          <w:u w:val="single"/>
        </w:rPr>
        <w:t xml:space="preserve"> also </w:t>
      </w:r>
      <w:r>
        <w:rPr>
          <w:b w:val="0"/>
          <w:i w:val="0"/>
          <w:smallCaps w:val="0"/>
          <w:strike w:val="0"/>
          <w:highlight w:val="cyan"/>
          <w:u w:val="single"/>
        </w:rPr>
        <w:t>include</w:t>
      </w:r>
      <w:r>
        <w:rPr>
          <w:b w:val="0"/>
          <w:i w:val="0"/>
          <w:smallCaps w:val="0"/>
          <w:strike w:val="0"/>
          <w:u w:val="single"/>
        </w:rPr>
        <w:t xml:space="preserve"> </w:t>
      </w:r>
      <w:r>
        <w:rPr>
          <w:b w:val="0"/>
          <w:i w:val="0"/>
          <w:smallCaps w:val="0"/>
          <w:strike w:val="0"/>
          <w:highlight w:val="cyan"/>
          <w:u w:val="single"/>
        </w:rPr>
        <w:t>plans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address false advertising by </w:t>
      </w:r>
      <w:r>
        <w:rPr>
          <w:b w:val="0"/>
          <w:i w:val="0"/>
          <w:smallCaps w:val="0"/>
          <w:strike w:val="0"/>
          <w:highlight w:val="cyan"/>
          <w:u w:val="single"/>
        </w:rPr>
        <w:t>crack</w:t>
      </w:r>
      <w:r>
        <w:rPr>
          <w:b w:val="0"/>
          <w:i w:val="0"/>
          <w:smallCaps w:val="0"/>
          <w:strike w:val="0"/>
          <w:u w:val="single"/>
        </w:rPr>
        <w:t xml:space="preserve">ing </w:t>
      </w:r>
      <w:r>
        <w:rPr>
          <w:b w:val="0"/>
          <w:i w:val="0"/>
          <w:smallCaps w:val="0"/>
          <w:strike w:val="0"/>
          <w:highlight w:val="cyan"/>
          <w:u w:val="single"/>
        </w:rPr>
        <w:t>down</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w:t>
      </w:r>
      <w:r>
        <w:rPr>
          <w:b w:val="0"/>
          <w:i w:val="0"/>
          <w:smallCaps w:val="0"/>
          <w:strike w:val="0"/>
          <w:highlight w:val="cyan"/>
          <w:u w:val="single"/>
        </w:rPr>
        <w:t>companies</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w:t>
      </w:r>
      <w:r>
        <w:rPr>
          <w:b w:val="0"/>
          <w:i w:val="0"/>
          <w:smallCaps w:val="0"/>
          <w:strike w:val="0"/>
          <w:highlight w:val="cyan"/>
          <w:u w:val="single"/>
        </w:rPr>
        <w:t>falsely</w:t>
      </w:r>
      <w:r>
        <w:rPr>
          <w:b w:val="0"/>
          <w:i w:val="0"/>
          <w:smallCaps w:val="0"/>
          <w:strike w:val="0"/>
          <w:u w:val="single"/>
        </w:rPr>
        <w:t xml:space="preserve"> </w:t>
      </w:r>
      <w:r>
        <w:rPr>
          <w:b w:val="0"/>
          <w:i w:val="0"/>
          <w:smallCaps w:val="0"/>
          <w:strike w:val="0"/>
          <w:highlight w:val="cyan"/>
          <w:u w:val="single"/>
        </w:rPr>
        <w:t>label</w:t>
      </w:r>
      <w:r>
        <w:rPr>
          <w:b w:val="0"/>
          <w:i w:val="0"/>
          <w:smallCaps w:val="0"/>
          <w:strike w:val="0"/>
          <w:u w:val="single"/>
        </w:rPr>
        <w:t xml:space="preserve"> </w:t>
      </w:r>
      <w:r>
        <w:rPr>
          <w:b w:val="0"/>
          <w:i w:val="0"/>
          <w:smallCaps w:val="0"/>
          <w:strike w:val="0"/>
          <w:highlight w:val="cyan"/>
          <w:u w:val="single"/>
        </w:rPr>
        <w:t>products</w:t>
      </w:r>
      <w:r>
        <w:rPr>
          <w:b w:val="0"/>
          <w:i w:val="0"/>
          <w:smallCaps w:val="0"/>
          <w:strike w:val="0"/>
          <w:u w:val="single"/>
        </w:rPr>
        <w:t xml:space="preserve"> as "made in America" even if they are coming from other countries</w:t>
      </w:r>
      <w:r>
        <w:rPr>
          <w:b w:val="0"/>
          <w:i w:val="0"/>
          <w:smallCaps w:val="0"/>
          <w:strike w:val="0"/>
          <w:u w:val="none"/>
        </w:rPr>
        <w:t xml:space="preserve"> such as China.</w:t>
      </w:r>
    </w:p>
    <w:p>
      <w:pPr>
        <w:spacing w:after="60"/>
      </w:pPr>
      <w:r>
        <w:rPr>
          <w:b w:val="0"/>
          <w:i w:val="0"/>
          <w:smallCaps w:val="0"/>
          <w:strike w:val="0"/>
          <w:u w:val="single"/>
        </w:rPr>
        <w:t>Biden would seek to strengthen enforcement by the Federal Trade Commission</w:t>
      </w:r>
      <w:r>
        <w:rPr>
          <w:b w:val="0"/>
          <w:i w:val="0"/>
          <w:smallCaps w:val="0"/>
          <w:strike w:val="0"/>
          <w:u w:val="none"/>
        </w:rPr>
        <w:t>, including the imposition of penalties that it says the administration of President Donald Trump has failed to require.</w:t>
      </w:r>
    </w:p>
    <w:p>
      <w:pPr>
        <w:spacing w:after="60"/>
      </w:pPr>
      <w:r>
        <w:rPr>
          <w:b w:val="0"/>
          <w:i w:val="0"/>
          <w:smallCaps w:val="0"/>
          <w:strike w:val="0"/>
          <w:sz w:val="10"/>
          <w:u w:val="none"/>
        </w:rPr>
        <w:t xml:space="preserve">For U.S. companies importing goods that may be mislabeled, now would be the time to make sure labeling is accurate </w:t>
      </w:r>
      <w:r>
        <w:rPr>
          <w:b w:val="0"/>
          <w:i w:val="0"/>
          <w:smallCaps w:val="0"/>
          <w:strike w:val="0"/>
          <w:sz w:val="10"/>
          <w:u w:val="none"/>
        </w:rPr>
        <w:t>in order to</w:t>
      </w:r>
      <w:r>
        <w:rPr>
          <w:b w:val="0"/>
          <w:i w:val="0"/>
          <w:smallCaps w:val="0"/>
          <w:strike w:val="0"/>
          <w:sz w:val="10"/>
          <w:u w:val="none"/>
        </w:rPr>
        <w:t xml:space="preserve"> avoid penalties under a tougher enforcement regime.</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