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Harris prioritizes climate action</w:t>
      </w:r>
    </w:p>
    <w:p>
      <w:pPr>
        <w:spacing w:after="80"/>
      </w:pPr>
      <w:r>
        <w:rPr>
          <w:b/>
          <w:i w:val="0"/>
          <w:smallCaps w:val="0"/>
          <w:strike w:val="0"/>
          <w:sz w:val="26"/>
          <w:u w:val="none"/>
        </w:rPr>
        <w:t xml:space="preserve">Friedman 7/22 </w:t>
      </w:r>
      <w:r>
        <w:rPr>
          <w:b w:val="0"/>
          <w:i w:val="0"/>
          <w:smallCaps w:val="0"/>
          <w:strike w:val="0"/>
          <w:sz w:val="16"/>
          <w:u w:val="none"/>
        </w:rPr>
        <w:t>Lisa Friedman is a Times reporter who writes about how governments are addressing climate change and the effects of those policies on communities. (Lisa Friedman, 7-22-2024, “Here’s where Kamala Harris stands on climate,”</w:t>
      </w:r>
      <w:r>
        <w:rPr>
          <w:b w:val="0"/>
          <w:i/>
          <w:smallCaps w:val="0"/>
          <w:strike w:val="0"/>
          <w:sz w:val="16"/>
          <w:u w:val="none"/>
        </w:rPr>
        <w:t xml:space="preserve"> Forbes</w:t>
      </w:r>
      <w:r>
        <w:rPr>
          <w:b w:val="0"/>
          <w:i w:val="0"/>
          <w:smallCaps w:val="0"/>
          <w:strike w:val="0"/>
          <w:sz w:val="16"/>
          <w:u w:val="none"/>
        </w:rPr>
        <w:t xml:space="preserve">, DA: 7-25-2024, </w:t>
      </w:r>
      <w:r>
        <w:rPr>
          <w:b w:val="0"/>
          <w:i w:val="0"/>
          <w:smallCaps w:val="0"/>
          <w:strike w:val="0"/>
          <w:sz w:val="16"/>
          <w:u w:val="none"/>
        </w:rPr>
        <w:t>.) SP</w:t>
      </w:r>
    </w:p>
    <w:p>
      <w:pPr>
        <w:spacing w:after="60"/>
      </w:pPr>
      <w:r>
        <w:rPr>
          <w:b w:val="0"/>
          <w:i w:val="0"/>
          <w:smallCaps w:val="0"/>
          <w:strike w:val="0"/>
          <w:u w:val="single"/>
        </w:rPr>
        <w:t xml:space="preserve">Vice President Kamala </w:t>
      </w:r>
      <w:r>
        <w:rPr>
          <w:b w:val="0"/>
          <w:i w:val="0"/>
          <w:smallCaps w:val="0"/>
          <w:strike w:val="0"/>
          <w:highlight w:val="cyan"/>
          <w:u w:val="single"/>
        </w:rPr>
        <w:t>Harris has</w:t>
      </w:r>
      <w:r>
        <w:rPr>
          <w:b w:val="0"/>
          <w:i w:val="0"/>
          <w:smallCaps w:val="0"/>
          <w:strike w:val="0"/>
          <w:u w:val="single"/>
        </w:rPr>
        <w:t xml:space="preserve"> for years </w:t>
      </w:r>
      <w:r>
        <w:rPr>
          <w:b w:val="0"/>
          <w:i w:val="0"/>
          <w:smallCaps w:val="0"/>
          <w:strike w:val="0"/>
          <w:highlight w:val="cyan"/>
          <w:u w:val="single"/>
        </w:rPr>
        <w:t>made the environment a top concern, from</w:t>
      </w:r>
      <w:r>
        <w:rPr>
          <w:b w:val="0"/>
          <w:i w:val="0"/>
          <w:smallCaps w:val="0"/>
          <w:strike w:val="0"/>
          <w:u w:val="single"/>
        </w:rPr>
        <w:t xml:space="preserve"> prosecuting polluters as California’s attorney general to </w:t>
      </w:r>
      <w:r>
        <w:rPr>
          <w:b w:val="0"/>
          <w:i w:val="0"/>
          <w:smallCaps w:val="0"/>
          <w:strike w:val="0"/>
          <w:highlight w:val="cyan"/>
          <w:u w:val="single"/>
        </w:rPr>
        <w:t>sponsoring the</w:t>
      </w:r>
      <w:r>
        <w:rPr>
          <w:b w:val="0"/>
          <w:i w:val="0"/>
          <w:smallCaps w:val="0"/>
          <w:strike w:val="0"/>
          <w:u w:val="single"/>
        </w:rPr>
        <w:t xml:space="preserve"> </w:t>
      </w:r>
      <w:r>
        <w:rPr>
          <w:b w:val="0"/>
          <w:i w:val="0"/>
          <w:smallCaps w:val="0"/>
          <w:strike w:val="0"/>
          <w:highlight w:val="cyan"/>
          <w:u w:val="single"/>
        </w:rPr>
        <w:t>G</w:t>
      </w:r>
      <w:r>
        <w:rPr>
          <w:b w:val="0"/>
          <w:i w:val="0"/>
          <w:smallCaps w:val="0"/>
          <w:strike w:val="0"/>
          <w:u w:val="single"/>
        </w:rPr>
        <w:t xml:space="preserve">reen </w:t>
      </w:r>
      <w:r>
        <w:rPr>
          <w:b w:val="0"/>
          <w:i w:val="0"/>
          <w:smallCaps w:val="0"/>
          <w:strike w:val="0"/>
          <w:highlight w:val="cyan"/>
          <w:u w:val="single"/>
        </w:rPr>
        <w:t>N</w:t>
      </w:r>
      <w:r>
        <w:rPr>
          <w:b w:val="0"/>
          <w:i w:val="0"/>
          <w:smallCaps w:val="0"/>
          <w:strike w:val="0"/>
          <w:u w:val="single"/>
        </w:rPr>
        <w:t xml:space="preserve">ew </w:t>
      </w:r>
      <w:r>
        <w:rPr>
          <w:b w:val="0"/>
          <w:i w:val="0"/>
          <w:smallCaps w:val="0"/>
          <w:strike w:val="0"/>
          <w:highlight w:val="cyan"/>
          <w:u w:val="single"/>
        </w:rPr>
        <w:t>D</w:t>
      </w:r>
      <w:r>
        <w:rPr>
          <w:b w:val="0"/>
          <w:i w:val="0"/>
          <w:smallCaps w:val="0"/>
          <w:strike w:val="0"/>
          <w:u w:val="single"/>
        </w:rPr>
        <w:t>eal</w:t>
      </w:r>
      <w:r>
        <w:rPr>
          <w:b w:val="0"/>
          <w:i w:val="0"/>
          <w:smallCaps w:val="0"/>
          <w:strike w:val="0"/>
          <w:sz w:val="16"/>
          <w:u w:val="none"/>
        </w:rPr>
        <w:t xml:space="preserve"> as a senator </w:t>
      </w:r>
      <w:r>
        <w:rPr>
          <w:b w:val="0"/>
          <w:i w:val="0"/>
          <w:smallCaps w:val="0"/>
          <w:strike w:val="0"/>
          <w:highlight w:val="cyan"/>
          <w:u w:val="single"/>
        </w:rPr>
        <w:t>to casting</w:t>
      </w:r>
      <w:r>
        <w:rPr>
          <w:b w:val="0"/>
          <w:i w:val="0"/>
          <w:smallCaps w:val="0"/>
          <w:strike w:val="0"/>
          <w:u w:val="single"/>
        </w:rPr>
        <w:t xml:space="preserve"> the tiebreaking </w:t>
      </w:r>
      <w:r>
        <w:rPr>
          <w:b w:val="0"/>
          <w:i w:val="0"/>
          <w:smallCaps w:val="0"/>
          <w:strike w:val="0"/>
          <w:highlight w:val="cyan"/>
          <w:u w:val="single"/>
        </w:rPr>
        <w:t>vote</w:t>
      </w:r>
      <w:r>
        <w:rPr>
          <w:b w:val="0"/>
          <w:i w:val="0"/>
          <w:smallCaps w:val="0"/>
          <w:strike w:val="0"/>
          <w:u w:val="single"/>
        </w:rPr>
        <w:t xml:space="preserve"> as vice president </w:t>
      </w:r>
      <w:r>
        <w:rPr>
          <w:b w:val="0"/>
          <w:i w:val="0"/>
          <w:smallCaps w:val="0"/>
          <w:strike w:val="0"/>
          <w:highlight w:val="cyan"/>
          <w:u w:val="single"/>
        </w:rPr>
        <w:t>for the</w:t>
      </w:r>
      <w:r>
        <w:rPr>
          <w:b w:val="0"/>
          <w:i w:val="0"/>
          <w:smallCaps w:val="0"/>
          <w:strike w:val="0"/>
          <w:u w:val="single"/>
        </w:rPr>
        <w:t xml:space="preserve"> 2022 </w:t>
      </w:r>
      <w:r>
        <w:rPr>
          <w:b w:val="0"/>
          <w:i w:val="0"/>
          <w:smallCaps w:val="0"/>
          <w:strike w:val="0"/>
          <w:highlight w:val="cyan"/>
          <w:u w:val="single"/>
        </w:rPr>
        <w:t>Inflation Reduction Act</w:t>
      </w:r>
      <w:r>
        <w:rPr>
          <w:b w:val="0"/>
          <w:i w:val="0"/>
          <w:smallCaps w:val="0"/>
          <w:strike w:val="0"/>
          <w:u w:val="single"/>
        </w:rPr>
        <w:t>, the largest climate investment in U.S. history.</w:t>
      </w:r>
    </w:p>
    <w:p>
      <w:pPr>
        <w:spacing w:after="60"/>
      </w:pPr>
      <w:r>
        <w:rPr>
          <w:b w:val="0"/>
          <w:i w:val="0"/>
          <w:smallCaps w:val="0"/>
          <w:strike w:val="0"/>
          <w:sz w:val="16"/>
          <w:u w:val="none"/>
        </w:rPr>
        <w:t>As she runs for the White House</w:t>
      </w:r>
      <w:r>
        <w:rPr>
          <w:b w:val="0"/>
          <w:i w:val="0"/>
          <w:smallCaps w:val="0"/>
          <w:strike w:val="0"/>
          <w:u w:val="single"/>
        </w:rPr>
        <w:t xml:space="preserve">, </w:t>
      </w:r>
      <w:r>
        <w:rPr>
          <w:b w:val="0"/>
          <w:i w:val="0"/>
          <w:smallCaps w:val="0"/>
          <w:strike w:val="0"/>
          <w:highlight w:val="cyan"/>
          <w:u w:val="single"/>
        </w:rPr>
        <w:t>Harris is</w:t>
      </w:r>
      <w:r>
        <w:rPr>
          <w:b w:val="0"/>
          <w:i w:val="0"/>
          <w:smallCaps w:val="0"/>
          <w:strike w:val="0"/>
          <w:u w:val="single"/>
        </w:rPr>
        <w:t xml:space="preserve"> widely </w:t>
      </w:r>
      <w:r>
        <w:rPr>
          <w:b w:val="0"/>
          <w:i w:val="0"/>
          <w:smallCaps w:val="0"/>
          <w:strike w:val="0"/>
          <w:highlight w:val="cyan"/>
          <w:u w:val="single"/>
        </w:rPr>
        <w:t>expected to</w:t>
      </w:r>
      <w:r>
        <w:rPr>
          <w:b w:val="0"/>
          <w:i w:val="0"/>
          <w:smallCaps w:val="0"/>
          <w:strike w:val="0"/>
          <w:u w:val="single"/>
        </w:rPr>
        <w:t xml:space="preserve"> try to </w:t>
      </w:r>
      <w:r>
        <w:rPr>
          <w:b/>
          <w:i w:val="0"/>
          <w:smallCaps w:val="0"/>
          <w:strike w:val="0"/>
          <w:highlight w:val="cyan"/>
          <w:u w:val="single"/>
        </w:rPr>
        <w:t>protect the climate</w:t>
      </w:r>
      <w:r>
        <w:rPr>
          <w:b w:val="0"/>
          <w:i w:val="0"/>
          <w:smallCaps w:val="0"/>
          <w:strike w:val="0"/>
          <w:u w:val="single"/>
        </w:rPr>
        <w:t xml:space="preserve"> achievements of the Biden administration,</w:t>
      </w:r>
      <w:r>
        <w:rPr>
          <w:b w:val="0"/>
          <w:i w:val="0"/>
          <w:smallCaps w:val="0"/>
          <w:strike w:val="0"/>
          <w:sz w:val="16"/>
          <w:u w:val="none"/>
        </w:rPr>
        <w:t xml:space="preserve"> a position that could resonate with voters during a summer of record heat. </w:t>
      </w:r>
      <w:r>
        <w:rPr>
          <w:b w:val="0"/>
          <w:i w:val="0"/>
          <w:smallCaps w:val="0"/>
          <w:strike w:val="0"/>
          <w:u w:val="single"/>
        </w:rPr>
        <w:t xml:space="preserve">A clear majority of </w:t>
      </w:r>
      <w:r>
        <w:rPr>
          <w:b w:val="0"/>
          <w:i w:val="0"/>
          <w:smallCaps w:val="0"/>
          <w:strike w:val="0"/>
          <w:highlight w:val="cyan"/>
          <w:u w:val="single"/>
        </w:rPr>
        <w:t>Americans</w:t>
      </w:r>
      <w:r>
        <w:rPr>
          <w:b w:val="0"/>
          <w:i w:val="0"/>
          <w:smallCaps w:val="0"/>
          <w:strike w:val="0"/>
          <w:u w:val="single"/>
        </w:rPr>
        <w:t xml:space="preserve">, 65%, </w:t>
      </w:r>
      <w:r>
        <w:rPr>
          <w:b w:val="0"/>
          <w:i w:val="0"/>
          <w:smallCaps w:val="0"/>
          <w:strike w:val="0"/>
          <w:highlight w:val="cyan"/>
          <w:u w:val="single"/>
        </w:rPr>
        <w:t>want</w:t>
      </w:r>
      <w:r>
        <w:rPr>
          <w:b w:val="0"/>
          <w:i w:val="0"/>
          <w:smallCaps w:val="0"/>
          <w:strike w:val="0"/>
          <w:u w:val="single"/>
        </w:rPr>
        <w:t xml:space="preserve">s the country to focus on increasing solar, wind and other </w:t>
      </w:r>
      <w:r>
        <w:rPr>
          <w:b w:val="0"/>
          <w:i w:val="0"/>
          <w:smallCaps w:val="0"/>
          <w:strike w:val="0"/>
          <w:highlight w:val="cyan"/>
          <w:u w:val="single"/>
        </w:rPr>
        <w:t>renewable energy</w:t>
      </w:r>
      <w:r>
        <w:rPr>
          <w:b w:val="0"/>
          <w:i w:val="0"/>
          <w:smallCaps w:val="0"/>
          <w:strike w:val="0"/>
          <w:u w:val="single"/>
        </w:rPr>
        <w:t xml:space="preserve"> and not fossil fuels</w:t>
      </w:r>
      <w:r>
        <w:rPr>
          <w:b w:val="0"/>
          <w:i w:val="0"/>
          <w:smallCaps w:val="0"/>
          <w:strike w:val="0"/>
          <w:sz w:val="16"/>
          <w:u w:val="none"/>
        </w:rPr>
        <w:t>, according to a May survey by the Pew Research Center.</w:t>
      </w:r>
    </w:p>
    <w:p>
      <w:pPr>
        <w:spacing w:after="60"/>
      </w:pPr>
      <w:r>
        <w:rPr>
          <w:b w:val="0"/>
          <w:i w:val="0"/>
          <w:smallCaps w:val="0"/>
          <w:strike w:val="0"/>
          <w:sz w:val="16"/>
          <w:u w:val="none"/>
        </w:rPr>
        <w:t xml:space="preserve">Last year, </w:t>
      </w:r>
      <w:r>
        <w:rPr>
          <w:b w:val="0"/>
          <w:i w:val="0"/>
          <w:smallCaps w:val="0"/>
          <w:strike w:val="0"/>
          <w:u w:val="single"/>
        </w:rPr>
        <w:t>Harris flew to the United Nations global climate summit</w:t>
      </w:r>
      <w:r>
        <w:rPr>
          <w:b w:val="0"/>
          <w:i w:val="0"/>
          <w:smallCaps w:val="0"/>
          <w:strike w:val="0"/>
          <w:sz w:val="16"/>
          <w:u w:val="none"/>
        </w:rPr>
        <w:t xml:space="preserve"> in Dubai, United Arab Emirates, </w:t>
      </w:r>
      <w:r>
        <w:rPr>
          <w:b w:val="0"/>
          <w:i w:val="0"/>
          <w:smallCaps w:val="0"/>
          <w:strike w:val="0"/>
          <w:u w:val="single"/>
        </w:rPr>
        <w:t xml:space="preserve">where she told world leaders that “the urgency of this moment is clear. </w:t>
      </w:r>
      <w:r>
        <w:rPr>
          <w:b w:val="0"/>
          <w:i w:val="0"/>
          <w:smallCaps w:val="0"/>
          <w:strike w:val="0"/>
          <w:highlight w:val="cyan"/>
          <w:u w:val="single"/>
        </w:rPr>
        <w:t xml:space="preserve">The clock is </w:t>
      </w:r>
      <w:r>
        <w:rPr>
          <w:b/>
          <w:i w:val="0"/>
          <w:smallCaps w:val="0"/>
          <w:strike w:val="0"/>
          <w:highlight w:val="cyan"/>
          <w:u w:val="single"/>
        </w:rPr>
        <w:t>no longer just ticking</w:t>
      </w:r>
      <w:r>
        <w:rPr>
          <w:b w:val="0"/>
          <w:i w:val="0"/>
          <w:smallCaps w:val="0"/>
          <w:strike w:val="0"/>
          <w:highlight w:val="cyan"/>
          <w:u w:val="single"/>
        </w:rPr>
        <w:t>, it is banging</w:t>
      </w:r>
      <w:r>
        <w:rPr>
          <w:b w:val="0"/>
          <w:i w:val="0"/>
          <w:smallCaps w:val="0"/>
          <w:strike w:val="0"/>
          <w:u w:val="single"/>
        </w:rPr>
        <w:t>. And we must make up for lost time.”</w:t>
      </w:r>
    </w:p>
    <w:p>
      <w:pPr>
        <w:spacing w:after="60"/>
      </w:pPr>
      <w:r>
        <w:rPr>
          <w:b w:val="0"/>
          <w:i w:val="0"/>
          <w:smallCaps w:val="0"/>
          <w:strike w:val="0"/>
          <w:sz w:val="16"/>
          <w:u w:val="none"/>
        </w:rPr>
        <w:t xml:space="preserve">That was a subtle reference to former President Donald Trump, who made the United States the first and only country to withdraw from the global Paris Agreement to limit greenhouse gas emissions. (The United States subsequently rejoined under President Joe Biden.) The Republican nominee in the current race for the White House, </w:t>
      </w:r>
      <w:r>
        <w:rPr>
          <w:b w:val="0"/>
          <w:i w:val="0"/>
          <w:smallCaps w:val="0"/>
          <w:strike w:val="0"/>
          <w:u w:val="single"/>
        </w:rPr>
        <w:t>Trump has indicated that he would again pull back from the global fight against climate change if he is elected</w:t>
      </w:r>
      <w:r>
        <w:rPr>
          <w:b w:val="0"/>
          <w:i w:val="0"/>
          <w:smallCaps w:val="0"/>
          <w:strike w:val="0"/>
          <w:sz w:val="16"/>
          <w:u w:val="none"/>
        </w:rPr>
        <w:t xml:space="preserve"> in November.</w:t>
      </w:r>
    </w:p>
    <w:p>
      <w:pPr>
        <w:spacing w:after="60"/>
      </w:pPr>
      <w:r>
        <w:rPr>
          <w:b w:val="0"/>
          <w:i w:val="0"/>
          <w:smallCaps w:val="0"/>
          <w:strike w:val="0"/>
          <w:sz w:val="16"/>
          <w:u w:val="none"/>
        </w:rPr>
        <w:t xml:space="preserve">“Around the world, </w:t>
      </w:r>
      <w:r>
        <w:rPr>
          <w:b w:val="0"/>
          <w:i w:val="0"/>
          <w:smallCaps w:val="0"/>
          <w:strike w:val="0"/>
          <w:u w:val="single"/>
        </w:rPr>
        <w:t>there are those who seek to slow or stop our progress, leaders who deny climate science, delay climate action and spread misinformation</w:t>
      </w:r>
      <w:r>
        <w:rPr>
          <w:b w:val="0"/>
          <w:i w:val="0"/>
          <w:smallCaps w:val="0"/>
          <w:strike w:val="0"/>
          <w:sz w:val="16"/>
          <w:u w:val="none"/>
        </w:rPr>
        <w:t xml:space="preserve">,” Harris said at the summit. “In the face of their resistance and in the context of this moment, </w:t>
      </w:r>
      <w:r>
        <w:rPr>
          <w:b/>
          <w:i w:val="0"/>
          <w:smallCaps w:val="0"/>
          <w:strike w:val="0"/>
          <w:highlight w:val="cyan"/>
          <w:u w:val="single"/>
        </w:rPr>
        <w:t>we must do more</w:t>
      </w:r>
      <w:r>
        <w:rPr>
          <w:b w:val="0"/>
          <w:i w:val="0"/>
          <w:smallCaps w:val="0"/>
          <w:strike w:val="0"/>
          <w:sz w:val="16"/>
          <w:u w:val="none"/>
        </w:rPr>
        <w:t>.”</w:t>
      </w:r>
    </w:p>
    <w:p>
      <w:pPr>
        <w:pStyle w:val="Caption"/>
      </w:pPr>
      <w:r>
        <w:t>Source: Elections DA Harris Supplement - Michigan 2024 FWZ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