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Harris is our only hope for climate – It’s </w:t>
      </w:r>
      <w:r>
        <w:rPr>
          <w:b/>
          <w:i w:val="0"/>
          <w:smallCaps w:val="0"/>
          <w:strike w:val="0"/>
          <w:sz w:val="26"/>
          <w:u w:val="none"/>
        </w:rPr>
        <w:t>make</w:t>
      </w:r>
      <w:r>
        <w:rPr>
          <w:b/>
          <w:i w:val="0"/>
          <w:smallCaps w:val="0"/>
          <w:strike w:val="0"/>
          <w:sz w:val="26"/>
          <w:u w:val="none"/>
        </w:rPr>
        <w:t xml:space="preserve"> or break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>Nilsen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1"/>
          <w:u w:val="none"/>
        </w:rPr>
        <w:t>7/23</w:t>
      </w:r>
      <w:r>
        <w:rPr>
          <w:b w:val="0"/>
          <w:i w:val="0"/>
          <w:smallCaps w:val="0"/>
          <w:strike w:val="0"/>
          <w:u w:val="none"/>
        </w:rPr>
        <w:t>/</w:t>
      </w:r>
      <w:r>
        <w:rPr>
          <w:b/>
          <w:i w:val="0"/>
          <w:smallCaps w:val="0"/>
          <w:strike w:val="0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8"/>
          <w:u w:val="none"/>
        </w:rPr>
        <w:t>[Ella; July 23, Ella Nilsen is a CNN reporter covering climate, “Here’s where Kamala Harris stands on climate and energy,” https://www.cnn.com/2024/07/23/climate/kamala-harris-on-climate-energy/index.html#:~:text=Harris%20is%20a%20“tremendous%20champion,through%20Harris's%20career%20for%20decades.]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As Vice President Kamala Harris marches toward the Democratic nomination, climate advocates like what they see.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Even before he’s finished his term, President Joe Biden made his stamp as the most pro-climate president in history. </w:t>
      </w:r>
      <w:r>
        <w:rPr>
          <w:b w:val="0"/>
          <w:i w:val="0"/>
          <w:smallCaps w:val="0"/>
          <w:strike w:val="0"/>
          <w:u w:val="single"/>
        </w:rPr>
        <w:t xml:space="preserve">And </w:t>
      </w:r>
      <w:r>
        <w:rPr>
          <w:b w:val="0"/>
          <w:i w:val="0"/>
          <w:smallCaps w:val="0"/>
          <w:strike w:val="0"/>
          <w:highlight w:val="cyan"/>
          <w:u w:val="single"/>
        </w:rPr>
        <w:t>Harris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is an exciting climate candidate</w:t>
      </w:r>
      <w:r>
        <w:rPr>
          <w:b w:val="0"/>
          <w:i w:val="0"/>
          <w:smallCaps w:val="0"/>
          <w:strike w:val="0"/>
          <w:u w:val="single"/>
        </w:rPr>
        <w:t xml:space="preserve"> in her own right, multiple advocates told CNN.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Harris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 “tremendous </w:t>
      </w:r>
      <w:r>
        <w:rPr>
          <w:b w:val="0"/>
          <w:i w:val="0"/>
          <w:smallCaps w:val="0"/>
          <w:strike w:val="0"/>
          <w:highlight w:val="cyan"/>
          <w:u w:val="single"/>
        </w:rPr>
        <w:t>champion</w:t>
      </w:r>
      <w:r>
        <w:rPr>
          <w:b w:val="0"/>
          <w:i w:val="0"/>
          <w:smallCaps w:val="0"/>
          <w:strike w:val="0"/>
          <w:u w:val="single"/>
        </w:rPr>
        <w:t xml:space="preserve">” </w:t>
      </w:r>
      <w:r>
        <w:rPr>
          <w:b w:val="0"/>
          <w:i w:val="0"/>
          <w:smallCaps w:val="0"/>
          <w:strike w:val="0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climate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environmental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justice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said</w:t>
      </w:r>
      <w:r>
        <w:rPr>
          <w:b w:val="0"/>
          <w:i w:val="0"/>
          <w:smallCaps w:val="0"/>
          <w:strike w:val="0"/>
          <w:u w:val="single"/>
        </w:rPr>
        <w:t xml:space="preserve"> Tiernan </w:t>
      </w:r>
      <w:r>
        <w:rPr>
          <w:b w:val="0"/>
          <w:i w:val="0"/>
          <w:smallCaps w:val="0"/>
          <w:strike w:val="0"/>
          <w:highlight w:val="cyan"/>
          <w:u w:val="single"/>
        </w:rPr>
        <w:t>Sittenfeld</w:t>
      </w:r>
      <w:r>
        <w:rPr>
          <w:b w:val="0"/>
          <w:i w:val="0"/>
          <w:smallCaps w:val="0"/>
          <w:strike w:val="0"/>
          <w:u w:val="singl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senior vice president of government affairs for the League of Conservation Voters Action Fund.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Climate action has run through Harris’s career for decades</w:t>
      </w:r>
      <w:r>
        <w:rPr>
          <w:b w:val="0"/>
          <w:i w:val="0"/>
          <w:smallCaps w:val="0"/>
          <w:strike w:val="0"/>
          <w:u w:val="single"/>
        </w:rPr>
        <w:t xml:space="preserve">. As California’s attorney general, </w:t>
      </w:r>
      <w:r>
        <w:rPr>
          <w:b w:val="0"/>
          <w:i w:val="0"/>
          <w:smallCaps w:val="0"/>
          <w:strike w:val="0"/>
          <w:highlight w:val="cyan"/>
          <w:u w:val="single"/>
        </w:rPr>
        <w:t>Harris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sued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big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oil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companies</w:t>
      </w:r>
      <w:r>
        <w:rPr>
          <w:b w:val="0"/>
          <w:i w:val="0"/>
          <w:smallCaps w:val="0"/>
          <w:strike w:val="0"/>
          <w:u w:val="single"/>
        </w:rPr>
        <w:t xml:space="preserve"> like BP and ConocoPhillips, and investigated Exxon Mobil for its role in climate change disinformation. </w:t>
      </w:r>
      <w:r>
        <w:rPr>
          <w:b w:val="0"/>
          <w:i w:val="0"/>
          <w:smallCaps w:val="0"/>
          <w:strike w:val="0"/>
          <w:u w:val="none"/>
        </w:rPr>
        <w:t xml:space="preserve">While in the Senate, she sponsored the Green New Deal resolution. </w:t>
      </w:r>
      <w:r>
        <w:rPr>
          <w:b w:val="0"/>
          <w:i w:val="0"/>
          <w:smallCaps w:val="0"/>
          <w:strike w:val="0"/>
          <w:highlight w:val="cyan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as vice president</w:t>
      </w:r>
      <w:r>
        <w:rPr>
          <w:b w:val="0"/>
          <w:i w:val="0"/>
          <w:smallCaps w:val="0"/>
          <w:strike w:val="0"/>
          <w:u w:val="single"/>
        </w:rPr>
        <w:t xml:space="preserve">, Harris </w:t>
      </w:r>
      <w:r>
        <w:rPr>
          <w:b w:val="0"/>
          <w:i w:val="0"/>
          <w:smallCaps w:val="0"/>
          <w:strike w:val="0"/>
          <w:highlight w:val="cyan"/>
          <w:u w:val="single"/>
        </w:rPr>
        <w:t>made</w:t>
      </w:r>
      <w:r>
        <w:rPr>
          <w:b w:val="0"/>
          <w:i w:val="0"/>
          <w:smallCaps w:val="0"/>
          <w:strike w:val="0"/>
          <w:u w:val="single"/>
        </w:rPr>
        <w:t xml:space="preserve"> the crucial </w:t>
      </w:r>
      <w:r>
        <w:rPr>
          <w:b w:val="0"/>
          <w:i w:val="0"/>
          <w:smallCaps w:val="0"/>
          <w:strike w:val="0"/>
          <w:highlight w:val="cyan"/>
          <w:u w:val="single"/>
        </w:rPr>
        <w:t>tie</w:t>
      </w:r>
      <w:r>
        <w:rPr>
          <w:b w:val="0"/>
          <w:i w:val="0"/>
          <w:smallCaps w:val="0"/>
          <w:strike w:val="0"/>
          <w:u w:val="single"/>
        </w:rPr>
        <w:t>-</w:t>
      </w:r>
      <w:r>
        <w:rPr>
          <w:b w:val="0"/>
          <w:i w:val="0"/>
          <w:smallCaps w:val="0"/>
          <w:strike w:val="0"/>
          <w:highlight w:val="cyan"/>
          <w:u w:val="single"/>
        </w:rPr>
        <w:t>breaking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vote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pass</w:t>
      </w:r>
      <w:r>
        <w:rPr>
          <w:b w:val="0"/>
          <w:i w:val="0"/>
          <w:smallCaps w:val="0"/>
          <w:strike w:val="0"/>
          <w:u w:val="single"/>
        </w:rPr>
        <w:t xml:space="preserve"> Democrats’ </w:t>
      </w:r>
      <w:r>
        <w:rPr>
          <w:b w:val="0"/>
          <w:i w:val="0"/>
          <w:smallCaps w:val="0"/>
          <w:strike w:val="0"/>
          <w:highlight w:val="cyan"/>
          <w:u w:val="single"/>
        </w:rPr>
        <w:t>historic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climate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bill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“</w:t>
      </w:r>
      <w:r>
        <w:rPr>
          <w:b w:val="0"/>
          <w:i w:val="0"/>
          <w:smallCaps w:val="0"/>
          <w:strike w:val="0"/>
          <w:u w:val="single"/>
        </w:rPr>
        <w:t>Vice President Harris would kick ass against Trump</w:t>
      </w:r>
      <w:r>
        <w:rPr>
          <w:b w:val="0"/>
          <w:i w:val="0"/>
          <w:smallCaps w:val="0"/>
          <w:strike w:val="0"/>
          <w:u w:val="none"/>
        </w:rPr>
        <w:t>,” Biden’s first national climate adviser Gina McCarthy said in a statement. “</w:t>
      </w:r>
      <w:r>
        <w:rPr>
          <w:b w:val="0"/>
          <w:i w:val="0"/>
          <w:smallCaps w:val="0"/>
          <w:strike w:val="0"/>
          <w:highlight w:val="cyan"/>
          <w:u w:val="single"/>
        </w:rPr>
        <w:t>She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fight</w:t>
      </w:r>
      <w:r>
        <w:rPr>
          <w:b w:val="0"/>
          <w:i w:val="0"/>
          <w:smallCaps w:val="0"/>
          <w:strike w:val="0"/>
          <w:u w:val="single"/>
        </w:rPr>
        <w:t xml:space="preserve"> every day </w:t>
      </w:r>
      <w:r>
        <w:rPr>
          <w:b w:val="0"/>
          <w:i w:val="0"/>
          <w:smallCaps w:val="0"/>
          <w:strike w:val="0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u w:val="single"/>
        </w:rPr>
        <w:t xml:space="preserve"> all </w:t>
      </w:r>
      <w:r>
        <w:rPr>
          <w:b w:val="0"/>
          <w:i w:val="0"/>
          <w:smallCaps w:val="0"/>
          <w:strike w:val="0"/>
          <w:highlight w:val="cyan"/>
          <w:u w:val="single"/>
        </w:rPr>
        <w:t>Americans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to have</w:t>
      </w:r>
      <w:r>
        <w:rPr>
          <w:b w:val="0"/>
          <w:i w:val="0"/>
          <w:smallCaps w:val="0"/>
          <w:strike w:val="0"/>
          <w:u w:val="single"/>
        </w:rPr>
        <w:t xml:space="preserve"> access to </w:t>
      </w:r>
      <w:r>
        <w:rPr>
          <w:b w:val="0"/>
          <w:i w:val="0"/>
          <w:smallCaps w:val="0"/>
          <w:strike w:val="0"/>
          <w:highlight w:val="cyan"/>
          <w:u w:val="single"/>
        </w:rPr>
        <w:t>clean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air</w:t>
      </w:r>
      <w:r>
        <w:rPr>
          <w:b w:val="0"/>
          <w:i w:val="0"/>
          <w:smallCaps w:val="0"/>
          <w:strike w:val="0"/>
          <w:u w:val="single"/>
        </w:rPr>
        <w:t xml:space="preserve">, clean </w:t>
      </w:r>
      <w:r>
        <w:rPr>
          <w:b w:val="0"/>
          <w:i w:val="0"/>
          <w:smallCaps w:val="0"/>
          <w:strike w:val="0"/>
          <w:highlight w:val="cyan"/>
          <w:u w:val="single"/>
        </w:rPr>
        <w:t>water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 w:val="0"/>
          <w:i w:val="0"/>
          <w:smallCaps w:val="0"/>
          <w:strike w:val="0"/>
          <w:highlight w:val="cyan"/>
          <w:u w:val="single"/>
        </w:rPr>
        <w:t>healthy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environment</w:t>
      </w:r>
      <w:r>
        <w:rPr>
          <w:b w:val="0"/>
          <w:i w:val="0"/>
          <w:smallCaps w:val="0"/>
          <w:strike w:val="0"/>
          <w:u w:val="singl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Harris’s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candidacy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comes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at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 w:val="0"/>
          <w:i w:val="0"/>
          <w:smallCaps w:val="0"/>
          <w:strike w:val="0"/>
          <w:highlight w:val="cyan"/>
          <w:u w:val="single"/>
        </w:rPr>
        <w:t>make</w:t>
      </w:r>
      <w:r>
        <w:rPr>
          <w:b w:val="0"/>
          <w:i w:val="0"/>
          <w:smallCaps w:val="0"/>
          <w:strike w:val="0"/>
          <w:u w:val="single"/>
        </w:rPr>
        <w:t>-</w:t>
      </w:r>
      <w:r>
        <w:rPr>
          <w:b w:val="0"/>
          <w:i w:val="0"/>
          <w:smallCaps w:val="0"/>
          <w:strike w:val="0"/>
          <w:highlight w:val="cyan"/>
          <w:u w:val="single"/>
        </w:rPr>
        <w:t>or</w:t>
      </w:r>
      <w:r>
        <w:rPr>
          <w:b w:val="0"/>
          <w:i w:val="0"/>
          <w:smallCaps w:val="0"/>
          <w:strike w:val="0"/>
          <w:u w:val="single"/>
        </w:rPr>
        <w:t>-</w:t>
      </w:r>
      <w:r>
        <w:rPr>
          <w:b w:val="0"/>
          <w:i w:val="0"/>
          <w:smallCaps w:val="0"/>
          <w:strike w:val="0"/>
          <w:highlight w:val="cyan"/>
          <w:u w:val="single"/>
        </w:rPr>
        <w:t>break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moment</w:t>
      </w:r>
      <w:r>
        <w:rPr>
          <w:b w:val="0"/>
          <w:i w:val="0"/>
          <w:smallCaps w:val="0"/>
          <w:strike w:val="0"/>
          <w:u w:val="single"/>
        </w:rPr>
        <w:t xml:space="preserve"> for the planet. </w:t>
      </w:r>
      <w:r>
        <w:rPr>
          <w:b w:val="0"/>
          <w:i w:val="0"/>
          <w:smallCaps w:val="0"/>
          <w:strike w:val="0"/>
          <w:highlight w:val="cyan"/>
          <w:u w:val="single"/>
        </w:rPr>
        <w:t>2023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was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hottest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year</w:t>
      </w:r>
      <w:r>
        <w:rPr>
          <w:b w:val="0"/>
          <w:i w:val="0"/>
          <w:smallCaps w:val="0"/>
          <w:strike w:val="0"/>
          <w:u w:val="single"/>
        </w:rPr>
        <w:t xml:space="preserve"> on record,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2024</w:t>
      </w:r>
      <w:r>
        <w:rPr>
          <w:b w:val="0"/>
          <w:i w:val="0"/>
          <w:smallCaps w:val="0"/>
          <w:strike w:val="0"/>
          <w:u w:val="single"/>
        </w:rPr>
        <w:t xml:space="preserve"> has only </w:t>
      </w:r>
      <w:r>
        <w:rPr>
          <w:b w:val="0"/>
          <w:i w:val="0"/>
          <w:smallCaps w:val="0"/>
          <w:strike w:val="0"/>
          <w:highlight w:val="cyan"/>
          <w:u w:val="single"/>
        </w:rPr>
        <w:t>continued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trend</w:t>
      </w:r>
      <w:r>
        <w:rPr>
          <w:b w:val="0"/>
          <w:i w:val="0"/>
          <w:smallCaps w:val="0"/>
          <w:strike w:val="0"/>
          <w:u w:val="single"/>
        </w:rPr>
        <w:t>, with fresh data showing July 21 was the hottest day on record globally.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With rising global temperatures pushing the world closer to irreparable harm, scientists and energy groups say the only way to minimize the damage is to rapidly deploy clean energy on a massive scale by the end of this decade.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Advocates say </w:t>
      </w:r>
      <w:r>
        <w:rPr>
          <w:b w:val="0"/>
          <w:i w:val="0"/>
          <w:smallCaps w:val="0"/>
          <w:strike w:val="0"/>
          <w:u w:val="single"/>
        </w:rPr>
        <w:t xml:space="preserve">Harris’s record on climate couldn’t be more different from her Republican opponent, former President Donald </w:t>
      </w:r>
      <w:r>
        <w:rPr>
          <w:b w:val="0"/>
          <w:i w:val="0"/>
          <w:smallCaps w:val="0"/>
          <w:strike w:val="0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u w:val="single"/>
        </w:rPr>
        <w:t xml:space="preserve"> – a man who has </w:t>
      </w:r>
      <w:r>
        <w:rPr>
          <w:b w:val="0"/>
          <w:i w:val="0"/>
          <w:smallCaps w:val="0"/>
          <w:strike w:val="0"/>
          <w:highlight w:val="cyan"/>
          <w:u w:val="single"/>
        </w:rPr>
        <w:t>vowed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pull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US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out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u w:val="single"/>
        </w:rPr>
        <w:t xml:space="preserve"> its </w:t>
      </w:r>
      <w:r>
        <w:rPr>
          <w:b w:val="0"/>
          <w:i w:val="0"/>
          <w:smallCaps w:val="0"/>
          <w:strike w:val="0"/>
          <w:highlight w:val="cyan"/>
          <w:u w:val="single"/>
        </w:rPr>
        <w:t>climate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commitments</w:t>
      </w:r>
      <w:r>
        <w:rPr>
          <w:b w:val="0"/>
          <w:i w:val="0"/>
          <w:smallCaps w:val="0"/>
          <w:strike w:val="0"/>
          <w:u w:val="none"/>
        </w:rPr>
        <w:t xml:space="preserve"> and to “drill, baby, drill.”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With Democrats quickly uniting around Harris, they are eager to shine the spotlight back on Trump’s agenda.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“It’s largely been forgotten how disastrous Trump has been on climate and how disastrous it would be for our planet if he’s elected again,” Jamal Raad, co-founder </w:t>
      </w:r>
      <w:r>
        <w:rPr>
          <w:b w:val="0"/>
          <w:i w:val="0"/>
          <w:smallCaps w:val="0"/>
          <w:strike w:val="0"/>
          <w:highlight w:val="cyan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former executive director of Evergreen Action, told CNN.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How Democrats plan to campaign on climate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stakes of the 2024 election for the global climate couldn’t be higher.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Trump has vowed to </w:t>
      </w:r>
      <w:r>
        <w:rPr>
          <w:b w:val="0"/>
          <w:i w:val="0"/>
          <w:smallCaps w:val="0"/>
          <w:strike w:val="0"/>
          <w:highlight w:val="cyan"/>
          <w:u w:val="single"/>
        </w:rPr>
        <w:t>push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America</w:t>
      </w:r>
      <w:r>
        <w:rPr>
          <w:b w:val="0"/>
          <w:i w:val="0"/>
          <w:smallCaps w:val="0"/>
          <w:strike w:val="0"/>
          <w:u w:val="single"/>
        </w:rPr>
        <w:t xml:space="preserve"> decisively </w:t>
      </w:r>
      <w:r>
        <w:rPr>
          <w:b w:val="0"/>
          <w:i w:val="0"/>
          <w:smallCaps w:val="0"/>
          <w:strike w:val="0"/>
          <w:highlight w:val="cyan"/>
          <w:u w:val="single"/>
        </w:rPr>
        <w:t>back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fossil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fuels</w:t>
      </w:r>
      <w:r>
        <w:rPr>
          <w:b w:val="0"/>
          <w:i w:val="0"/>
          <w:smallCaps w:val="0"/>
          <w:strike w:val="0"/>
          <w:u w:val="single"/>
        </w:rPr>
        <w:t>, promising to unwind Biden’s climate and clean energy legacy and pull America out of its global climate commitments.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Given the stakes, climate advocates are eager to shine a light on the stark contrast between Trump and Harris.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“</w:t>
      </w:r>
      <w:r>
        <w:rPr>
          <w:b w:val="0"/>
          <w:i w:val="0"/>
          <w:smallCaps w:val="0"/>
          <w:strike w:val="0"/>
          <w:highlight w:val="cyan"/>
          <w:u w:val="single"/>
        </w:rPr>
        <w:t>Harris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wants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to keep building</w:t>
      </w:r>
      <w:r>
        <w:rPr>
          <w:b w:val="0"/>
          <w:i w:val="0"/>
          <w:smallCaps w:val="0"/>
          <w:strike w:val="0"/>
          <w:u w:val="single"/>
        </w:rPr>
        <w:t xml:space="preserve"> this </w:t>
      </w:r>
      <w:r>
        <w:rPr>
          <w:b w:val="0"/>
          <w:i w:val="0"/>
          <w:smallCaps w:val="0"/>
          <w:strike w:val="0"/>
          <w:highlight w:val="cyan"/>
          <w:u w:val="single"/>
        </w:rPr>
        <w:t>bright clean energy future</w:t>
      </w:r>
      <w:r>
        <w:rPr>
          <w:b w:val="0"/>
          <w:i w:val="0"/>
          <w:smallCaps w:val="0"/>
          <w:strike w:val="0"/>
          <w:u w:val="single"/>
        </w:rPr>
        <w:t xml:space="preserve">, and Trump and Big Oil really do represent the worst of our past,” </w:t>
      </w:r>
      <w:r>
        <w:rPr>
          <w:b w:val="0"/>
          <w:i w:val="0"/>
          <w:smallCaps w:val="0"/>
          <w:strike w:val="0"/>
          <w:highlight w:val="cyan"/>
          <w:u w:val="single"/>
        </w:rPr>
        <w:t>said</w:t>
      </w:r>
      <w:r>
        <w:rPr>
          <w:b w:val="0"/>
          <w:i w:val="0"/>
          <w:smallCaps w:val="0"/>
          <w:strike w:val="0"/>
          <w:u w:val="single"/>
        </w:rPr>
        <w:t xml:space="preserve"> Lori </w:t>
      </w:r>
      <w:r>
        <w:rPr>
          <w:b w:val="0"/>
          <w:i w:val="0"/>
          <w:smallCaps w:val="0"/>
          <w:strike w:val="0"/>
          <w:highlight w:val="cyan"/>
          <w:u w:val="single"/>
        </w:rPr>
        <w:t>Lodes</w:t>
      </w:r>
      <w:r>
        <w:rPr>
          <w:b w:val="0"/>
          <w:i w:val="0"/>
          <w:smallCaps w:val="0"/>
          <w:strike w:val="0"/>
          <w:u w:val="none"/>
        </w:rPr>
        <w:t>, executive director of advocacy group Climate Power.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Republicans are already attacking Harris on energy, specifically for her earlier support of a fracking ban during her 2020 campaign for president. Biden opposed such a ban, and Harris later walked back that support when she became his running mate.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Democrats are hoping to use their climate agenda to motivate young people, which polls showed Biden was struggling with. Advocates said Democrats may benefit from a younger candidate speaking to young voters on climate.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And advocates added Harris’s detachment from some of Biden’s more controversial moves on climate as president – such as his approval last year of the massive Alaska oil drilling project known as Willow – may benefit her.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Members of the youth climate group Sunrise Movement will be watching to see whether Harris moves to distinguish herself from Biden on Willow, Sunrise Movement spokesperson Stevie O’Hanlon told CNN.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“Does Harris break from Biden’s most unpopular decisions with young people?” O’Hanlon said. “She has an opportunity to define herself as a new candidate and as different from Biden. That’s the critical work for her in the coming days.”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