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Trump Win leads to Civil War</w:t>
      </w:r>
    </w:p>
    <w:p>
      <w:pPr>
        <w:spacing w:after="80"/>
      </w:pPr>
      <w:r>
        <w:rPr>
          <w:b/>
          <w:i w:val="0"/>
          <w:smallCaps w:val="0"/>
          <w:strike w:val="0"/>
          <w:sz w:val="24"/>
          <w:u w:val="none"/>
        </w:rPr>
        <w:t>Kuttner</w:t>
      </w:r>
      <w:r>
        <w:rPr>
          <w:b w:val="0"/>
          <w:i w:val="0"/>
          <w:smallCaps w:val="0"/>
          <w:strike w:val="0"/>
          <w:u w:val="none"/>
        </w:rPr>
        <w:t xml:space="preserve"> </w:t>
      </w:r>
      <w:r>
        <w:rPr>
          <w:b w:val="0"/>
          <w:i w:val="0"/>
          <w:smallCaps w:val="0"/>
          <w:strike w:val="0"/>
          <w:sz w:val="20"/>
          <w:u w:val="none"/>
        </w:rPr>
        <w:t>7/9/</w:t>
      </w:r>
      <w:r>
        <w:rPr>
          <w:b/>
          <w:i w:val="0"/>
          <w:smallCaps w:val="0"/>
          <w:strike w:val="0"/>
          <w:u w:val="none"/>
        </w:rPr>
        <w:t>24</w:t>
      </w:r>
      <w:r>
        <w:rPr>
          <w:b w:val="0"/>
          <w:i w:val="0"/>
          <w:smallCaps w:val="0"/>
          <w:strike w:val="0"/>
          <w:u w:val="none"/>
        </w:rPr>
        <w:t xml:space="preserve"> </w:t>
      </w:r>
      <w:r>
        <w:rPr>
          <w:b w:val="0"/>
          <w:i w:val="0"/>
          <w:smallCaps w:val="0"/>
          <w:strike w:val="0"/>
          <w:sz w:val="20"/>
          <w:u w:val="none"/>
        </w:rPr>
        <w:t>[Robert; July 9, Robert Kuttner is co-founder and co-editor of The American Prospect, and professor at Brandeis University’s Heller School, “Could a Trump Dictatorship Be Resisted?”, https://prospect.org/civil-rights/2024-07-09-could-trump-dictatorship-be-resisted/]</w:t>
      </w:r>
    </w:p>
    <w:p>
      <w:pPr>
        <w:spacing w:after="60"/>
      </w:pPr>
      <w:r>
        <w:rPr>
          <w:b w:val="0"/>
          <w:i w:val="0"/>
          <w:smallCaps w:val="0"/>
          <w:strike w:val="0"/>
          <w:u w:val="none"/>
        </w:rPr>
        <w:t>Would Donald Trump follow through on his more extravagant anti-democratic fantasies? His rhetoric certainly suggests so, but with Trump you never know.</w:t>
      </w:r>
    </w:p>
    <w:p>
      <w:pPr>
        <w:spacing w:after="60"/>
      </w:pPr>
      <w:r>
        <w:rPr>
          <w:b w:val="0"/>
          <w:i w:val="0"/>
          <w:smallCaps w:val="0"/>
          <w:strike w:val="0"/>
          <w:highlight w:val="cyan"/>
          <w:u w:val="single"/>
        </w:rPr>
        <w:t>If</w:t>
      </w:r>
      <w:r>
        <w:rPr>
          <w:b w:val="0"/>
          <w:i w:val="0"/>
          <w:smallCaps w:val="0"/>
          <w:strike w:val="0"/>
          <w:u w:val="single"/>
        </w:rPr>
        <w:t xml:space="preserve"> </w:t>
      </w:r>
      <w:r>
        <w:rPr>
          <w:b w:val="0"/>
          <w:i w:val="0"/>
          <w:smallCaps w:val="0"/>
          <w:strike w:val="0"/>
          <w:highlight w:val="cyan"/>
          <w:u w:val="single"/>
        </w:rPr>
        <w:t>Trump</w:t>
      </w:r>
      <w:r>
        <w:rPr>
          <w:b w:val="0"/>
          <w:i w:val="0"/>
          <w:smallCaps w:val="0"/>
          <w:strike w:val="0"/>
          <w:u w:val="single"/>
        </w:rPr>
        <w:t xml:space="preserve"> does </w:t>
      </w:r>
      <w:r>
        <w:rPr>
          <w:b w:val="0"/>
          <w:i w:val="0"/>
          <w:smallCaps w:val="0"/>
          <w:strike w:val="0"/>
          <w:highlight w:val="cyan"/>
          <w:u w:val="single"/>
        </w:rPr>
        <w:t>carry out</w:t>
      </w:r>
      <w:r>
        <w:rPr>
          <w:b w:val="0"/>
          <w:i w:val="0"/>
          <w:smallCaps w:val="0"/>
          <w:strike w:val="0"/>
          <w:u w:val="single"/>
        </w:rPr>
        <w:t xml:space="preserve"> his </w:t>
      </w:r>
      <w:r>
        <w:rPr>
          <w:b w:val="0"/>
          <w:i w:val="0"/>
          <w:smallCaps w:val="0"/>
          <w:strike w:val="0"/>
          <w:highlight w:val="cyan"/>
          <w:u w:val="single"/>
        </w:rPr>
        <w:t>threats</w:t>
      </w:r>
      <w:r>
        <w:rPr>
          <w:b w:val="0"/>
          <w:i w:val="0"/>
          <w:smallCaps w:val="0"/>
          <w:strike w:val="0"/>
          <w:u w:val="single"/>
        </w:rPr>
        <w:t xml:space="preserve">, we are </w:t>
      </w:r>
      <w:r>
        <w:rPr>
          <w:b w:val="0"/>
          <w:i w:val="0"/>
          <w:smallCaps w:val="0"/>
          <w:strike w:val="0"/>
          <w:highlight w:val="cyan"/>
          <w:u w:val="single"/>
        </w:rPr>
        <w:t>likely</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see</w:t>
      </w:r>
      <w:r>
        <w:rPr>
          <w:b w:val="0"/>
          <w:i w:val="0"/>
          <w:smallCaps w:val="0"/>
          <w:strike w:val="0"/>
          <w:u w:val="single"/>
        </w:rPr>
        <w:t xml:space="preserve"> something unlike anything America has lived </w:t>
      </w:r>
      <w:r>
        <w:rPr>
          <w:b w:val="0"/>
          <w:i w:val="0"/>
          <w:smallCaps w:val="0"/>
          <w:strike w:val="0"/>
          <w:u w:val="single"/>
        </w:rPr>
        <w:t>through:</w:t>
      </w:r>
      <w:r>
        <w:rPr>
          <w:b w:val="0"/>
          <w:i w:val="0"/>
          <w:smallCaps w:val="0"/>
          <w:strike w:val="0"/>
          <w:u w:val="single"/>
        </w:rPr>
        <w:t xml:space="preserve"> an incipient </w:t>
      </w:r>
      <w:r>
        <w:rPr>
          <w:b w:val="0"/>
          <w:i w:val="0"/>
          <w:smallCaps w:val="0"/>
          <w:strike w:val="0"/>
          <w:highlight w:val="cyan"/>
          <w:u w:val="single"/>
        </w:rPr>
        <w:t>dictatorship</w:t>
      </w:r>
      <w:r>
        <w:rPr>
          <w:b w:val="0"/>
          <w:i w:val="0"/>
          <w:smallCaps w:val="0"/>
          <w:strike w:val="0"/>
          <w:u w:val="single"/>
        </w:rPr>
        <w:t xml:space="preserve"> </w:t>
      </w:r>
      <w:r>
        <w:rPr>
          <w:b w:val="0"/>
          <w:i w:val="0"/>
          <w:smallCaps w:val="0"/>
          <w:strike w:val="0"/>
          <w:highlight w:val="cyan"/>
          <w:u w:val="single"/>
        </w:rPr>
        <w:t>that invites massive resistance</w:t>
      </w:r>
      <w:r>
        <w:rPr>
          <w:b w:val="0"/>
          <w:i w:val="0"/>
          <w:smallCaps w:val="0"/>
          <w:strike w:val="0"/>
          <w:u w:val="none"/>
        </w:rPr>
        <w:t>. What would that look like? Could it restrain Trump? Would it lead to mass arrests? What would blue-state governors and mayors do? And how should citizens be preparing?</w:t>
      </w:r>
    </w:p>
    <w:p>
      <w:pPr>
        <w:spacing w:after="60"/>
      </w:pPr>
      <w:r>
        <w:rPr>
          <w:b w:val="0"/>
          <w:i w:val="0"/>
          <w:smallCaps w:val="0"/>
          <w:strike w:val="0"/>
          <w:u w:val="none"/>
        </w:rPr>
        <w:t>To take just one example, Stephen Miller</w:t>
      </w:r>
      <w:r>
        <w:rPr>
          <w:b w:val="0"/>
          <w:i w:val="0"/>
          <w:smallCaps w:val="0"/>
          <w:strike w:val="0"/>
          <w:u w:val="single"/>
        </w:rPr>
        <w:t xml:space="preserve">, </w:t>
      </w:r>
      <w:r>
        <w:rPr>
          <w:b w:val="0"/>
          <w:i w:val="0"/>
          <w:smallCaps w:val="0"/>
          <w:strike w:val="0"/>
          <w:highlight w:val="cyan"/>
          <w:u w:val="single"/>
        </w:rPr>
        <w:t>Trump</w:t>
      </w:r>
      <w:r>
        <w:rPr>
          <w:b w:val="0"/>
          <w:i w:val="0"/>
          <w:smallCaps w:val="0"/>
          <w:strike w:val="0"/>
          <w:u w:val="single"/>
        </w:rPr>
        <w:t xml:space="preserve">’s czar on immigration policy, has </w:t>
      </w:r>
      <w:r>
        <w:rPr>
          <w:b w:val="0"/>
          <w:i w:val="0"/>
          <w:smallCaps w:val="0"/>
          <w:strike w:val="0"/>
          <w:highlight w:val="cyan"/>
          <w:u w:val="single"/>
        </w:rPr>
        <w:t>called</w:t>
      </w:r>
      <w:r>
        <w:rPr>
          <w:b w:val="0"/>
          <w:i w:val="0"/>
          <w:smallCaps w:val="0"/>
          <w:strike w:val="0"/>
          <w:u w:val="single"/>
        </w:rPr>
        <w:t xml:space="preserve"> </w:t>
      </w:r>
      <w:r>
        <w:rPr>
          <w:b w:val="0"/>
          <w:i w:val="0"/>
          <w:smallCaps w:val="0"/>
          <w:strike w:val="0"/>
          <w:highlight w:val="cyan"/>
          <w:u w:val="single"/>
        </w:rPr>
        <w:t>for</w:t>
      </w:r>
      <w:r>
        <w:rPr>
          <w:b w:val="0"/>
          <w:i w:val="0"/>
          <w:smallCaps w:val="0"/>
          <w:strike w:val="0"/>
          <w:u w:val="single"/>
        </w:rPr>
        <w:t xml:space="preserve"> rounding up some </w:t>
      </w:r>
      <w:r>
        <w:rPr>
          <w:b w:val="0"/>
          <w:i w:val="0"/>
          <w:smallCaps w:val="0"/>
          <w:strike w:val="0"/>
          <w:highlight w:val="cyan"/>
          <w:u w:val="single"/>
        </w:rPr>
        <w:t>ten million undocumented residents</w:t>
      </w:r>
      <w:r>
        <w:rPr>
          <w:b w:val="0"/>
          <w:i w:val="0"/>
          <w:smallCaps w:val="0"/>
          <w:strike w:val="0"/>
          <w:u w:val="single"/>
        </w:rPr>
        <w:t xml:space="preserve"> and </w:t>
      </w:r>
      <w:r>
        <w:rPr>
          <w:b w:val="0"/>
          <w:i w:val="0"/>
          <w:smallCaps w:val="0"/>
          <w:strike w:val="0"/>
          <w:highlight w:val="cyan"/>
          <w:u w:val="single"/>
        </w:rPr>
        <w:t>putting</w:t>
      </w:r>
      <w:r>
        <w:rPr>
          <w:b w:val="0"/>
          <w:i w:val="0"/>
          <w:smallCaps w:val="0"/>
          <w:strike w:val="0"/>
          <w:u w:val="single"/>
        </w:rPr>
        <w:t xml:space="preserve"> </w:t>
      </w:r>
      <w:r>
        <w:rPr>
          <w:b w:val="0"/>
          <w:i w:val="0"/>
          <w:smallCaps w:val="0"/>
          <w:strike w:val="0"/>
          <w:highlight w:val="cyan"/>
          <w:u w:val="single"/>
        </w:rPr>
        <w:t>them</w:t>
      </w:r>
      <w:r>
        <w:rPr>
          <w:b w:val="0"/>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 </w:t>
      </w:r>
      <w:r>
        <w:rPr>
          <w:b w:val="0"/>
          <w:i w:val="0"/>
          <w:smallCaps w:val="0"/>
          <w:strike w:val="0"/>
          <w:highlight w:val="cyan"/>
          <w:u w:val="single"/>
        </w:rPr>
        <w:t>concentration</w:t>
      </w:r>
      <w:r>
        <w:rPr>
          <w:b w:val="0"/>
          <w:i w:val="0"/>
          <w:smallCaps w:val="0"/>
          <w:strike w:val="0"/>
          <w:u w:val="single"/>
        </w:rPr>
        <w:t xml:space="preserve"> </w:t>
      </w:r>
      <w:r>
        <w:rPr>
          <w:b w:val="0"/>
          <w:i w:val="0"/>
          <w:smallCaps w:val="0"/>
          <w:strike w:val="0"/>
          <w:highlight w:val="cyan"/>
          <w:u w:val="single"/>
        </w:rPr>
        <w:t>camps</w:t>
      </w:r>
      <w:r>
        <w:rPr>
          <w:b w:val="0"/>
          <w:i w:val="0"/>
          <w:smallCaps w:val="0"/>
          <w:strike w:val="0"/>
          <w:u w:val="single"/>
        </w:rPr>
        <w:t xml:space="preserve"> until they can be deported</w:t>
      </w:r>
      <w:r>
        <w:rPr>
          <w:b w:val="0"/>
          <w:i w:val="0"/>
          <w:smallCaps w:val="0"/>
          <w:strike w:val="0"/>
          <w:u w:val="none"/>
        </w:rPr>
        <w:t xml:space="preserve">. He </w:t>
      </w:r>
      <w:r>
        <w:rPr>
          <w:b w:val="0"/>
          <w:i w:val="0"/>
          <w:smallCaps w:val="0"/>
          <w:strike w:val="0"/>
          <w:u w:val="single"/>
        </w:rPr>
        <w:t>plans to use federalized National Guard troops to do the job, including sending troops from red states into blue ones.</w:t>
      </w:r>
    </w:p>
    <w:p>
      <w:pPr>
        <w:spacing w:after="60"/>
      </w:pPr>
      <w:r>
        <w:rPr>
          <w:b w:val="0"/>
          <w:i w:val="0"/>
          <w:smallCaps w:val="0"/>
          <w:strike w:val="0"/>
          <w:u w:val="none"/>
        </w:rPr>
        <w:t>“</w:t>
      </w:r>
      <w:r>
        <w:rPr>
          <w:b w:val="0"/>
          <w:i w:val="0"/>
          <w:smallCaps w:val="0"/>
          <w:strike w:val="0"/>
          <w:highlight w:val="cyan"/>
          <w:u w:val="single"/>
        </w:rPr>
        <w:t>If</w:t>
      </w:r>
      <w:r>
        <w:rPr>
          <w:b w:val="0"/>
          <w:i w:val="0"/>
          <w:smallCaps w:val="0"/>
          <w:strike w:val="0"/>
          <w:u w:val="single"/>
        </w:rPr>
        <w:t xml:space="preserve"> President </w:t>
      </w:r>
      <w:r>
        <w:rPr>
          <w:b w:val="0"/>
          <w:i w:val="0"/>
          <w:smallCaps w:val="0"/>
          <w:strike w:val="0"/>
          <w:highlight w:val="cyan"/>
          <w:u w:val="single"/>
        </w:rPr>
        <w:t>Trump</w:t>
      </w:r>
      <w:r>
        <w:rPr>
          <w:b w:val="0"/>
          <w:i w:val="0"/>
          <w:smallCaps w:val="0"/>
          <w:strike w:val="0"/>
          <w:u w:val="single"/>
        </w:rPr>
        <w:t xml:space="preserve"> gets </w:t>
      </w:r>
      <w:r>
        <w:rPr>
          <w:b w:val="0"/>
          <w:i w:val="0"/>
          <w:smallCaps w:val="0"/>
          <w:strike w:val="0"/>
          <w:highlight w:val="cyan"/>
          <w:u w:val="single"/>
        </w:rPr>
        <w:t>re-elected</w:t>
      </w:r>
      <w:r>
        <w:rPr>
          <w:b w:val="0"/>
          <w:i w:val="0"/>
          <w:smallCaps w:val="0"/>
          <w:strike w:val="0"/>
          <w:u w:val="single"/>
        </w:rPr>
        <w:t>,</w:t>
      </w:r>
      <w:r>
        <w:rPr>
          <w:b w:val="0"/>
          <w:i w:val="0"/>
          <w:smallCaps w:val="0"/>
          <w:strike w:val="0"/>
          <w:u w:val="none"/>
        </w:rPr>
        <w:t xml:space="preserve">” Miller said on a February 5 podcast interview with right-wing activist Charlie Kirk, </w:t>
      </w:r>
      <w:r>
        <w:rPr>
          <w:b w:val="0"/>
          <w:i w:val="0"/>
          <w:smallCaps w:val="0"/>
          <w:strike w:val="0"/>
          <w:u w:val="single"/>
        </w:rPr>
        <w:t xml:space="preserve">“the </w:t>
      </w:r>
      <w:r>
        <w:rPr>
          <w:b w:val="0"/>
          <w:i w:val="0"/>
          <w:smallCaps w:val="0"/>
          <w:strike w:val="0"/>
          <w:highlight w:val="cyan"/>
          <w:u w:val="single"/>
        </w:rPr>
        <w:t>border’s going to be sealed</w:t>
      </w:r>
      <w:r>
        <w:rPr>
          <w:b w:val="0"/>
          <w:i w:val="0"/>
          <w:smallCaps w:val="0"/>
          <w:strike w:val="0"/>
          <w:u w:val="single"/>
        </w:rPr>
        <w:t xml:space="preserve">, the </w:t>
      </w:r>
      <w:r>
        <w:rPr>
          <w:b w:val="0"/>
          <w:i w:val="0"/>
          <w:smallCaps w:val="0"/>
          <w:strike w:val="0"/>
          <w:highlight w:val="cyan"/>
          <w:u w:val="single"/>
        </w:rPr>
        <w:t>military</w:t>
      </w:r>
      <w:r>
        <w:rPr>
          <w:b w:val="0"/>
          <w:i w:val="0"/>
          <w:smallCaps w:val="0"/>
          <w:strike w:val="0"/>
          <w:u w:val="single"/>
        </w:rPr>
        <w:t xml:space="preserve"> will be </w:t>
      </w:r>
      <w:r>
        <w:rPr>
          <w:b w:val="0"/>
          <w:i w:val="0"/>
          <w:smallCaps w:val="0"/>
          <w:strike w:val="0"/>
          <w:highlight w:val="cyan"/>
          <w:u w:val="single"/>
        </w:rPr>
        <w:t>deployed</w:t>
      </w:r>
      <w:r>
        <w:rPr>
          <w:b w:val="0"/>
          <w:i w:val="0"/>
          <w:smallCaps w:val="0"/>
          <w:strike w:val="0"/>
          <w:u w:val="single"/>
        </w:rPr>
        <w:t xml:space="preserve">, the </w:t>
      </w:r>
      <w:r>
        <w:rPr>
          <w:b w:val="0"/>
          <w:i w:val="0"/>
          <w:smallCaps w:val="0"/>
          <w:strike w:val="0"/>
          <w:highlight w:val="cyan"/>
          <w:u w:val="single"/>
        </w:rPr>
        <w:t>National</w:t>
      </w:r>
      <w:r>
        <w:rPr>
          <w:b w:val="0"/>
          <w:i w:val="0"/>
          <w:smallCaps w:val="0"/>
          <w:strike w:val="0"/>
          <w:u w:val="single"/>
        </w:rPr>
        <w:t xml:space="preserve"> </w:t>
      </w:r>
      <w:r>
        <w:rPr>
          <w:b w:val="0"/>
          <w:i w:val="0"/>
          <w:smallCaps w:val="0"/>
          <w:strike w:val="0"/>
          <w:highlight w:val="cyan"/>
          <w:u w:val="single"/>
        </w:rPr>
        <w:t>Guard</w:t>
      </w:r>
      <w:r>
        <w:rPr>
          <w:b w:val="0"/>
          <w:i w:val="0"/>
          <w:smallCaps w:val="0"/>
          <w:strike w:val="0"/>
          <w:u w:val="single"/>
        </w:rPr>
        <w:t xml:space="preserve"> will be </w:t>
      </w:r>
      <w:r>
        <w:rPr>
          <w:b w:val="0"/>
          <w:i w:val="0"/>
          <w:smallCaps w:val="0"/>
          <w:strike w:val="0"/>
          <w:highlight w:val="cyan"/>
          <w:u w:val="single"/>
        </w:rPr>
        <w:t>activated</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the </w:t>
      </w:r>
      <w:r>
        <w:rPr>
          <w:b w:val="0"/>
          <w:i w:val="0"/>
          <w:smallCaps w:val="0"/>
          <w:strike w:val="0"/>
          <w:highlight w:val="cyan"/>
          <w:u w:val="single"/>
        </w:rPr>
        <w:t>illegals</w:t>
      </w:r>
      <w:r>
        <w:rPr>
          <w:b w:val="0"/>
          <w:i w:val="0"/>
          <w:smallCaps w:val="0"/>
          <w:strike w:val="0"/>
          <w:u w:val="single"/>
        </w:rPr>
        <w:t xml:space="preserve"> are </w:t>
      </w:r>
      <w:r>
        <w:rPr>
          <w:b w:val="0"/>
          <w:i w:val="0"/>
          <w:smallCaps w:val="0"/>
          <w:strike w:val="0"/>
          <w:highlight w:val="cyan"/>
          <w:u w:val="single"/>
        </w:rPr>
        <w:t>go</w:t>
      </w:r>
      <w:r>
        <w:rPr>
          <w:b w:val="0"/>
          <w:i w:val="0"/>
          <w:smallCaps w:val="0"/>
          <w:strike w:val="0"/>
          <w:u w:val="single"/>
        </w:rPr>
        <w:t xml:space="preserve">ing </w:t>
      </w:r>
      <w:r>
        <w:rPr>
          <w:b w:val="0"/>
          <w:i w:val="0"/>
          <w:smallCaps w:val="0"/>
          <w:strike w:val="0"/>
          <w:highlight w:val="cyan"/>
          <w:u w:val="single"/>
        </w:rPr>
        <w:t>home</w:t>
      </w:r>
      <w:r>
        <w:rPr>
          <w:b w:val="0"/>
          <w:i w:val="0"/>
          <w:smallCaps w:val="0"/>
          <w:strike w:val="0"/>
          <w:u w:val="single"/>
        </w:rPr>
        <w:t>.”</w:t>
      </w:r>
    </w:p>
    <w:p>
      <w:pPr>
        <w:spacing w:after="60"/>
      </w:pPr>
      <w:r>
        <w:rPr>
          <w:b w:val="0"/>
          <w:i w:val="0"/>
          <w:smallCaps w:val="0"/>
          <w:strike w:val="0"/>
          <w:u w:val="none"/>
        </w:rPr>
        <w:t>More from Robert Kuttner</w:t>
      </w:r>
    </w:p>
    <w:p>
      <w:pPr>
        <w:spacing w:after="60"/>
      </w:pPr>
      <w:r>
        <w:rPr>
          <w:b w:val="0"/>
          <w:i w:val="0"/>
          <w:smallCaps w:val="0"/>
          <w:strike w:val="0"/>
          <w:u w:val="single"/>
        </w:rPr>
        <w:t xml:space="preserve">Many undocumented </w:t>
      </w:r>
      <w:r>
        <w:rPr>
          <w:b w:val="0"/>
          <w:i w:val="0"/>
          <w:smallCaps w:val="0"/>
          <w:strike w:val="0"/>
          <w:highlight w:val="cyan"/>
          <w:u w:val="single"/>
        </w:rPr>
        <w:t>immigrants</w:t>
      </w:r>
      <w:r>
        <w:rPr>
          <w:b w:val="0"/>
          <w:i w:val="0"/>
          <w:smallCaps w:val="0"/>
          <w:strike w:val="0"/>
          <w:u w:val="single"/>
        </w:rPr>
        <w:t xml:space="preserve"> have been here for decades, </w:t>
      </w:r>
      <w:r>
        <w:rPr>
          <w:b w:val="0"/>
          <w:i w:val="0"/>
          <w:smallCaps w:val="0"/>
          <w:strike w:val="0"/>
          <w:highlight w:val="cyan"/>
          <w:u w:val="single"/>
        </w:rPr>
        <w:t>are</w:t>
      </w:r>
      <w:r>
        <w:rPr>
          <w:b w:val="0"/>
          <w:i w:val="0"/>
          <w:smallCaps w:val="0"/>
          <w:strike w:val="0"/>
          <w:u w:val="single"/>
        </w:rPr>
        <w:t xml:space="preserve"> </w:t>
      </w:r>
      <w:r>
        <w:rPr>
          <w:b w:val="0"/>
          <w:i w:val="0"/>
          <w:smallCaps w:val="0"/>
          <w:strike w:val="0"/>
          <w:highlight w:val="cyan"/>
          <w:u w:val="single"/>
        </w:rPr>
        <w:t>married</w:t>
      </w:r>
      <w:r>
        <w:rPr>
          <w:b w:val="0"/>
          <w:i w:val="0"/>
          <w:smallCaps w:val="0"/>
          <w:strike w:val="0"/>
          <w:u w:val="single"/>
        </w:rPr>
        <w:t xml:space="preserve"> to citizens or to permanent legal residents, have children who are citizens, </w:t>
      </w:r>
      <w:r>
        <w:rPr>
          <w:b w:val="0"/>
          <w:i w:val="0"/>
          <w:smallCaps w:val="0"/>
          <w:strike w:val="0"/>
          <w:highlight w:val="cyan"/>
          <w:u w:val="single"/>
        </w:rPr>
        <w:t>and</w:t>
      </w:r>
      <w:r>
        <w:rPr>
          <w:b w:val="0"/>
          <w:i w:val="0"/>
          <w:smallCaps w:val="0"/>
          <w:strike w:val="0"/>
          <w:u w:val="single"/>
        </w:rPr>
        <w:t xml:space="preserve"> have unblemished records. Many </w:t>
      </w:r>
      <w:r>
        <w:rPr>
          <w:b w:val="0"/>
          <w:i w:val="0"/>
          <w:smallCaps w:val="0"/>
          <w:strike w:val="0"/>
          <w:highlight w:val="cyan"/>
          <w:u w:val="single"/>
        </w:rPr>
        <w:t>are</w:t>
      </w:r>
      <w:r>
        <w:rPr>
          <w:b w:val="0"/>
          <w:i w:val="0"/>
          <w:smallCaps w:val="0"/>
          <w:strike w:val="0"/>
          <w:u w:val="single"/>
        </w:rPr>
        <w:t xml:space="preserve"> </w:t>
      </w:r>
      <w:r>
        <w:rPr>
          <w:b w:val="0"/>
          <w:i w:val="0"/>
          <w:smallCaps w:val="0"/>
          <w:strike w:val="0"/>
          <w:highlight w:val="cyan"/>
          <w:u w:val="single"/>
        </w:rPr>
        <w:t>valued</w:t>
      </w:r>
      <w:r>
        <w:rPr>
          <w:b w:val="0"/>
          <w:i w:val="0"/>
          <w:smallCaps w:val="0"/>
          <w:strike w:val="0"/>
          <w:u w:val="single"/>
        </w:rPr>
        <w:t xml:space="preserve"> </w:t>
      </w:r>
      <w:r>
        <w:rPr>
          <w:b w:val="0"/>
          <w:i w:val="0"/>
          <w:smallCaps w:val="0"/>
          <w:strike w:val="0"/>
          <w:highlight w:val="cyan"/>
          <w:u w:val="single"/>
        </w:rPr>
        <w:t>employees</w:t>
      </w:r>
      <w:r>
        <w:rPr>
          <w:b w:val="0"/>
          <w:i w:val="0"/>
          <w:smallCaps w:val="0"/>
          <w:strike w:val="0"/>
          <w:u w:val="none"/>
        </w:rPr>
        <w:t xml:space="preserve"> of corporations that are short of workers.</w:t>
      </w:r>
    </w:p>
    <w:p>
      <w:pPr>
        <w:spacing w:after="60"/>
      </w:pPr>
      <w:r>
        <w:rPr>
          <w:b w:val="0"/>
          <w:i w:val="0"/>
          <w:smallCaps w:val="0"/>
          <w:strike w:val="0"/>
          <w:u w:val="none"/>
        </w:rPr>
        <w:t>So</w:t>
      </w:r>
      <w:r>
        <w:rPr>
          <w:b w:val="0"/>
          <w:i w:val="0"/>
          <w:smallCaps w:val="0"/>
          <w:strike w:val="0"/>
          <w:u w:val="none"/>
        </w:rPr>
        <w:t xml:space="preserve"> imagine the scene in L.A., Chicago, Philadelphia, Boston, Baltimore, or New York, all cities with large immigrant communities, strong unions, and mostly progressive mayors and governors. (Give New York an asterisk here.) Federalized National Guardsmen from, say, Alabama and Florida are arriving by the planeload with instructions to work with the Department of Homeland Security to identify and arrest undocumented residents. The DHS already knows the identity of some seven million of them, according to The Washington Post.</w:t>
      </w:r>
    </w:p>
    <w:p>
      <w:pPr>
        <w:spacing w:after="60"/>
      </w:pPr>
      <w:r>
        <w:rPr>
          <w:b w:val="0"/>
          <w:i w:val="0"/>
          <w:smallCaps w:val="0"/>
          <w:strike w:val="0"/>
          <w:u w:val="single"/>
        </w:rPr>
        <w:t xml:space="preserve">Another example of likely Trump actions is </w:t>
      </w:r>
      <w:r>
        <w:rPr>
          <w:b w:val="0"/>
          <w:i w:val="0"/>
          <w:smallCaps w:val="0"/>
          <w:strike w:val="0"/>
          <w:u w:val="single"/>
        </w:rPr>
        <w:t>in the area of</w:t>
      </w:r>
      <w:r>
        <w:rPr>
          <w:b w:val="0"/>
          <w:i w:val="0"/>
          <w:smallCaps w:val="0"/>
          <w:strike w:val="0"/>
          <w:u w:val="single"/>
        </w:rPr>
        <w:t xml:space="preserve"> reproductive rights. </w:t>
      </w:r>
      <w:r>
        <w:rPr>
          <w:b w:val="0"/>
          <w:i w:val="0"/>
          <w:smallCaps w:val="0"/>
          <w:strike w:val="0"/>
          <w:u w:val="none"/>
        </w:rPr>
        <w:t>Texas has asserted jurisdiction to arrest and punish women who travel to states where abortion is legal and has even deputized private citizens to track down offenders. Many blue states, in turn, have passed laws to protect both providers and women seeking treatment.</w:t>
      </w:r>
    </w:p>
    <w:p>
      <w:pPr>
        <w:spacing w:after="60"/>
      </w:pPr>
      <w:r>
        <w:rPr>
          <w:b w:val="0"/>
          <w:i w:val="0"/>
          <w:smallCaps w:val="0"/>
          <w:strike w:val="0"/>
          <w:u w:val="none"/>
        </w:rPr>
        <w:t>Trump might well try to use federal power to support extraterritorial red-state efforts to track down women who cross state lines seeking abortions. Here again, leaders and citizens of states where abortion is legal would likely provide sanctuary, actions that Trump could point to as acts of civil disobedience.</w:t>
      </w:r>
    </w:p>
    <w:p>
      <w:pPr>
        <w:spacing w:after="60"/>
      </w:pPr>
      <w:r>
        <w:rPr>
          <w:b w:val="0"/>
          <w:i w:val="0"/>
          <w:smallCaps w:val="0"/>
          <w:strike w:val="0"/>
          <w:u w:val="none"/>
        </w:rPr>
        <w:t>It’s not too soon to take stock of a potential resistance movement’s strengths and weaknesses.</w:t>
      </w:r>
    </w:p>
    <w:p>
      <w:pPr>
        <w:spacing w:after="60"/>
      </w:pPr>
      <w:r>
        <w:rPr>
          <w:b w:val="0"/>
          <w:i w:val="0"/>
          <w:smallCaps w:val="0"/>
          <w:strike w:val="0"/>
          <w:u w:val="single"/>
        </w:rPr>
        <w:t>What would massive resistance look like?</w:t>
      </w:r>
      <w:r>
        <w:rPr>
          <w:b w:val="0"/>
          <w:i w:val="0"/>
          <w:smallCaps w:val="0"/>
          <w:strike w:val="0"/>
          <w:u w:val="none"/>
        </w:rPr>
        <w:t xml:space="preserve"> It would not look like, say, the campus demonstrations against Israel’s Gaza slaughter, or even like the mass anti-war protests of the 1960s, where gestures to shut down the Pentagon were symbolic and not literal. The Occupy Wall Street sit-ins were metaphoric, not an actual occupation.</w:t>
      </w:r>
    </w:p>
    <w:p>
      <w:pPr>
        <w:spacing w:after="60"/>
      </w:pPr>
      <w:r>
        <w:rPr>
          <w:b w:val="0"/>
          <w:i w:val="0"/>
          <w:smallCaps w:val="0"/>
          <w:strike w:val="0"/>
          <w:u w:val="single"/>
        </w:rPr>
        <w:t xml:space="preserve">In this case, the </w:t>
      </w:r>
      <w:r>
        <w:rPr>
          <w:b w:val="0"/>
          <w:i w:val="0"/>
          <w:smallCaps w:val="0"/>
          <w:strike w:val="0"/>
          <w:highlight w:val="cyan"/>
          <w:u w:val="single"/>
        </w:rPr>
        <w:t>effort</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shut</w:t>
      </w:r>
      <w:r>
        <w:rPr>
          <w:b w:val="0"/>
          <w:i w:val="0"/>
          <w:smallCaps w:val="0"/>
          <w:strike w:val="0"/>
          <w:u w:val="single"/>
        </w:rPr>
        <w:t xml:space="preserve"> </w:t>
      </w:r>
      <w:r>
        <w:rPr>
          <w:b w:val="0"/>
          <w:i w:val="0"/>
          <w:smallCaps w:val="0"/>
          <w:strike w:val="0"/>
          <w:highlight w:val="cyan"/>
          <w:u w:val="single"/>
        </w:rPr>
        <w:t>down</w:t>
      </w:r>
      <w:r>
        <w:rPr>
          <w:b w:val="0"/>
          <w:i w:val="0"/>
          <w:smallCaps w:val="0"/>
          <w:strike w:val="0"/>
          <w:u w:val="single"/>
        </w:rPr>
        <w:t xml:space="preserve"> a </w:t>
      </w:r>
      <w:r>
        <w:rPr>
          <w:b w:val="0"/>
          <w:i w:val="0"/>
          <w:smallCaps w:val="0"/>
          <w:strike w:val="0"/>
          <w:highlight w:val="cyan"/>
          <w:u w:val="single"/>
        </w:rPr>
        <w:t>government</w:t>
      </w:r>
      <w:r>
        <w:rPr>
          <w:b w:val="0"/>
          <w:i w:val="0"/>
          <w:smallCaps w:val="0"/>
          <w:strike w:val="0"/>
          <w:u w:val="single"/>
        </w:rPr>
        <w:t xml:space="preserve"> action </w:t>
      </w:r>
      <w:r>
        <w:rPr>
          <w:b w:val="0"/>
          <w:i w:val="0"/>
          <w:smallCaps w:val="0"/>
          <w:strike w:val="0"/>
          <w:highlight w:val="cyan"/>
          <w:u w:val="single"/>
        </w:rPr>
        <w:t>would</w:t>
      </w:r>
      <w:r>
        <w:rPr>
          <w:b w:val="0"/>
          <w:i w:val="0"/>
          <w:smallCaps w:val="0"/>
          <w:strike w:val="0"/>
          <w:u w:val="single"/>
        </w:rPr>
        <w:t xml:space="preserve"> </w:t>
      </w:r>
      <w:r>
        <w:rPr>
          <w:b w:val="0"/>
          <w:i w:val="0"/>
          <w:smallCaps w:val="0"/>
          <w:strike w:val="0"/>
          <w:highlight w:val="cyan"/>
          <w:u w:val="single"/>
        </w:rPr>
        <w:t>be</w:t>
      </w:r>
      <w:r>
        <w:rPr>
          <w:b w:val="0"/>
          <w:i w:val="0"/>
          <w:smallCaps w:val="0"/>
          <w:strike w:val="0"/>
          <w:u w:val="single"/>
        </w:rPr>
        <w:t xml:space="preserve"> </w:t>
      </w:r>
      <w:r>
        <w:rPr>
          <w:b w:val="0"/>
          <w:i w:val="0"/>
          <w:smallCaps w:val="0"/>
          <w:strike w:val="0"/>
          <w:highlight w:val="cyan"/>
          <w:u w:val="single"/>
        </w:rPr>
        <w:t>massive</w:t>
      </w:r>
      <w:r>
        <w:rPr>
          <w:b w:val="0"/>
          <w:i w:val="0"/>
          <w:smallCaps w:val="0"/>
          <w:strike w:val="0"/>
          <w:u w:val="single"/>
        </w:rPr>
        <w:t xml:space="preserve"> and real. It </w:t>
      </w:r>
      <w:r>
        <w:rPr>
          <w:b w:val="0"/>
          <w:i w:val="0"/>
          <w:smallCaps w:val="0"/>
          <w:strike w:val="0"/>
          <w:highlight w:val="cyan"/>
          <w:u w:val="single"/>
        </w:rPr>
        <w:t>might</w:t>
      </w:r>
      <w:r>
        <w:rPr>
          <w:b w:val="0"/>
          <w:i w:val="0"/>
          <w:smallCaps w:val="0"/>
          <w:strike w:val="0"/>
          <w:u w:val="single"/>
        </w:rPr>
        <w:t xml:space="preserve"> </w:t>
      </w:r>
      <w:r>
        <w:rPr>
          <w:b w:val="0"/>
          <w:i w:val="0"/>
          <w:smallCaps w:val="0"/>
          <w:strike w:val="0"/>
          <w:highlight w:val="cyan"/>
          <w:u w:val="single"/>
        </w:rPr>
        <w:t>involve</w:t>
      </w:r>
      <w:r>
        <w:rPr>
          <w:b w:val="0"/>
          <w:i w:val="0"/>
          <w:smallCaps w:val="0"/>
          <w:strike w:val="0"/>
          <w:u w:val="single"/>
        </w:rPr>
        <w:t xml:space="preserve"> </w:t>
      </w:r>
      <w:r>
        <w:rPr>
          <w:b w:val="0"/>
          <w:i w:val="0"/>
          <w:smallCaps w:val="0"/>
          <w:strike w:val="0"/>
          <w:highlight w:val="cyan"/>
          <w:u w:val="single"/>
        </w:rPr>
        <w:t>millions</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American </w:t>
      </w:r>
      <w:r>
        <w:rPr>
          <w:b w:val="0"/>
          <w:i w:val="0"/>
          <w:smallCaps w:val="0"/>
          <w:strike w:val="0"/>
          <w:highlight w:val="cyan"/>
          <w:u w:val="single"/>
        </w:rPr>
        <w:t>citizens</w:t>
      </w:r>
      <w:r>
        <w:rPr>
          <w:b w:val="0"/>
          <w:i w:val="0"/>
          <w:smallCaps w:val="0"/>
          <w:strike w:val="0"/>
          <w:u w:val="single"/>
        </w:rPr>
        <w:t xml:space="preserve"> sitting down in front of buses and overwhelming the state’s capacity to fill prisons.</w:t>
      </w:r>
    </w:p>
    <w:p>
      <w:pPr>
        <w:spacing w:after="60"/>
      </w:pPr>
      <w:r>
        <w:rPr>
          <w:b w:val="0"/>
          <w:i w:val="0"/>
          <w:smallCaps w:val="0"/>
          <w:strike w:val="0"/>
          <w:u w:val="none"/>
        </w:rPr>
        <w:t>With respect to immigration, a key question is what city and state governments would do. For instance, should local police be directed to help DHS and federalized National Guard troops arrest sit-down resisters, or should they join the effort to block out-of-state troops? What if Trump got injunctions to order blue-state officials to cooperate, and arrest them if they refused?</w:t>
      </w:r>
    </w:p>
    <w:p>
      <w:pPr>
        <w:spacing w:after="60"/>
      </w:pPr>
      <w:r>
        <w:rPr>
          <w:b w:val="0"/>
          <w:i w:val="0"/>
          <w:smallCaps w:val="0"/>
          <w:strike w:val="0"/>
          <w:u w:val="single"/>
        </w:rPr>
        <w:t xml:space="preserve">This is completely uncharted territory. If Democratic governors, National Guard forces, and police in blue states were to resist rather than comply with </w:t>
      </w:r>
      <w:r>
        <w:rPr>
          <w:b w:val="0"/>
          <w:i w:val="0"/>
          <w:smallCaps w:val="0"/>
          <w:strike w:val="0"/>
          <w:highlight w:val="cyan"/>
          <w:u w:val="single"/>
        </w:rPr>
        <w:t>Trump’s</w:t>
      </w:r>
      <w:r>
        <w:rPr>
          <w:b w:val="0"/>
          <w:i w:val="0"/>
          <w:smallCaps w:val="0"/>
          <w:strike w:val="0"/>
          <w:u w:val="single"/>
        </w:rPr>
        <w:t xml:space="preserve"> </w:t>
      </w:r>
      <w:r>
        <w:rPr>
          <w:b w:val="0"/>
          <w:i w:val="0"/>
          <w:smallCaps w:val="0"/>
          <w:strike w:val="0"/>
          <w:highlight w:val="cyan"/>
          <w:u w:val="single"/>
        </w:rPr>
        <w:t>orders</w:t>
      </w:r>
      <w:r>
        <w:rPr>
          <w:b w:val="0"/>
          <w:i w:val="0"/>
          <w:smallCaps w:val="0"/>
          <w:strike w:val="0"/>
          <w:u w:val="single"/>
        </w:rPr>
        <w:t xml:space="preserve">, it </w:t>
      </w:r>
      <w:r>
        <w:rPr>
          <w:b w:val="0"/>
          <w:i w:val="0"/>
          <w:smallCaps w:val="0"/>
          <w:strike w:val="0"/>
          <w:highlight w:val="cyan"/>
          <w:u w:val="single"/>
        </w:rPr>
        <w:t>starts</w:t>
      </w:r>
      <w:r>
        <w:rPr>
          <w:b w:val="0"/>
          <w:i w:val="0"/>
          <w:smallCaps w:val="0"/>
          <w:strike w:val="0"/>
          <w:u w:val="single"/>
        </w:rPr>
        <w:t xml:space="preserve"> literally </w:t>
      </w:r>
      <w:r>
        <w:rPr>
          <w:b w:val="0"/>
          <w:i w:val="0"/>
          <w:smallCaps w:val="0"/>
          <w:strike w:val="0"/>
          <w:highlight w:val="cyan"/>
          <w:u w:val="single"/>
        </w:rPr>
        <w:t>feeling</w:t>
      </w:r>
      <w:r>
        <w:rPr>
          <w:b w:val="0"/>
          <w:i w:val="0"/>
          <w:smallCaps w:val="0"/>
          <w:strike w:val="0"/>
          <w:u w:val="single"/>
        </w:rPr>
        <w:t xml:space="preserve"> </w:t>
      </w:r>
      <w:r>
        <w:rPr>
          <w:b w:val="0"/>
          <w:i w:val="0"/>
          <w:smallCaps w:val="0"/>
          <w:strike w:val="0"/>
          <w:highlight w:val="cyan"/>
          <w:u w:val="single"/>
        </w:rPr>
        <w:t>like</w:t>
      </w:r>
      <w:r>
        <w:rPr>
          <w:b w:val="0"/>
          <w:i w:val="0"/>
          <w:smallCaps w:val="0"/>
          <w:strike w:val="0"/>
          <w:u w:val="single"/>
        </w:rPr>
        <w:t xml:space="preserve"> the </w:t>
      </w:r>
      <w:r>
        <w:rPr>
          <w:b w:val="0"/>
          <w:i w:val="0"/>
          <w:smallCaps w:val="0"/>
          <w:strike w:val="0"/>
          <w:highlight w:val="cyan"/>
          <w:u w:val="single"/>
        </w:rPr>
        <w:t>onset</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w:t>
      </w:r>
      <w:r>
        <w:rPr>
          <w:b w:val="0"/>
          <w:i w:val="0"/>
          <w:smallCaps w:val="0"/>
          <w:strike w:val="0"/>
          <w:highlight w:val="cyan"/>
          <w:u w:val="single"/>
        </w:rPr>
        <w:t>civil</w:t>
      </w:r>
      <w:r>
        <w:rPr>
          <w:b w:val="0"/>
          <w:i w:val="0"/>
          <w:smallCaps w:val="0"/>
          <w:strike w:val="0"/>
          <w:u w:val="single"/>
        </w:rPr>
        <w:t xml:space="preserve"> </w:t>
      </w:r>
      <w:r>
        <w:rPr>
          <w:b w:val="0"/>
          <w:i w:val="0"/>
          <w:smallCaps w:val="0"/>
          <w:strike w:val="0"/>
          <w:highlight w:val="cyan"/>
          <w:u w:val="single"/>
        </w:rPr>
        <w:t>war.</w:t>
      </w:r>
      <w:r>
        <w:rPr>
          <w:b w:val="0"/>
          <w:i w:val="0"/>
          <w:smallCaps w:val="0"/>
          <w:strike w:val="0"/>
          <w:u w:val="none"/>
        </w:rPr>
        <w:t xml:space="preserve"> At Fort Sumter in 1860-1861, Union </w:t>
      </w:r>
      <w:r>
        <w:rPr>
          <w:b w:val="0"/>
          <w:i w:val="0"/>
          <w:smallCaps w:val="0"/>
          <w:strike w:val="0"/>
          <w:highlight w:val="cyan"/>
          <w:u w:val="none"/>
        </w:rPr>
        <w:t>and</w:t>
      </w:r>
      <w:r>
        <w:rPr>
          <w:b w:val="0"/>
          <w:i w:val="0"/>
          <w:smallCaps w:val="0"/>
          <w:strike w:val="0"/>
          <w:u w:val="none"/>
        </w:rPr>
        <w:t xml:space="preserve"> Confederate troops were in a close-range armed standoff for six months before the overwhelmed federal garrison surrendered without a shot being fired. The </w:t>
      </w:r>
      <w:r>
        <w:rPr>
          <w:b w:val="0"/>
          <w:i w:val="0"/>
          <w:smallCaps w:val="0"/>
          <w:strike w:val="0"/>
          <w:highlight w:val="cyan"/>
          <w:u w:val="none"/>
        </w:rPr>
        <w:t>ca</w:t>
      </w:r>
      <w:r>
        <w:rPr>
          <w:b w:val="0"/>
          <w:i w:val="0"/>
          <w:smallCaps w:val="0"/>
          <w:strike w:val="0"/>
          <w:sz w:val="10"/>
          <w:u w:val="none"/>
        </w:rPr>
        <w:t>r</w:t>
      </w:r>
      <w:r>
        <w:rPr>
          <w:b w:val="0"/>
          <w:i w:val="0"/>
          <w:smallCaps w:val="0"/>
          <w:strike w:val="0"/>
          <w:highlight w:val="cyan"/>
          <w:u w:val="none"/>
        </w:rPr>
        <w:t>n</w:t>
      </w:r>
      <w:r>
        <w:rPr>
          <w:b w:val="0"/>
          <w:i w:val="0"/>
          <w:smallCaps w:val="0"/>
          <w:strike w:val="0"/>
          <w:sz w:val="11"/>
          <w:u w:val="none"/>
        </w:rPr>
        <w:t>age</w:t>
      </w:r>
      <w:r>
        <w:rPr>
          <w:b w:val="0"/>
          <w:i w:val="0"/>
          <w:smallCaps w:val="0"/>
          <w:strike w:val="0"/>
          <w:u w:val="none"/>
        </w:rPr>
        <w:t xml:space="preserve"> came later.</w:t>
      </w:r>
    </w:p>
    <w:p>
      <w:pPr>
        <w:spacing w:after="60"/>
      </w:pPr>
      <w:r>
        <w:rPr>
          <w:b w:val="0"/>
          <w:i w:val="0"/>
          <w:smallCaps w:val="0"/>
          <w:strike w:val="0"/>
          <w:u w:val="single"/>
        </w:rPr>
        <w:t xml:space="preserve">The premise of this </w:t>
      </w:r>
      <w:r>
        <w:rPr>
          <w:b w:val="0"/>
          <w:i w:val="0"/>
          <w:smallCaps w:val="0"/>
          <w:strike w:val="0"/>
          <w:highlight w:val="cyan"/>
          <w:u w:val="single"/>
        </w:rPr>
        <w:t>scale</w:t>
      </w:r>
      <w:r>
        <w:rPr>
          <w:b w:val="0"/>
          <w:i w:val="0"/>
          <w:smallCaps w:val="0"/>
          <w:strike w:val="0"/>
          <w:u w:val="single"/>
        </w:rPr>
        <w:t xml:space="preserve"> of </w:t>
      </w:r>
      <w:r>
        <w:rPr>
          <w:b w:val="0"/>
          <w:i w:val="0"/>
          <w:smallCaps w:val="0"/>
          <w:strike w:val="0"/>
          <w:highlight w:val="cyan"/>
          <w:u w:val="single"/>
        </w:rPr>
        <w:t>massive resistance</w:t>
      </w:r>
      <w:r>
        <w:rPr>
          <w:b w:val="0"/>
          <w:i w:val="0"/>
          <w:smallCaps w:val="0"/>
          <w:strike w:val="0"/>
          <w:u w:val="single"/>
        </w:rPr>
        <w:t xml:space="preserve"> is that the state can’t arrest everyone. It also evokes guerrilla warfare, where the invaders find themselves trying to operate in hostile territory, and perhaps back off. </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