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Threatens Democracy</w:t>
      </w:r>
    </w:p>
    <w:p>
      <w:pPr>
        <w:spacing w:after="80"/>
      </w:pPr>
      <w:r>
        <w:rPr>
          <w:b w:val="0"/>
          <w:i w:val="0"/>
          <w:smallCaps w:val="0"/>
          <w:strike w:val="0"/>
          <w:u w:val="none"/>
        </w:rPr>
        <w:t xml:space="preserve">Marc </w:t>
      </w:r>
      <w:r>
        <w:rPr>
          <w:b/>
          <w:i w:val="0"/>
          <w:smallCaps w:val="0"/>
          <w:strike w:val="0"/>
          <w:sz w:val="26"/>
          <w:u w:val="none"/>
        </w:rPr>
        <w:t>Elias 23</w:t>
      </w:r>
      <w:r>
        <w:rPr>
          <w:b w:val="0"/>
          <w:i w:val="0"/>
          <w:smallCaps w:val="0"/>
          <w:strike w:val="0"/>
          <w:u w:val="none"/>
        </w:rPr>
        <w:t>, lawyer and founder of Democracy Docket, 12/6/24, “Donald Trump’s plot against America”, https://www.democracydocket.com/opinion/donald-trumps-plot-against-america/, WF</w:t>
      </w:r>
    </w:p>
    <w:p>
      <w:pPr>
        <w:spacing w:after="60"/>
      </w:pPr>
      <w:r>
        <w:rPr>
          <w:b w:val="0"/>
          <w:i w:val="0"/>
          <w:smallCaps w:val="0"/>
          <w:strike w:val="0"/>
          <w:u w:val="single"/>
        </w:rPr>
        <w:t xml:space="preserve">Donald </w:t>
      </w:r>
      <w:r>
        <w:rPr>
          <w:b w:val="0"/>
          <w:i w:val="0"/>
          <w:smallCaps w:val="0"/>
          <w:strike w:val="0"/>
          <w:highlight w:val="cyan"/>
          <w:u w:val="single"/>
        </w:rPr>
        <w:t>Trump</w:t>
      </w:r>
      <w:r>
        <w:rPr>
          <w:b w:val="0"/>
          <w:i w:val="0"/>
          <w:smallCaps w:val="0"/>
          <w:strike w:val="0"/>
          <w:u w:val="single"/>
        </w:rPr>
        <w:t xml:space="preserve"> is </w:t>
      </w:r>
      <w:r>
        <w:rPr>
          <w:b w:val="0"/>
          <w:i w:val="0"/>
          <w:smallCaps w:val="0"/>
          <w:strike w:val="0"/>
          <w:highlight w:val="cyan"/>
          <w:u w:val="single"/>
        </w:rPr>
        <w:t xml:space="preserve">plotting to </w:t>
      </w:r>
      <w:r>
        <w:rPr>
          <w:b/>
          <w:i w:val="0"/>
          <w:smallCaps w:val="0"/>
          <w:strike w:val="0"/>
          <w:highlight w:val="cyan"/>
          <w:u w:val="single"/>
        </w:rPr>
        <w:t>overthrow</w:t>
      </w:r>
      <w:r>
        <w:rPr>
          <w:b/>
          <w:i w:val="0"/>
          <w:smallCaps w:val="0"/>
          <w:strike w:val="0"/>
          <w:u w:val="single"/>
        </w:rPr>
        <w:t xml:space="preserve"> American </w:t>
      </w:r>
      <w:r>
        <w:rPr>
          <w:b/>
          <w:i w:val="0"/>
          <w:smallCaps w:val="0"/>
          <w:strike w:val="0"/>
          <w:highlight w:val="cyan"/>
          <w:u w:val="single"/>
        </w:rPr>
        <w:t>democracy</w:t>
      </w:r>
      <w:r>
        <w:rPr>
          <w:b w:val="0"/>
          <w:i w:val="0"/>
          <w:smallCaps w:val="0"/>
          <w:strike w:val="0"/>
          <w:u w:val="single"/>
        </w:rPr>
        <w:t>.</w:t>
      </w:r>
      <w:r>
        <w:rPr>
          <w:b w:val="0"/>
          <w:i w:val="0"/>
          <w:smallCaps w:val="0"/>
          <w:strike w:val="0"/>
          <w:u w:val="none"/>
        </w:rPr>
        <w:t xml:space="preserve"> It is not a secret, and he is not subtle. The only question is whether enough people will care enough to stop it.</w:t>
      </w:r>
    </w:p>
    <w:p>
      <w:pPr>
        <w:spacing w:after="60"/>
      </w:pPr>
      <w:r>
        <w:rPr>
          <w:b w:val="0"/>
          <w:i w:val="0"/>
          <w:smallCaps w:val="0"/>
          <w:strike w:val="0"/>
          <w:u w:val="none"/>
        </w:rPr>
        <w:t xml:space="preserve">Trump is not hiding his intentions for a second term. </w:t>
      </w:r>
      <w:r>
        <w:rPr>
          <w:b w:val="0"/>
          <w:i w:val="0"/>
          <w:smallCaps w:val="0"/>
          <w:strike w:val="0"/>
          <w:highlight w:val="cyan"/>
          <w:u w:val="single"/>
        </w:rPr>
        <w:t>Echoing</w:t>
      </w:r>
      <w:r>
        <w:rPr>
          <w:b w:val="0"/>
          <w:i w:val="0"/>
          <w:smallCaps w:val="0"/>
          <w:strike w:val="0"/>
          <w:u w:val="single"/>
        </w:rPr>
        <w:t xml:space="preserve"> </w:t>
      </w:r>
      <w:r>
        <w:rPr>
          <w:b w:val="0"/>
          <w:i w:val="0"/>
          <w:smallCaps w:val="0"/>
          <w:strike w:val="0"/>
          <w:highlight w:val="cyan"/>
          <w:u w:val="single"/>
        </w:rPr>
        <w:t>Hitler</w:t>
      </w:r>
      <w:r>
        <w:rPr>
          <w:b w:val="0"/>
          <w:i w:val="0"/>
          <w:smallCaps w:val="0"/>
          <w:strike w:val="0"/>
          <w:u w:val="single"/>
        </w:rPr>
        <w:t xml:space="preserve">’s rise to power, he has called his political </w:t>
      </w:r>
      <w:r>
        <w:rPr>
          <w:b w:val="0"/>
          <w:i w:val="0"/>
          <w:smallCaps w:val="0"/>
          <w:strike w:val="0"/>
          <w:u w:val="single"/>
        </w:rPr>
        <w:t>enemies</w:t>
      </w:r>
      <w:r>
        <w:rPr>
          <w:b w:val="0"/>
          <w:i w:val="0"/>
          <w:smallCaps w:val="0"/>
          <w:strike w:val="0"/>
          <w:u w:val="single"/>
        </w:rPr>
        <w:t xml:space="preserve"> “vermin” and promised his supporters that, if elected, </w:t>
      </w:r>
      <w:r>
        <w:rPr>
          <w:b w:val="0"/>
          <w:i w:val="0"/>
          <w:smallCaps w:val="0"/>
          <w:strike w:val="0"/>
          <w:highlight w:val="cyan"/>
          <w:u w:val="single"/>
        </w:rPr>
        <w:t>he</w:t>
      </w:r>
      <w:r>
        <w:rPr>
          <w:b w:val="0"/>
          <w:i w:val="0"/>
          <w:smallCaps w:val="0"/>
          <w:strike w:val="0"/>
          <w:u w:val="single"/>
        </w:rPr>
        <w:t xml:space="preserve"> </w:t>
      </w:r>
      <w:r>
        <w:rPr>
          <w:b w:val="0"/>
          <w:i w:val="0"/>
          <w:smallCaps w:val="0"/>
          <w:strike w:val="0"/>
          <w:highlight w:val="cyan"/>
          <w:u w:val="single"/>
        </w:rPr>
        <w:t>would</w:t>
      </w:r>
      <w:r>
        <w:rPr>
          <w:b w:val="0"/>
          <w:i w:val="0"/>
          <w:smallCaps w:val="0"/>
          <w:strike w:val="0"/>
          <w:u w:val="single"/>
        </w:rPr>
        <w:t xml:space="preserve"> be their “retribution.”</w:t>
      </w:r>
    </w:p>
    <w:p>
      <w:pPr>
        <w:spacing w:after="60"/>
      </w:pPr>
      <w:r>
        <w:rPr>
          <w:b w:val="0"/>
          <w:i w:val="0"/>
          <w:smallCaps w:val="0"/>
          <w:strike w:val="0"/>
          <w:u w:val="none"/>
        </w:rPr>
        <w:t xml:space="preserve">Trump’s enablers have outlined a plan for him to replace tens of thousands of career civil servants with MAGA loyalists and to take personal control of the U.S. Department of Justice (DOJ) to prosecute his political rivals. He is almost certain to use an old law — the Insurrection Act — </w:t>
      </w:r>
      <w:r>
        <w:rPr>
          <w:b w:val="0"/>
          <w:i w:val="0"/>
          <w:smallCaps w:val="0"/>
          <w:strike w:val="0"/>
          <w:u w:val="single"/>
        </w:rPr>
        <w:t xml:space="preserve">to </w:t>
      </w:r>
      <w:r>
        <w:rPr>
          <w:b w:val="0"/>
          <w:i w:val="0"/>
          <w:smallCaps w:val="0"/>
          <w:strike w:val="0"/>
          <w:highlight w:val="cyan"/>
          <w:u w:val="single"/>
        </w:rPr>
        <w:t>convert</w:t>
      </w:r>
      <w:r>
        <w:rPr>
          <w:b w:val="0"/>
          <w:i w:val="0"/>
          <w:smallCaps w:val="0"/>
          <w:strike w:val="0"/>
          <w:u w:val="single"/>
        </w:rPr>
        <w:t xml:space="preserve"> the </w:t>
      </w:r>
      <w:r>
        <w:rPr>
          <w:b w:val="0"/>
          <w:i w:val="0"/>
          <w:smallCaps w:val="0"/>
          <w:strike w:val="0"/>
          <w:highlight w:val="cyan"/>
          <w:u w:val="single"/>
        </w:rPr>
        <w:t>military</w:t>
      </w:r>
      <w:r>
        <w:rPr>
          <w:b w:val="0"/>
          <w:i w:val="0"/>
          <w:smallCaps w:val="0"/>
          <w:strike w:val="0"/>
          <w:u w:val="single"/>
        </w:rPr>
        <w:t xml:space="preserve"> </w:t>
      </w:r>
      <w:r>
        <w:rPr>
          <w:b w:val="0"/>
          <w:i w:val="0"/>
          <w:smallCaps w:val="0"/>
          <w:strike w:val="0"/>
          <w:highlight w:val="cyan"/>
          <w:u w:val="single"/>
        </w:rPr>
        <w:t>into</w:t>
      </w:r>
      <w:r>
        <w:rPr>
          <w:b w:val="0"/>
          <w:i w:val="0"/>
          <w:smallCaps w:val="0"/>
          <w:strike w:val="0"/>
          <w:u w:val="single"/>
        </w:rPr>
        <w:t xml:space="preserve"> </w:t>
      </w:r>
      <w:r>
        <w:rPr>
          <w:b w:val="0"/>
          <w:i w:val="0"/>
          <w:smallCaps w:val="0"/>
          <w:strike w:val="0"/>
          <w:highlight w:val="cyan"/>
          <w:u w:val="single"/>
        </w:rPr>
        <w:t>his</w:t>
      </w:r>
      <w:r>
        <w:rPr>
          <w:b w:val="0"/>
          <w:i w:val="0"/>
          <w:smallCaps w:val="0"/>
          <w:strike w:val="0"/>
          <w:u w:val="single"/>
        </w:rPr>
        <w:t xml:space="preserve"> personal domestic </w:t>
      </w:r>
      <w:r>
        <w:rPr>
          <w:b w:val="0"/>
          <w:i w:val="0"/>
          <w:smallCaps w:val="0"/>
          <w:strike w:val="0"/>
          <w:highlight w:val="cyan"/>
          <w:u w:val="single"/>
        </w:rPr>
        <w:t xml:space="preserve">police </w:t>
      </w:r>
      <w:r>
        <w:rPr>
          <w:b w:val="0"/>
          <w:i w:val="0"/>
          <w:smallCaps w:val="0"/>
          <w:strike w:val="0"/>
          <w:u w:val="single"/>
        </w:rPr>
        <w:t>force.</w:t>
      </w:r>
    </w:p>
    <w:p>
      <w:pPr>
        <w:spacing w:after="60"/>
      </w:pPr>
      <w:r>
        <w:rPr>
          <w:b w:val="0"/>
          <w:i w:val="0"/>
          <w:smallCaps w:val="0"/>
          <w:strike w:val="0"/>
          <w:u w:val="none"/>
        </w:rPr>
        <w:t xml:space="preserve">Since his power comes from a bottomless capacity to lie, </w:t>
      </w:r>
      <w:r>
        <w:rPr>
          <w:b w:val="0"/>
          <w:i w:val="0"/>
          <w:smallCaps w:val="0"/>
          <w:strike w:val="0"/>
          <w:highlight w:val="cyan"/>
          <w:u w:val="single"/>
        </w:rPr>
        <w:t>he has contempt for</w:t>
      </w:r>
      <w:r>
        <w:rPr>
          <w:b w:val="0"/>
          <w:i w:val="0"/>
          <w:smallCaps w:val="0"/>
          <w:strike w:val="0"/>
          <w:u w:val="single"/>
        </w:rPr>
        <w:t xml:space="preserve"> the free </w:t>
      </w:r>
      <w:r>
        <w:rPr>
          <w:b w:val="0"/>
          <w:i w:val="0"/>
          <w:smallCaps w:val="0"/>
          <w:strike w:val="0"/>
          <w:highlight w:val="cyan"/>
          <w:u w:val="single"/>
        </w:rPr>
        <w:t>press</w:t>
      </w:r>
      <w:r>
        <w:rPr>
          <w:b w:val="0"/>
          <w:i w:val="0"/>
          <w:smallCaps w:val="0"/>
          <w:strike w:val="0"/>
          <w:u w:val="single"/>
        </w:rPr>
        <w:t>, which he calls the “enemy of the people.”</w:t>
      </w:r>
      <w:r>
        <w:rPr>
          <w:b w:val="0"/>
          <w:i w:val="0"/>
          <w:smallCaps w:val="0"/>
          <w:strike w:val="0"/>
          <w:u w:val="none"/>
        </w:rPr>
        <w:t xml:space="preserve"> He recently suggested that the government should censor or shut down media platforms he dislikes.</w:t>
      </w:r>
    </w:p>
    <w:p>
      <w:pPr>
        <w:spacing w:after="60"/>
      </w:pPr>
      <w:r>
        <w:rPr>
          <w:b w:val="0"/>
          <w:i w:val="0"/>
          <w:smallCaps w:val="0"/>
          <w:strike w:val="0"/>
          <w:u w:val="single"/>
        </w:rPr>
        <w:t xml:space="preserve">His most brazen attacks on democracy manifested in the aftermath of 2020. Since his loss to President Joe Biden, </w:t>
      </w:r>
      <w:r>
        <w:rPr>
          <w:b w:val="0"/>
          <w:i w:val="0"/>
          <w:smallCaps w:val="0"/>
          <w:strike w:val="0"/>
          <w:highlight w:val="cyan"/>
          <w:u w:val="single"/>
        </w:rPr>
        <w:t>Trump</w:t>
      </w:r>
      <w:r>
        <w:rPr>
          <w:b w:val="0"/>
          <w:i w:val="0"/>
          <w:smallCaps w:val="0"/>
          <w:strike w:val="0"/>
          <w:u w:val="single"/>
        </w:rPr>
        <w:t xml:space="preserve"> has </w:t>
      </w:r>
      <w:r>
        <w:rPr>
          <w:b w:val="0"/>
          <w:i w:val="0"/>
          <w:smallCaps w:val="0"/>
          <w:strike w:val="0"/>
          <w:highlight w:val="cyan"/>
          <w:u w:val="single"/>
        </w:rPr>
        <w:t>advocated for discarding</w:t>
      </w:r>
      <w:r>
        <w:rPr>
          <w:b w:val="0"/>
          <w:i w:val="0"/>
          <w:smallCaps w:val="0"/>
          <w:strike w:val="0"/>
          <w:u w:val="single"/>
        </w:rPr>
        <w:t xml:space="preserve"> lawful </w:t>
      </w:r>
      <w:r>
        <w:rPr>
          <w:b w:val="0"/>
          <w:i w:val="0"/>
          <w:smallCaps w:val="0"/>
          <w:strike w:val="0"/>
          <w:highlight w:val="cyan"/>
          <w:u w:val="single"/>
        </w:rPr>
        <w:t>ballots</w:t>
      </w:r>
      <w:r>
        <w:rPr>
          <w:b w:val="0"/>
          <w:i w:val="0"/>
          <w:smallCaps w:val="0"/>
          <w:strike w:val="0"/>
          <w:u w:val="single"/>
        </w:rPr>
        <w:t xml:space="preserve">, </w:t>
      </w:r>
      <w:r>
        <w:rPr>
          <w:b w:val="0"/>
          <w:i w:val="0"/>
          <w:smallCaps w:val="0"/>
          <w:strike w:val="0"/>
          <w:highlight w:val="cyan"/>
          <w:u w:val="single"/>
        </w:rPr>
        <w:t>tampering with election</w:t>
      </w:r>
      <w:r>
        <w:rPr>
          <w:b w:val="0"/>
          <w:i w:val="0"/>
          <w:smallCaps w:val="0"/>
          <w:strike w:val="0"/>
          <w:u w:val="single"/>
        </w:rPr>
        <w:t xml:space="preserve"> certification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throwing out</w:t>
      </w:r>
      <w:r>
        <w:rPr>
          <w:b w:val="0"/>
          <w:i w:val="0"/>
          <w:smallCaps w:val="0"/>
          <w:strike w:val="0"/>
          <w:u w:val="single"/>
        </w:rPr>
        <w:t xml:space="preserve"> entire states’ </w:t>
      </w:r>
      <w:r>
        <w:rPr>
          <w:b w:val="0"/>
          <w:i w:val="0"/>
          <w:smallCaps w:val="0"/>
          <w:strike w:val="0"/>
          <w:highlight w:val="cyan"/>
          <w:u w:val="single"/>
        </w:rPr>
        <w:t>results</w:t>
      </w:r>
      <w:r>
        <w:rPr>
          <w:b w:val="0"/>
          <w:i w:val="0"/>
          <w:smallCaps w:val="0"/>
          <w:strike w:val="0"/>
          <w:u w:val="none"/>
        </w:rPr>
        <w:t xml:space="preserve">. </w:t>
      </w:r>
    </w:p>
    <w:p>
      <w:pPr>
        <w:spacing w:after="60"/>
      </w:pPr>
      <w:r>
        <w:rPr>
          <w:b w:val="0"/>
          <w:i w:val="0"/>
          <w:smallCaps w:val="0"/>
          <w:strike w:val="0"/>
          <w:u w:val="none"/>
        </w:rPr>
        <w:t>He supports voter intimidation and voter suppression, often with a racist dimension. Recently, he unveiled a new “guard the vote” strategy, urging his supporters to monitor the vote-counting process in blue cities like Atlanta, Detroit and Philadelphia. If Trump regains power, these abuses would just be the beginning.</w:t>
      </w:r>
    </w:p>
    <w:p>
      <w:pPr>
        <w:spacing w:after="60"/>
      </w:pPr>
      <w:r>
        <w:rPr>
          <w:b w:val="0"/>
          <w:i w:val="0"/>
          <w:smallCaps w:val="0"/>
          <w:strike w:val="0"/>
          <w:u w:val="none"/>
        </w:rPr>
        <w:t>Though state laws generally govern elections</w:t>
      </w:r>
      <w:r>
        <w:rPr>
          <w:b w:val="0"/>
          <w:i w:val="0"/>
          <w:smallCaps w:val="0"/>
          <w:strike w:val="0"/>
          <w:u w:val="single"/>
        </w:rPr>
        <w:t xml:space="preserve">, </w:t>
      </w:r>
      <w:r>
        <w:rPr>
          <w:b w:val="0"/>
          <w:i w:val="0"/>
          <w:smallCaps w:val="0"/>
          <w:strike w:val="0"/>
          <w:highlight w:val="cyan"/>
          <w:u w:val="single"/>
        </w:rPr>
        <w:t>Trump</w:t>
      </w:r>
      <w:r>
        <w:rPr>
          <w:b w:val="0"/>
          <w:i w:val="0"/>
          <w:smallCaps w:val="0"/>
          <w:strike w:val="0"/>
          <w:u w:val="single"/>
        </w:rPr>
        <w:t xml:space="preserve"> </w:t>
      </w:r>
      <w:r>
        <w:rPr>
          <w:b w:val="0"/>
          <w:i w:val="0"/>
          <w:smallCaps w:val="0"/>
          <w:strike w:val="0"/>
          <w:highlight w:val="cyan"/>
          <w:u w:val="single"/>
        </w:rPr>
        <w:t>would</w:t>
      </w:r>
      <w:r>
        <w:rPr>
          <w:b w:val="0"/>
          <w:i w:val="0"/>
          <w:smallCaps w:val="0"/>
          <w:strike w:val="0"/>
          <w:u w:val="single"/>
        </w:rPr>
        <w:t xml:space="preserve"> assuredly use the federal government to </w:t>
      </w:r>
      <w:r>
        <w:rPr>
          <w:b w:val="0"/>
          <w:i w:val="0"/>
          <w:smallCaps w:val="0"/>
          <w:strike w:val="0"/>
          <w:highlight w:val="cyan"/>
          <w:u w:val="single"/>
        </w:rPr>
        <w:t>seize</w:t>
      </w:r>
      <w:r>
        <w:rPr>
          <w:b w:val="0"/>
          <w:i w:val="0"/>
          <w:smallCaps w:val="0"/>
          <w:strike w:val="0"/>
          <w:u w:val="single"/>
        </w:rPr>
        <w:t xml:space="preserve"> voting machines and ballots. Anyone who thinks that a re-elected President Trump would not insist on controlling ballot counting and certification has simply not been paying attention.</w:t>
      </w:r>
    </w:p>
    <w:p>
      <w:pPr>
        <w:spacing w:after="60"/>
      </w:pPr>
      <w:r>
        <w:rPr>
          <w:b w:val="0"/>
          <w:i w:val="0"/>
          <w:smallCaps w:val="0"/>
          <w:strike w:val="0"/>
          <w:u w:val="none"/>
        </w:rPr>
        <w:t xml:space="preserve">Trump’s attack on the legal system would not be confined to spurious criminal prosecutions of others. He would also use it to personally benefit himself and his most violent supporters. </w:t>
      </w:r>
    </w:p>
    <w:p>
      <w:pPr>
        <w:spacing w:after="60"/>
      </w:pPr>
      <w:r>
        <w:rPr>
          <w:b w:val="0"/>
          <w:i w:val="0"/>
          <w:smallCaps w:val="0"/>
          <w:strike w:val="0"/>
          <w:u w:val="none"/>
        </w:rPr>
        <w:t xml:space="preserve">He would almost certainly pardon all the Jan. 6 insurrectionists. Worse, he would abuse his office to block his own criminal prosecutions. </w:t>
      </w:r>
    </w:p>
    <w:p>
      <w:pPr>
        <w:spacing w:after="60"/>
      </w:pPr>
      <w:r>
        <w:rPr>
          <w:b w:val="0"/>
          <w:i w:val="0"/>
          <w:smallCaps w:val="0"/>
          <w:strike w:val="0"/>
          <w:u w:val="none"/>
        </w:rPr>
        <w:t>Regardless of the law, he would immediately take steps to fire all the prosecutors in the two federal cases against him. Who would dare stop him? The DOJ and the military would become a weapon to end all four criminal cases in which he is a defendant, while initiating retaliatory criminal investigations against others</w:t>
      </w:r>
    </w:p>
    <w:p>
      <w:pPr>
        <w:spacing w:after="60"/>
      </w:pPr>
      <w:r>
        <w:rPr>
          <w:b w:val="0"/>
          <w:i w:val="0"/>
          <w:smallCaps w:val="0"/>
          <w:strike w:val="0"/>
          <w:u w:val="single"/>
        </w:rPr>
        <w:t xml:space="preserve">If all of this sounds terrifying, it is. If this sounds unrealistic, then you have learned little from history of how </w:t>
      </w:r>
      <w:r>
        <w:rPr>
          <w:b w:val="0"/>
          <w:i w:val="0"/>
          <w:smallCaps w:val="0"/>
          <w:strike w:val="0"/>
          <w:highlight w:val="cyan"/>
          <w:u w:val="single"/>
        </w:rPr>
        <w:t>democracies are replaced by despotic regimes</w:t>
      </w:r>
      <w:r>
        <w:rPr>
          <w:b w:val="0"/>
          <w:i w:val="0"/>
          <w:smallCaps w:val="0"/>
          <w:strike w:val="0"/>
          <w:u w:val="single"/>
        </w:rPr>
        <w:t xml:space="preserve">. </w:t>
      </w:r>
      <w:r>
        <w:rPr>
          <w:b w:val="0"/>
          <w:i w:val="0"/>
          <w:smallCaps w:val="0"/>
          <w:strike w:val="0"/>
          <w:highlight w:val="cyan"/>
          <w:u w:val="single"/>
        </w:rPr>
        <w:t>Hitler</w:t>
      </w:r>
      <w:r>
        <w:rPr>
          <w:b w:val="0"/>
          <w:i w:val="0"/>
          <w:smallCaps w:val="0"/>
          <w:strike w:val="0"/>
          <w:u w:val="single"/>
        </w:rPr>
        <w:t xml:space="preserve"> did not </w:t>
      </w:r>
      <w:r>
        <w:rPr>
          <w:b w:val="0"/>
          <w:i w:val="0"/>
          <w:smallCaps w:val="0"/>
          <w:strike w:val="0"/>
          <w:highlight w:val="cyan"/>
          <w:u w:val="single"/>
        </w:rPr>
        <w:t>come to power</w:t>
      </w:r>
      <w:r>
        <w:rPr>
          <w:b w:val="0"/>
          <w:i w:val="0"/>
          <w:smallCaps w:val="0"/>
          <w:strike w:val="0"/>
          <w:u w:val="single"/>
        </w:rPr>
        <w:t xml:space="preserve"> in a coup, but rather </w:t>
      </w:r>
      <w:r>
        <w:rPr>
          <w:b w:val="0"/>
          <w:i w:val="0"/>
          <w:smallCaps w:val="0"/>
          <w:strike w:val="0"/>
          <w:highlight w:val="cyan"/>
          <w:u w:val="single"/>
        </w:rPr>
        <w:t>from</w:t>
      </w:r>
      <w:r>
        <w:rPr>
          <w:b w:val="0"/>
          <w:i w:val="0"/>
          <w:smallCaps w:val="0"/>
          <w:strike w:val="0"/>
          <w:u w:val="single"/>
        </w:rPr>
        <w:t xml:space="preserve"> democratic </w:t>
      </w:r>
      <w:r>
        <w:rPr>
          <w:b w:val="0"/>
          <w:i w:val="0"/>
          <w:smallCaps w:val="0"/>
          <w:strike w:val="0"/>
          <w:highlight w:val="cyan"/>
          <w:u w:val="single"/>
        </w:rPr>
        <w:t>elections</w:t>
      </w:r>
      <w:r>
        <w:rPr>
          <w:b w:val="0"/>
          <w:i w:val="0"/>
          <w:smallCaps w:val="0"/>
          <w:strike w:val="0"/>
          <w:u w:val="single"/>
        </w:rPr>
        <w:t>. The same is true with many of the authoritarians today.</w:t>
      </w:r>
    </w:p>
    <w:p>
      <w:pPr>
        <w:spacing w:after="60"/>
      </w:pPr>
      <w:r>
        <w:rPr>
          <w:b w:val="0"/>
          <w:i w:val="0"/>
          <w:smallCaps w:val="0"/>
          <w:strike w:val="0"/>
          <w:u w:val="none"/>
        </w:rPr>
        <w:t>Even if you doubt that this is correct, it is not a risk worth taking.</w:t>
      </w:r>
    </w:p>
    <w:p>
      <w:pPr>
        <w:spacing w:after="60"/>
      </w:pPr>
      <w:r>
        <w:rPr>
          <w:b w:val="0"/>
          <w:i w:val="0"/>
          <w:smallCaps w:val="0"/>
          <w:strike w:val="0"/>
          <w:u w:val="none"/>
        </w:rPr>
        <w:t xml:space="preserve">Blaise Pascal, the 17th century mathematician, is responsible for the foundation of modern risk theory. In his famous “wager” he argues that even </w:t>
      </w:r>
      <w:r>
        <w:rPr>
          <w:b w:val="0"/>
          <w:i w:val="0"/>
          <w:smallCaps w:val="0"/>
          <w:strike w:val="0"/>
          <w:u w:val="none"/>
        </w:rPr>
        <w:t>non believers</w:t>
      </w:r>
      <w:r>
        <w:rPr>
          <w:b w:val="0"/>
          <w:i w:val="0"/>
          <w:smallCaps w:val="0"/>
          <w:strike w:val="0"/>
          <w:u w:val="none"/>
        </w:rPr>
        <w:t xml:space="preserve"> should live a life as if God exists. If God does not exist, the downside of living a pious life is relatively small; but, if God does exist, the consequences of living a lavish life are infinitely bad. The lesson: measuring risk requires one to consider not only the likelihood that an event will occur but also the consequences if it does.</w:t>
      </w:r>
    </w:p>
    <w:p>
      <w:pPr>
        <w:spacing w:after="60"/>
      </w:pPr>
      <w:r>
        <w:rPr>
          <w:b w:val="0"/>
          <w:i w:val="0"/>
          <w:smallCaps w:val="0"/>
          <w:strike w:val="0"/>
          <w:u w:val="none"/>
        </w:rPr>
        <w:t xml:space="preserve">Trump will do anything to win in 2024 and the Republican Party will aid and abet him at every turn. </w:t>
      </w:r>
    </w:p>
    <w:p>
      <w:pPr>
        <w:spacing w:after="60"/>
      </w:pPr>
      <w:r>
        <w:rPr>
          <w:b w:val="0"/>
          <w:i w:val="0"/>
          <w:smallCaps w:val="0"/>
          <w:strike w:val="0"/>
          <w:u w:val="none"/>
        </w:rPr>
        <w:t>You may believe that the likelihood of Trump destroying democracy is low. You may think he will lose the election, or that our system of checks and balances will hold him back.</w:t>
      </w:r>
    </w:p>
    <w:p>
      <w:pPr>
        <w:spacing w:after="60"/>
      </w:pPr>
      <w:r>
        <w:rPr>
          <w:b w:val="0"/>
          <w:i w:val="0"/>
          <w:smallCaps w:val="0"/>
          <w:strike w:val="0"/>
          <w:u w:val="none"/>
        </w:rPr>
        <w:t xml:space="preserve">But what if you are wrong? </w:t>
      </w:r>
    </w:p>
    <w:p>
      <w:pPr>
        <w:spacing w:after="60"/>
      </w:pPr>
      <w:r>
        <w:rPr>
          <w:b w:val="0"/>
          <w:i w:val="0"/>
          <w:smallCaps w:val="0"/>
          <w:strike w:val="0"/>
          <w:u w:val="none"/>
        </w:rPr>
        <w:t>Pascal’s wager teaches that we must also consider the consequences of Trump abusing power and ending American democracy. Even if you consider the odds low, the consequences are what matter.</w:t>
      </w:r>
    </w:p>
    <w:p>
      <w:pPr>
        <w:spacing w:after="60"/>
      </w:pPr>
      <w:r>
        <w:rPr>
          <w:b w:val="0"/>
          <w:i w:val="0"/>
          <w:smallCaps w:val="0"/>
          <w:strike w:val="0"/>
          <w:u w:val="none"/>
        </w:rPr>
        <w:t>We are not powerless to stop Trump from being elected, but we must act now and with purpose. There is no guarantee we will succeed. It is possible that our constitutional system simply cannot handle a threat like Trump. It is possible that the divisions in this country are too deep to rally against him. But we need to try.</w:t>
      </w:r>
    </w:p>
    <w:p>
      <w:pPr>
        <w:spacing w:after="60"/>
      </w:pPr>
      <w:r>
        <w:rPr>
          <w:b w:val="0"/>
          <w:i w:val="0"/>
          <w:smallCaps w:val="0"/>
          <w:strike w:val="0"/>
          <w:u w:val="single"/>
        </w:rPr>
        <w:t xml:space="preserve">We need to begin by speaking honestly about the </w:t>
      </w:r>
      <w:r>
        <w:rPr>
          <w:b w:val="0"/>
          <w:i w:val="0"/>
          <w:smallCaps w:val="0"/>
          <w:strike w:val="0"/>
          <w:highlight w:val="cyan"/>
          <w:u w:val="single"/>
        </w:rPr>
        <w:t>existential threat Trump poses to democracy.</w:t>
      </w:r>
      <w:r>
        <w:rPr>
          <w:b w:val="0"/>
          <w:i w:val="0"/>
          <w:smallCaps w:val="0"/>
          <w:strike w:val="0"/>
          <w:u w:val="single"/>
        </w:rPr>
        <w:t xml:space="preserve"> He is not a normal candidate. There are no both sides in this election. There can be no false equivalencies. </w:t>
      </w:r>
    </w:p>
    <w:p>
      <w:pPr>
        <w:spacing w:after="60"/>
      </w:pPr>
      <w:r>
        <w:rPr>
          <w:b w:val="0"/>
          <w:i w:val="0"/>
          <w:smallCaps w:val="0"/>
          <w:strike w:val="0"/>
          <w:u w:val="none"/>
        </w:rPr>
        <w:t xml:space="preserve">Trump will do anything to win in 2024 and the Republican Party will aid and abet him at every turn. To stay in the White House in 2020, Trump was prepared to denigrate voting and election officials, tamper with the vote counting, organize fake electors and file dozens of frivolous lawsuits. When that failed, </w:t>
      </w:r>
      <w:r>
        <w:rPr>
          <w:b w:val="0"/>
          <w:i w:val="0"/>
          <w:smallCaps w:val="0"/>
          <w:strike w:val="0"/>
          <w:highlight w:val="cyan"/>
          <w:u w:val="single"/>
        </w:rPr>
        <w:t>he incited a</w:t>
      </w:r>
      <w:r>
        <w:rPr>
          <w:b w:val="0"/>
          <w:i w:val="0"/>
          <w:smallCaps w:val="0"/>
          <w:strike w:val="0"/>
          <w:u w:val="single"/>
        </w:rPr>
        <w:t xml:space="preserve"> violent </w:t>
      </w:r>
      <w:r>
        <w:rPr>
          <w:b w:val="0"/>
          <w:i w:val="0"/>
          <w:smallCaps w:val="0"/>
          <w:strike w:val="0"/>
          <w:highlight w:val="cyan"/>
          <w:u w:val="single"/>
        </w:rPr>
        <w:t>insurrection</w:t>
      </w:r>
      <w:r>
        <w:rPr>
          <w:b w:val="0"/>
          <w:i w:val="0"/>
          <w:smallCaps w:val="0"/>
          <w:strike w:val="0"/>
          <w:u w:val="single"/>
        </w:rPr>
        <w:t xml:space="preserve"> and insisted that his congressional supporters continue to fight the certification.</w:t>
      </w:r>
    </w:p>
    <w:p>
      <w:pPr>
        <w:spacing w:after="60"/>
      </w:pPr>
      <w:r>
        <w:rPr>
          <w:b w:val="0"/>
          <w:i w:val="0"/>
          <w:smallCaps w:val="0"/>
          <w:strike w:val="0"/>
          <w:u w:val="none"/>
        </w:rPr>
        <w:t>Four years later, he has learned from his failures and his supporters are better organized, financed and disciplined. Most importantly, he is more desperate. With four criminal cases hanging over him, the stakes include his personal freedom. We can expect that in 2024 he will insist his supporters be more aggressive, more ruthless and more violent. We need to accept that he will literally do anything necessary to win this election.</w:t>
      </w:r>
    </w:p>
    <w:p>
      <w:pPr>
        <w:spacing w:after="60"/>
      </w:pPr>
      <w:r>
        <w:rPr>
          <w:b w:val="0"/>
          <w:i w:val="0"/>
          <w:smallCaps w:val="0"/>
          <w:strike w:val="0"/>
          <w:u w:val="single"/>
        </w:rPr>
        <w:t xml:space="preserve">We must be as aggressive in defending free and fair elections as Trump is in undermining them. </w:t>
      </w:r>
      <w:r>
        <w:rPr>
          <w:b w:val="0"/>
          <w:i w:val="0"/>
          <w:smallCaps w:val="0"/>
          <w:strike w:val="0"/>
          <w:highlight w:val="cyan"/>
          <w:u w:val="single"/>
        </w:rPr>
        <w:t>We need</w:t>
      </w:r>
      <w:r>
        <w:rPr>
          <w:b w:val="0"/>
          <w:i w:val="0"/>
          <w:smallCaps w:val="0"/>
          <w:strike w:val="0"/>
          <w:u w:val="single"/>
        </w:rPr>
        <w:t xml:space="preserve"> to think imaginatively and creatively </w:t>
      </w:r>
      <w:r>
        <w:rPr>
          <w:b w:val="0"/>
          <w:i w:val="0"/>
          <w:smallCaps w:val="0"/>
          <w:strike w:val="0"/>
          <w:highlight w:val="cyan"/>
          <w:u w:val="single"/>
        </w:rPr>
        <w:t>to combat</w:t>
      </w:r>
      <w:r>
        <w:rPr>
          <w:b w:val="0"/>
          <w:i w:val="0"/>
          <w:smallCaps w:val="0"/>
          <w:strike w:val="0"/>
          <w:u w:val="single"/>
        </w:rPr>
        <w:t xml:space="preserve"> misinformation, voter suppression, and </w:t>
      </w:r>
      <w:r>
        <w:rPr>
          <w:b w:val="0"/>
          <w:i w:val="0"/>
          <w:smallCaps w:val="0"/>
          <w:strike w:val="0"/>
          <w:highlight w:val="cyan"/>
          <w:u w:val="single"/>
        </w:rPr>
        <w:t>election subversion</w:t>
      </w:r>
      <w:r>
        <w:rPr>
          <w:b w:val="0"/>
          <w:i w:val="0"/>
          <w:smallCaps w:val="0"/>
          <w:strike w:val="0"/>
          <w:u w:val="single"/>
        </w:rPr>
        <w:t>. No gesture is too large or small, we must all pitch in.</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