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Trump is a threat to democracy and has even expressed admiration for authoritarianism</w:t>
      </w:r>
    </w:p>
    <w:p>
      <w:pPr>
        <w:spacing w:after="80"/>
      </w:pPr>
      <w:r>
        <w:rPr>
          <w:b w:val="0"/>
          <w:i w:val="0"/>
          <w:smallCaps w:val="0"/>
          <w:strike w:val="0"/>
          <w:color w:val="000000"/>
          <w:sz w:val="24"/>
          <w:u w:val="none"/>
        </w:rPr>
        <w:t>Brian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Klaas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7/2</w:t>
      </w:r>
      <w:r>
        <w:rPr>
          <w:b/>
          <w:i w:val="0"/>
          <w:smallCaps w:val="0"/>
          <w:strike w:val="0"/>
          <w:sz w:val="26"/>
          <w:u w:val="none"/>
        </w:rPr>
        <w:t>7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/24. (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Brian Klass is a contributing writer at The Atlantic and an associate professor of global politics at University College London. He is the author of 4 books, including Corruptible: Who Gets Power and How It Changes Us, How to Rig an Election, The Despot’s Apprentice, and The Despot’s Accomplice”;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 xml:space="preserve"> July 2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7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th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, 2024, “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Trump Says Americans ‘Won’t Have to Vote Anymore’ If He Wins”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 xml:space="preserve">, 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The Atlantic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 xml:space="preserve">, 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https://www.theatlantic.com/politics/archive/2024/07/trump-vote-believers-summit/679273/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 xml:space="preserve">, 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accessed July 2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8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th.) //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FF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riess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Yesterday, former President Donald Trump told a group of supporters that they won’t have to vote again if they elect him to the presidency. “</w:t>
      </w:r>
      <w:r>
        <w:rPr>
          <w:b w:val="0"/>
          <w:i w:val="0"/>
          <w:smallCaps w:val="0"/>
          <w:strike w:val="0"/>
          <w:highlight w:val="cyan"/>
          <w:u w:val="none"/>
        </w:rPr>
        <w:t>You won’t have to do it anymore,” Trump said</w:t>
      </w:r>
      <w:r>
        <w:rPr>
          <w:b w:val="0"/>
          <w:i w:val="0"/>
          <w:smallCaps w:val="0"/>
          <w:strike w:val="0"/>
          <w:u w:val="none"/>
        </w:rPr>
        <w:t xml:space="preserve"> at the Turning Point Believers’ Summit in Florida. “It’ll be fixed; it’ll be fine; you won’t have to vote anymore, my beautiful Christians.”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Trump’s remarks represent an extraordinary departure from democratic norms in the United States—rarely, if ever, has a major party’s presidential candidate directly stated his aim to make elections meaningless, a notorious hallmark of autocracy.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There are at least two ways of interpreting this statement. 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First,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 could be implying that there won’t be any future elections if he comes to power.</w:t>
      </w:r>
      <w:r>
        <w:rPr>
          <w:b w:val="0"/>
          <w:i w:val="0"/>
          <w:smallCaps w:val="0"/>
          <w:strike w:val="0"/>
          <w:u w:val="none"/>
        </w:rPr>
        <w:t xml:space="preserve"> He may imagine himself as an American Xi Jinping, the Chinese dictator he routinely praises, a leader who’s declared himself “president for life.” As he often does, however, Trump left just enough room in what he said for plausible deniability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 A second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slightly more charitable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interpretation of his remarks is that Trump believes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presidency will entrench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many pro-Christian policies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into the United States government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 no future election could realistically undo his transformation of the country</w:t>
      </w:r>
      <w:r>
        <w:rPr>
          <w:b w:val="0"/>
          <w:i w:val="0"/>
          <w:smallCaps w:val="0"/>
          <w:strike w:val="0"/>
          <w:u w:val="none"/>
        </w:rPr>
        <w:t xml:space="preserve">. Both interpretations lead to the same conclusion: that </w:t>
      </w:r>
      <w:r>
        <w:rPr>
          <w:b/>
          <w:i w:val="0"/>
          <w:smallCaps w:val="0"/>
          <w:strike w:val="0"/>
          <w:sz w:val="32"/>
          <w:highlight w:val="cyan"/>
          <w:u w:val="single"/>
        </w:rPr>
        <w:t>Trump is telegraphing his authoritarian intentions in plain sight, hoping to sever the link between voters and government policy.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Trump’s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remarks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last night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just the latest in 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long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record of expressing authoritarian ideas and admiration</w:t>
      </w:r>
      <w:r>
        <w:rPr>
          <w:b w:val="0"/>
          <w:i w:val="0"/>
          <w:smallCaps w:val="0"/>
          <w:strike w:val="0"/>
          <w:u w:val="none"/>
        </w:rPr>
        <w:t xml:space="preserve"> for strongmen in several undemocratic regimes—including Russia’s Vladimir Putin, the Philippines’ Rodrigo Duterte, and North Korea’s Kim Jong Un.</w:t>
      </w:r>
    </w:p>
    <w:p>
      <w:pPr>
        <w:pStyle w:val="Caption"/>
      </w:pPr>
      <w:r>
        <w:t>Source: Elections DA Harris Supplement - Michigan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