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prioritizes foreign policy and NATO – continues Ukraine support</w:t>
      </w:r>
    </w:p>
    <w:p>
      <w:pPr>
        <w:spacing w:after="80"/>
      </w:pPr>
      <w:r>
        <w:rPr>
          <w:b/>
          <w:i w:val="0"/>
          <w:smallCaps w:val="0"/>
          <w:strike w:val="0"/>
          <w:u w:val="none"/>
        </w:rPr>
        <w:t>Spetalnick</w:t>
      </w:r>
      <w:r>
        <w:rPr>
          <w:b/>
          <w:i w:val="0"/>
          <w:smallCaps w:val="0"/>
          <w:strike w:val="0"/>
          <w:u w:val="none"/>
        </w:rPr>
        <w:t>/Lewis</w:t>
      </w:r>
      <w:r>
        <w:rPr>
          <w:b w:val="0"/>
          <w:i w:val="0"/>
          <w:smallCaps w:val="0"/>
          <w:strike w:val="0"/>
          <w:u w:val="none"/>
        </w:rPr>
        <w:t xml:space="preserve"> </w:t>
      </w:r>
      <w:r>
        <w:rPr>
          <w:b w:val="0"/>
          <w:i w:val="0"/>
          <w:smallCaps w:val="0"/>
          <w:strike w:val="0"/>
          <w:sz w:val="21"/>
          <w:u w:val="none"/>
        </w:rPr>
        <w:t>7/22/</w:t>
      </w:r>
      <w:r>
        <w:rPr>
          <w:b/>
          <w:i w:val="0"/>
          <w:smallCaps w:val="0"/>
          <w:strike w:val="0"/>
          <w:u w:val="none"/>
        </w:rPr>
        <w:t xml:space="preserve">24 </w:t>
      </w:r>
      <w:r>
        <w:rPr>
          <w:b w:val="0"/>
          <w:i w:val="0"/>
          <w:smallCaps w:val="0"/>
          <w:strike w:val="0"/>
          <w:sz w:val="18"/>
          <w:u w:val="none"/>
        </w:rPr>
        <w:t>[Matt, Simon; July 22, Reuters Washington Correspondent - Foreign Policy/</w:t>
      </w:r>
      <w:r>
        <w:rPr>
          <w:b w:val="0"/>
          <w:i w:val="0"/>
          <w:smallCaps w:val="0"/>
          <w:strike w:val="0"/>
          <w:sz w:val="18"/>
          <w:u w:val="none"/>
        </w:rPr>
        <w:t>NatSec</w:t>
      </w:r>
      <w:r>
        <w:rPr>
          <w:b w:val="0"/>
          <w:i w:val="0"/>
          <w:smallCaps w:val="0"/>
          <w:strike w:val="0"/>
          <w:sz w:val="18"/>
          <w:u w:val="none"/>
        </w:rPr>
        <w:t>/White House/State, Reporter in Washington. Previously in Myanmar/Hong Kong/Cambodia/New Forest. Pulitzer winner, “Tougher tone on Israel, steady on NATO: how a Harris foreign policy could look,” https://www.reuters.com/world/us/tougher-tone-israel-steady-nato-how-harris-foreign-policy-could-look-2024-07-21/]</w:t>
      </w:r>
    </w:p>
    <w:p>
      <w:pPr>
        <w:spacing w:after="60"/>
      </w:pPr>
      <w:r>
        <w:rPr>
          <w:b w:val="0"/>
          <w:i w:val="0"/>
          <w:smallCaps w:val="0"/>
          <w:strike w:val="0"/>
          <w:u w:val="none"/>
        </w:rPr>
        <w:t xml:space="preserve">WASHINGTON, July 22 (Reuters) - Vice President </w:t>
      </w:r>
      <w:r>
        <w:rPr>
          <w:b w:val="0"/>
          <w:i w:val="0"/>
          <w:smallCaps w:val="0"/>
          <w:strike w:val="0"/>
          <w:u w:val="single"/>
        </w:rPr>
        <w:t xml:space="preserve">Kamala </w:t>
      </w:r>
      <w:r>
        <w:rPr>
          <w:b w:val="0"/>
          <w:i w:val="0"/>
          <w:smallCaps w:val="0"/>
          <w:strike w:val="0"/>
          <w:highlight w:val="cyan"/>
          <w:u w:val="single"/>
        </w:rPr>
        <w:t>Harris</w:t>
      </w:r>
      <w:r>
        <w:rPr>
          <w:b w:val="0"/>
          <w:i w:val="0"/>
          <w:smallCaps w:val="0"/>
          <w:strike w:val="0"/>
          <w:u w:val="single"/>
        </w:rPr>
        <w:t xml:space="preserve"> is </w:t>
      </w:r>
      <w:r>
        <w:rPr>
          <w:b w:val="0"/>
          <w:i w:val="0"/>
          <w:smallCaps w:val="0"/>
          <w:strike w:val="0"/>
          <w:highlight w:val="cyan"/>
          <w:u w:val="single"/>
        </w:rPr>
        <w:t>expected</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stick</w:t>
      </w:r>
      <w:r>
        <w:rPr>
          <w:b w:val="0"/>
          <w:i w:val="0"/>
          <w:smallCaps w:val="0"/>
          <w:strike w:val="0"/>
          <w:u w:val="single"/>
        </w:rPr>
        <w:t xml:space="preserve"> largely </w:t>
      </w:r>
      <w:r>
        <w:rPr>
          <w:b w:val="0"/>
          <w:i w:val="0"/>
          <w:smallCaps w:val="0"/>
          <w:strike w:val="0"/>
          <w:highlight w:val="cyan"/>
          <w:u w:val="single"/>
        </w:rPr>
        <w:t>to</w:t>
      </w:r>
      <w:r>
        <w:rPr>
          <w:b w:val="0"/>
          <w:i w:val="0"/>
          <w:smallCaps w:val="0"/>
          <w:strike w:val="0"/>
          <w:u w:val="single"/>
        </w:rPr>
        <w:t xml:space="preserve"> Joe </w:t>
      </w:r>
      <w:r>
        <w:rPr>
          <w:b w:val="0"/>
          <w:i w:val="0"/>
          <w:smallCaps w:val="0"/>
          <w:strike w:val="0"/>
          <w:highlight w:val="cyan"/>
          <w:u w:val="single"/>
        </w:rPr>
        <w:t>Biden's</w:t>
      </w:r>
      <w:r>
        <w:rPr>
          <w:b w:val="0"/>
          <w:i w:val="0"/>
          <w:smallCaps w:val="0"/>
          <w:strike w:val="0"/>
          <w:u w:val="single"/>
        </w:rPr>
        <w:t xml:space="preserve"> </w:t>
      </w:r>
      <w:r>
        <w:rPr>
          <w:b w:val="0"/>
          <w:i w:val="0"/>
          <w:smallCaps w:val="0"/>
          <w:strike w:val="0"/>
          <w:highlight w:val="cyan"/>
          <w:u w:val="single"/>
        </w:rPr>
        <w:t>foreign</w:t>
      </w:r>
      <w:r>
        <w:rPr>
          <w:b w:val="0"/>
          <w:i w:val="0"/>
          <w:smallCaps w:val="0"/>
          <w:strike w:val="0"/>
          <w:u w:val="single"/>
        </w:rPr>
        <w:t xml:space="preserve"> </w:t>
      </w:r>
      <w:r>
        <w:rPr>
          <w:b w:val="0"/>
          <w:i w:val="0"/>
          <w:smallCaps w:val="0"/>
          <w:strike w:val="0"/>
          <w:highlight w:val="cyan"/>
          <w:u w:val="single"/>
        </w:rPr>
        <w:t>policy</w:t>
      </w:r>
      <w:r>
        <w:rPr>
          <w:b w:val="0"/>
          <w:i w:val="0"/>
          <w:smallCaps w:val="0"/>
          <w:strike w:val="0"/>
          <w:u w:val="single"/>
        </w:rPr>
        <w:t xml:space="preserve"> </w:t>
      </w:r>
      <w:r>
        <w:rPr>
          <w:b w:val="0"/>
          <w:i w:val="0"/>
          <w:smallCaps w:val="0"/>
          <w:strike w:val="0"/>
          <w:highlight w:val="cyan"/>
          <w:u w:val="single"/>
        </w:rPr>
        <w:t>playbook</w:t>
      </w:r>
      <w:r>
        <w:rPr>
          <w:b w:val="0"/>
          <w:i w:val="0"/>
          <w:smallCaps w:val="0"/>
          <w:strike w:val="0"/>
          <w:u w:val="single"/>
        </w:rPr>
        <w:t xml:space="preserve"> </w:t>
      </w:r>
      <w:r>
        <w:rPr>
          <w:b w:val="0"/>
          <w:i w:val="0"/>
          <w:smallCaps w:val="0"/>
          <w:strike w:val="0"/>
          <w:highlight w:val="cyan"/>
          <w:u w:val="single"/>
        </w:rPr>
        <w:t>on</w:t>
      </w:r>
      <w:r>
        <w:rPr>
          <w:b w:val="0"/>
          <w:i w:val="0"/>
          <w:smallCaps w:val="0"/>
          <w:strike w:val="0"/>
          <w:u w:val="single"/>
        </w:rPr>
        <w:t xml:space="preserve"> key </w:t>
      </w:r>
      <w:r>
        <w:rPr>
          <w:b w:val="0"/>
          <w:i w:val="0"/>
          <w:smallCaps w:val="0"/>
          <w:strike w:val="0"/>
          <w:highlight w:val="cyan"/>
          <w:u w:val="single"/>
        </w:rPr>
        <w:t>issues</w:t>
      </w:r>
      <w:r>
        <w:rPr>
          <w:b w:val="0"/>
          <w:i w:val="0"/>
          <w:smallCaps w:val="0"/>
          <w:strike w:val="0"/>
          <w:u w:val="single"/>
        </w:rPr>
        <w:t xml:space="preserve"> </w:t>
      </w:r>
      <w:r>
        <w:rPr>
          <w:b w:val="0"/>
          <w:i w:val="0"/>
          <w:smallCaps w:val="0"/>
          <w:strike w:val="0"/>
          <w:highlight w:val="cyan"/>
          <w:u w:val="single"/>
        </w:rPr>
        <w:t>such</w:t>
      </w:r>
      <w:r>
        <w:rPr>
          <w:b w:val="0"/>
          <w:i w:val="0"/>
          <w:smallCaps w:val="0"/>
          <w:strike w:val="0"/>
          <w:u w:val="single"/>
        </w:rPr>
        <w:t xml:space="preserve"> </w:t>
      </w:r>
      <w:r>
        <w:rPr>
          <w:b w:val="0"/>
          <w:i w:val="0"/>
          <w:smallCaps w:val="0"/>
          <w:strike w:val="0"/>
          <w:highlight w:val="cyan"/>
          <w:u w:val="single"/>
        </w:rPr>
        <w:t>as</w:t>
      </w:r>
      <w:r>
        <w:rPr>
          <w:b w:val="0"/>
          <w:i w:val="0"/>
          <w:smallCaps w:val="0"/>
          <w:strike w:val="0"/>
          <w:u w:val="single"/>
        </w:rPr>
        <w:t xml:space="preserve"> </w:t>
      </w:r>
      <w:r>
        <w:rPr>
          <w:b w:val="0"/>
          <w:i w:val="0"/>
          <w:smallCaps w:val="0"/>
          <w:strike w:val="0"/>
          <w:highlight w:val="cyan"/>
          <w:u w:val="single"/>
        </w:rPr>
        <w:t>Ukraine</w:t>
      </w:r>
      <w:r>
        <w:rPr>
          <w:b w:val="0"/>
          <w:i w:val="0"/>
          <w:smallCaps w:val="0"/>
          <w:strike w:val="0"/>
          <w:u w:val="single"/>
        </w:rPr>
        <w:t xml:space="preserve">, </w:t>
      </w:r>
      <w:r>
        <w:rPr>
          <w:b w:val="0"/>
          <w:i w:val="0"/>
          <w:smallCaps w:val="0"/>
          <w:strike w:val="0"/>
          <w:highlight w:val="cyan"/>
          <w:u w:val="single"/>
        </w:rPr>
        <w:t>China</w:t>
      </w:r>
      <w:r>
        <w:rPr>
          <w:b w:val="0"/>
          <w:i w:val="0"/>
          <w:smallCaps w:val="0"/>
          <w:strike w:val="0"/>
          <w:u w:val="single"/>
        </w:rPr>
        <w:t xml:space="preserve"> and </w:t>
      </w:r>
      <w:r>
        <w:rPr>
          <w:b w:val="0"/>
          <w:i w:val="0"/>
          <w:smallCaps w:val="0"/>
          <w:strike w:val="0"/>
          <w:highlight w:val="cyan"/>
          <w:u w:val="single"/>
        </w:rPr>
        <w:t>Iran</w:t>
      </w:r>
      <w:r>
        <w:rPr>
          <w:b w:val="0"/>
          <w:i w:val="0"/>
          <w:smallCaps w:val="0"/>
          <w:strike w:val="0"/>
          <w:u w:val="none"/>
        </w:rPr>
        <w:t xml:space="preserve"> but could strike a tougher tone with Israel over the Gaza war if she replaces the president at the top of the Democratic ticket and wins the U.S. November election.</w:t>
      </w:r>
    </w:p>
    <w:p>
      <w:pPr>
        <w:spacing w:after="60"/>
      </w:pPr>
      <w:r>
        <w:rPr>
          <w:b w:val="0"/>
          <w:i w:val="0"/>
          <w:smallCaps w:val="0"/>
          <w:strike w:val="0"/>
          <w:u w:val="single"/>
        </w:rPr>
        <w:t>As the apparent frontrunner</w:t>
      </w:r>
      <w:r>
        <w:rPr>
          <w:b w:val="0"/>
          <w:i w:val="0"/>
          <w:smallCaps w:val="0"/>
          <w:strike w:val="0"/>
          <w:u w:val="none"/>
        </w:rPr>
        <w:t xml:space="preserve"> for the nomination after Biden dropped out of the race and endorsed her on Sunday, </w:t>
      </w:r>
      <w:r>
        <w:rPr>
          <w:b w:val="0"/>
          <w:i w:val="0"/>
          <w:smallCaps w:val="0"/>
          <w:strike w:val="0"/>
          <w:highlight w:val="cyan"/>
          <w:u w:val="single"/>
        </w:rPr>
        <w:t>Harris</w:t>
      </w:r>
      <w:r>
        <w:rPr>
          <w:b w:val="0"/>
          <w:i w:val="0"/>
          <w:smallCaps w:val="0"/>
          <w:strike w:val="0"/>
          <w:u w:val="single"/>
        </w:rPr>
        <w:t xml:space="preserve"> </w:t>
      </w:r>
      <w:r>
        <w:rPr>
          <w:b w:val="0"/>
          <w:i w:val="0"/>
          <w:smallCaps w:val="0"/>
          <w:strike w:val="0"/>
          <w:highlight w:val="cyan"/>
          <w:u w:val="single"/>
        </w:rPr>
        <w:t>would</w:t>
      </w:r>
      <w:r>
        <w:rPr>
          <w:b w:val="0"/>
          <w:i w:val="0"/>
          <w:smallCaps w:val="0"/>
          <w:strike w:val="0"/>
          <w:u w:val="single"/>
        </w:rPr>
        <w:t xml:space="preserve"> </w:t>
      </w:r>
      <w:r>
        <w:rPr>
          <w:b w:val="0"/>
          <w:i w:val="0"/>
          <w:smallCaps w:val="0"/>
          <w:strike w:val="0"/>
          <w:highlight w:val="cyan"/>
          <w:u w:val="single"/>
        </w:rPr>
        <w:t>bring</w:t>
      </w:r>
      <w:r>
        <w:rPr>
          <w:b w:val="0"/>
          <w:i w:val="0"/>
          <w:smallCaps w:val="0"/>
          <w:strike w:val="0"/>
          <w:u w:val="single"/>
        </w:rPr>
        <w:t xml:space="preserve"> on-the-job experience, </w:t>
      </w:r>
      <w:r>
        <w:rPr>
          <w:b w:val="0"/>
          <w:i w:val="0"/>
          <w:smallCaps w:val="0"/>
          <w:strike w:val="0"/>
          <w:highlight w:val="cyan"/>
          <w:u w:val="single"/>
        </w:rPr>
        <w:t>personal</w:t>
      </w:r>
      <w:r>
        <w:rPr>
          <w:b w:val="0"/>
          <w:i w:val="0"/>
          <w:smallCaps w:val="0"/>
          <w:strike w:val="0"/>
          <w:u w:val="single"/>
        </w:rPr>
        <w:t xml:space="preserve"> </w:t>
      </w:r>
      <w:r>
        <w:rPr>
          <w:b w:val="0"/>
          <w:i w:val="0"/>
          <w:smallCaps w:val="0"/>
          <w:strike w:val="0"/>
          <w:highlight w:val="cyan"/>
          <w:u w:val="single"/>
        </w:rPr>
        <w:t>ties</w:t>
      </w:r>
      <w:r>
        <w:rPr>
          <w:b w:val="0"/>
          <w:i w:val="0"/>
          <w:smallCaps w:val="0"/>
          <w:strike w:val="0"/>
          <w:u w:val="single"/>
        </w:rPr>
        <w:t xml:space="preserve"> forged </w:t>
      </w:r>
      <w:r>
        <w:rPr>
          <w:b w:val="0"/>
          <w:i w:val="0"/>
          <w:smallCaps w:val="0"/>
          <w:strike w:val="0"/>
          <w:highlight w:val="cyan"/>
          <w:u w:val="single"/>
        </w:rPr>
        <w:t>with</w:t>
      </w:r>
      <w:r>
        <w:rPr>
          <w:b w:val="0"/>
          <w:i w:val="0"/>
          <w:smallCaps w:val="0"/>
          <w:strike w:val="0"/>
          <w:u w:val="single"/>
        </w:rPr>
        <w:t xml:space="preserve"> </w:t>
      </w:r>
      <w:r>
        <w:rPr>
          <w:b w:val="0"/>
          <w:i w:val="0"/>
          <w:smallCaps w:val="0"/>
          <w:strike w:val="0"/>
          <w:highlight w:val="cyan"/>
          <w:u w:val="single"/>
        </w:rPr>
        <w:t>world</w:t>
      </w:r>
      <w:r>
        <w:rPr>
          <w:b w:val="0"/>
          <w:i w:val="0"/>
          <w:smallCaps w:val="0"/>
          <w:strike w:val="0"/>
          <w:u w:val="single"/>
        </w:rPr>
        <w:t xml:space="preserve"> </w:t>
      </w:r>
      <w:r>
        <w:rPr>
          <w:b w:val="0"/>
          <w:i w:val="0"/>
          <w:smallCaps w:val="0"/>
          <w:strike w:val="0"/>
          <w:highlight w:val="cyan"/>
          <w:u w:val="single"/>
        </w:rPr>
        <w:t>leaders</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a sense of </w:t>
      </w:r>
      <w:r>
        <w:rPr>
          <w:b w:val="0"/>
          <w:i w:val="0"/>
          <w:smallCaps w:val="0"/>
          <w:strike w:val="0"/>
          <w:highlight w:val="cyan"/>
          <w:u w:val="single"/>
        </w:rPr>
        <w:t>global</w:t>
      </w:r>
      <w:r>
        <w:rPr>
          <w:b w:val="0"/>
          <w:i w:val="0"/>
          <w:smallCaps w:val="0"/>
          <w:strike w:val="0"/>
          <w:u w:val="single"/>
        </w:rPr>
        <w:t xml:space="preserve"> </w:t>
      </w:r>
      <w:r>
        <w:rPr>
          <w:b w:val="0"/>
          <w:i w:val="0"/>
          <w:smallCaps w:val="0"/>
          <w:strike w:val="0"/>
          <w:highlight w:val="cyan"/>
          <w:u w:val="single"/>
        </w:rPr>
        <w:t>affairs</w:t>
      </w:r>
      <w:r>
        <w:rPr>
          <w:b w:val="0"/>
          <w:i w:val="0"/>
          <w:smallCaps w:val="0"/>
          <w:strike w:val="0"/>
          <w:u w:val="none"/>
        </w:rPr>
        <w:t xml:space="preserve"> gained during a Senate term and as Biden's second-in-command.</w:t>
      </w:r>
    </w:p>
    <w:p>
      <w:pPr>
        <w:spacing w:after="60"/>
      </w:pPr>
      <w:r>
        <w:rPr>
          <w:b w:val="0"/>
          <w:i w:val="0"/>
          <w:smallCaps w:val="0"/>
          <w:strike w:val="0"/>
          <w:u w:val="none"/>
        </w:rPr>
        <w:t>But running against Republican candidate Donald Trump, she would also have a major vulnerability - a troubled situation at the U.S.-Mexico border that has bedeviled Biden and become a top campaign issue. Harris was tasked at the start of his term with addressing the root causes of high irregular migration, and Republicans have sought to make her the face of the problem.</w:t>
      </w:r>
    </w:p>
    <w:p>
      <w:pPr>
        <w:spacing w:after="60"/>
      </w:pPr>
      <w:r>
        <w:rPr>
          <w:b w:val="0"/>
          <w:i w:val="0"/>
          <w:smallCaps w:val="0"/>
          <w:strike w:val="0"/>
          <w:u w:val="none"/>
        </w:rPr>
        <w:t>On a range of global priorities, said analysts, a Harris presidency would resemble a second Biden administration.</w:t>
      </w:r>
    </w:p>
    <w:p>
      <w:pPr>
        <w:spacing w:after="60"/>
      </w:pPr>
      <w:r>
        <w:rPr>
          <w:b w:val="0"/>
          <w:i w:val="0"/>
          <w:smallCaps w:val="0"/>
          <w:strike w:val="0"/>
          <w:u w:val="none"/>
        </w:rPr>
        <w:t>"She may be a more energetic player but one thing you shouldn't expect – any immediate big shifts in the substance of Biden's foreign policy," said Aaron David Miller, a former Middle East negotiator for Democratic and Republican administrations.</w:t>
      </w:r>
    </w:p>
    <w:p>
      <w:pPr>
        <w:spacing w:after="60"/>
      </w:pPr>
      <w:r>
        <w:rPr>
          <w:b w:val="0"/>
          <w:i w:val="0"/>
          <w:smallCaps w:val="0"/>
          <w:strike w:val="0"/>
          <w:highlight w:val="cyan"/>
          <w:u w:val="single"/>
        </w:rPr>
        <w:t>Harris</w:t>
      </w:r>
      <w:r>
        <w:rPr>
          <w:b w:val="0"/>
          <w:i w:val="0"/>
          <w:smallCaps w:val="0"/>
          <w:strike w:val="0"/>
          <w:u w:val="single"/>
        </w:rPr>
        <w:t xml:space="preserve"> has </w:t>
      </w:r>
      <w:r>
        <w:rPr>
          <w:b w:val="0"/>
          <w:i w:val="0"/>
          <w:smallCaps w:val="0"/>
          <w:strike w:val="0"/>
          <w:highlight w:val="cyan"/>
          <w:u w:val="single"/>
        </w:rPr>
        <w:t>signaled</w:t>
      </w:r>
      <w:r>
        <w:rPr>
          <w:b w:val="0"/>
          <w:i w:val="0"/>
          <w:smallCaps w:val="0"/>
          <w:strike w:val="0"/>
          <w:u w:val="single"/>
        </w:rPr>
        <w:t xml:space="preserve">, for instance, that </w:t>
      </w:r>
      <w:r>
        <w:rPr>
          <w:b w:val="0"/>
          <w:i w:val="0"/>
          <w:smallCaps w:val="0"/>
          <w:strike w:val="0"/>
          <w:highlight w:val="cyan"/>
          <w:u w:val="single"/>
        </w:rPr>
        <w:t>she</w:t>
      </w:r>
      <w:r>
        <w:rPr>
          <w:b w:val="0"/>
          <w:i w:val="0"/>
          <w:smallCaps w:val="0"/>
          <w:strike w:val="0"/>
          <w:u w:val="single"/>
        </w:rPr>
        <w:t xml:space="preserve"> </w:t>
      </w:r>
      <w:r>
        <w:rPr>
          <w:b w:val="0"/>
          <w:i w:val="0"/>
          <w:smallCaps w:val="0"/>
          <w:strike w:val="0"/>
          <w:highlight w:val="cyan"/>
          <w:u w:val="single"/>
        </w:rPr>
        <w:t>would</w:t>
      </w:r>
      <w:r>
        <w:rPr>
          <w:b w:val="0"/>
          <w:i w:val="0"/>
          <w:smallCaps w:val="0"/>
          <w:strike w:val="0"/>
          <w:u w:val="single"/>
        </w:rPr>
        <w:t xml:space="preserve"> </w:t>
      </w:r>
      <w:r>
        <w:rPr>
          <w:b w:val="0"/>
          <w:i w:val="0"/>
          <w:smallCaps w:val="0"/>
          <w:strike w:val="0"/>
          <w:highlight w:val="cyan"/>
          <w:u w:val="single"/>
        </w:rPr>
        <w:t>not</w:t>
      </w:r>
      <w:r>
        <w:rPr>
          <w:b w:val="0"/>
          <w:i w:val="0"/>
          <w:smallCaps w:val="0"/>
          <w:strike w:val="0"/>
          <w:u w:val="single"/>
        </w:rPr>
        <w:t xml:space="preserve"> </w:t>
      </w:r>
      <w:r>
        <w:rPr>
          <w:b w:val="0"/>
          <w:i w:val="0"/>
          <w:smallCaps w:val="0"/>
          <w:strike w:val="0"/>
          <w:highlight w:val="cyan"/>
          <w:u w:val="single"/>
        </w:rPr>
        <w:t>deviate</w:t>
      </w:r>
      <w:r>
        <w:rPr>
          <w:b w:val="0"/>
          <w:i w:val="0"/>
          <w:smallCaps w:val="0"/>
          <w:strike w:val="0"/>
          <w:u w:val="single"/>
        </w:rPr>
        <w:t xml:space="preserve"> </w:t>
      </w:r>
      <w:r>
        <w:rPr>
          <w:b w:val="0"/>
          <w:i w:val="0"/>
          <w:smallCaps w:val="0"/>
          <w:strike w:val="0"/>
          <w:highlight w:val="cyan"/>
          <w:u w:val="single"/>
        </w:rPr>
        <w:t>from</w:t>
      </w:r>
      <w:r>
        <w:rPr>
          <w:b w:val="0"/>
          <w:i w:val="0"/>
          <w:smallCaps w:val="0"/>
          <w:strike w:val="0"/>
          <w:u w:val="single"/>
        </w:rPr>
        <w:t xml:space="preserve"> Biden's staunch </w:t>
      </w:r>
      <w:r>
        <w:rPr>
          <w:b w:val="0"/>
          <w:i w:val="0"/>
          <w:smallCaps w:val="0"/>
          <w:strike w:val="0"/>
          <w:highlight w:val="cyan"/>
          <w:u w:val="single"/>
        </w:rPr>
        <w:t>support</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w:t>
      </w:r>
      <w:r>
        <w:rPr>
          <w:b w:val="0"/>
          <w:i w:val="0"/>
          <w:smallCaps w:val="0"/>
          <w:strike w:val="0"/>
          <w:highlight w:val="cyan"/>
          <w:u w:val="single"/>
        </w:rPr>
        <w:t>NATO</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would</w:t>
      </w:r>
      <w:r>
        <w:rPr>
          <w:b w:val="0"/>
          <w:i w:val="0"/>
          <w:smallCaps w:val="0"/>
          <w:strike w:val="0"/>
          <w:u w:val="single"/>
        </w:rPr>
        <w:t xml:space="preserve"> </w:t>
      </w:r>
      <w:r>
        <w:rPr>
          <w:b w:val="0"/>
          <w:i w:val="0"/>
          <w:smallCaps w:val="0"/>
          <w:strike w:val="0"/>
          <w:highlight w:val="cyan"/>
          <w:u w:val="single"/>
        </w:rPr>
        <w:t>continue</w:t>
      </w:r>
      <w:r>
        <w:rPr>
          <w:b w:val="0"/>
          <w:i w:val="0"/>
          <w:smallCaps w:val="0"/>
          <w:strike w:val="0"/>
          <w:u w:val="single"/>
        </w:rPr>
        <w:t xml:space="preserve"> </w:t>
      </w:r>
      <w:r>
        <w:rPr>
          <w:b w:val="0"/>
          <w:i w:val="0"/>
          <w:smallCaps w:val="0"/>
          <w:strike w:val="0"/>
          <w:highlight w:val="cyan"/>
          <w:u w:val="single"/>
        </w:rPr>
        <w:t>backing</w:t>
      </w:r>
      <w:r>
        <w:rPr>
          <w:b w:val="0"/>
          <w:i w:val="0"/>
          <w:smallCaps w:val="0"/>
          <w:strike w:val="0"/>
          <w:u w:val="single"/>
        </w:rPr>
        <w:t xml:space="preserve"> </w:t>
      </w:r>
      <w:r>
        <w:rPr>
          <w:b w:val="0"/>
          <w:i w:val="0"/>
          <w:smallCaps w:val="0"/>
          <w:strike w:val="0"/>
          <w:highlight w:val="cyan"/>
          <w:u w:val="single"/>
        </w:rPr>
        <w:t>Ukraine</w:t>
      </w:r>
      <w:r>
        <w:rPr>
          <w:b w:val="0"/>
          <w:i w:val="0"/>
          <w:smallCaps w:val="0"/>
          <w:strike w:val="0"/>
          <w:u w:val="single"/>
        </w:rPr>
        <w:t xml:space="preserve"> in its fight against Russia.</w:t>
      </w:r>
      <w:r>
        <w:rPr>
          <w:b w:val="0"/>
          <w:i w:val="0"/>
          <w:smallCaps w:val="0"/>
          <w:strike w:val="0"/>
          <w:u w:val="none"/>
        </w:rPr>
        <w:t xml:space="preserve"> That stands in sharp contrast to a pledge by former president Trump to fundamentally alter the U.S. relationship with the alliance and the doubts he has raised about future weapons supplies to Kyiv.</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