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losing swing voters now – Losing swing votes means losing the race</w:t>
      </w:r>
    </w:p>
    <w:p>
      <w:pPr>
        <w:spacing w:after="80"/>
      </w:pPr>
      <w:r>
        <w:rPr>
          <w:b/>
          <w:i w:val="0"/>
          <w:smallCaps w:val="0"/>
          <w:strike w:val="0"/>
          <w:color w:val="0D0D0D"/>
          <w:sz w:val="24"/>
          <w:u w:val="none"/>
        </w:rPr>
        <w:t>Murray</w:t>
      </w:r>
      <w:r>
        <w:rPr>
          <w:b w:val="0"/>
          <w:i w:val="0"/>
          <w:smallCaps w:val="0"/>
          <w:strike w:val="0"/>
          <w:color w:val="0D0D0D"/>
          <w:sz w:val="24"/>
          <w:u w:val="none"/>
        </w:rPr>
        <w:t xml:space="preserve"> </w:t>
      </w:r>
      <w:r>
        <w:rPr>
          <w:b w:val="0"/>
          <w:i w:val="0"/>
          <w:smallCaps w:val="0"/>
          <w:strike w:val="0"/>
          <w:color w:val="0D0D0D"/>
          <w:sz w:val="20"/>
          <w:u w:val="none"/>
        </w:rPr>
        <w:t>7/23/</w:t>
      </w:r>
      <w:r>
        <w:rPr>
          <w:b/>
          <w:i w:val="0"/>
          <w:smallCaps w:val="0"/>
          <w:strike w:val="0"/>
          <w:color w:val="0D0D0D"/>
          <w:sz w:val="24"/>
          <w:u w:val="none"/>
        </w:rPr>
        <w:t>24</w:t>
      </w:r>
      <w:r>
        <w:rPr>
          <w:b w:val="0"/>
          <w:i w:val="0"/>
          <w:smallCaps w:val="0"/>
          <w:strike w:val="0"/>
          <w:color w:val="0D0D0D"/>
          <w:u w:val="none"/>
        </w:rPr>
        <w:t xml:space="preserve"> </w:t>
      </w:r>
      <w:r>
        <w:rPr>
          <w:b w:val="0"/>
          <w:i w:val="0"/>
          <w:smallCaps w:val="0"/>
          <w:strike w:val="0"/>
          <w:color w:val="0D0D0D"/>
          <w:sz w:val="20"/>
          <w:u w:val="none"/>
        </w:rPr>
        <w:t xml:space="preserve">[Mark; July 23; </w:t>
      </w:r>
      <w:r>
        <w:rPr>
          <w:b w:val="0"/>
          <w:i w:val="0"/>
          <w:smallCaps w:val="0"/>
          <w:strike w:val="0"/>
          <w:sz w:val="20"/>
          <w:u w:val="none"/>
        </w:rPr>
        <w:t>Mark Murray is a senior political editor at NBC News, “</w:t>
      </w:r>
      <w:r>
        <w:rPr>
          <w:b w:val="0"/>
          <w:i w:val="0"/>
          <w:smallCaps w:val="0"/>
          <w:strike w:val="0"/>
          <w:sz w:val="20"/>
          <w:u w:val="none"/>
        </w:rPr>
        <w:t>Harris' challenge ahead: Winning over swing voters,” https://www.nbcnews.com/politics/2024-election/kamala-harris-polls-challenge-winning-swing-voters-trump-rcna163188]</w:t>
      </w:r>
    </w:p>
    <w:p>
      <w:pPr>
        <w:spacing w:after="60"/>
      </w:pPr>
      <w:r>
        <w:rPr>
          <w:b w:val="0"/>
          <w:i w:val="0"/>
          <w:smallCaps w:val="0"/>
          <w:strike w:val="0"/>
          <w:color w:val="0D0D0D"/>
          <w:u w:val="none"/>
        </w:rPr>
        <w:t xml:space="preserve">Just days after </w:t>
      </w:r>
      <w:r>
        <w:rPr>
          <w:b w:val="0"/>
          <w:i w:val="0"/>
          <w:smallCaps w:val="0"/>
          <w:strike w:val="0"/>
          <w:color w:val="0D0D0D"/>
          <w:u w:val="none"/>
        </w:rPr>
        <w:t>President</w:t>
      </w:r>
      <w:r>
        <w:rPr>
          <w:b w:val="0"/>
          <w:i w:val="0"/>
          <w:smallCaps w:val="0"/>
          <w:strike w:val="0"/>
          <w:color w:val="0D0D0D"/>
          <w:u w:val="none"/>
        </w:rPr>
        <w:t xml:space="preserve"> Joe Biden withdrew from the presidential race, Vice President Kamala Harris has raised stacks of campaign money, she has mostly united and energized the Democratic Party, and she has received the backing of a majority of pledged Democratic convention delegates. </w:t>
      </w:r>
    </w:p>
    <w:p>
      <w:pPr>
        <w:spacing w:after="60"/>
      </w:pPr>
      <w:r>
        <w:rPr>
          <w:b w:val="0"/>
          <w:i w:val="0"/>
          <w:smallCaps w:val="0"/>
          <w:strike w:val="0"/>
          <w:color w:val="0D0D0D"/>
          <w:u w:val="none"/>
        </w:rPr>
        <w:t xml:space="preserve">That’s the good news for </w:t>
      </w:r>
      <w:r>
        <w:rPr>
          <w:b w:val="0"/>
          <w:i w:val="0"/>
          <w:smallCaps w:val="0"/>
          <w:strike w:val="0"/>
          <w:color w:val="0D0D0D"/>
          <w:highlight w:val="cyan"/>
          <w:u w:val="none"/>
        </w:rPr>
        <w:t>Harris</w:t>
      </w:r>
      <w:r>
        <w:rPr>
          <w:b w:val="0"/>
          <w:i w:val="0"/>
          <w:smallCaps w:val="0"/>
          <w:strike w:val="0"/>
          <w:color w:val="0D0D0D"/>
          <w:u w:val="none"/>
        </w:rPr>
        <w:t xml:space="preserve"> and Democrats. </w:t>
      </w:r>
    </w:p>
    <w:p>
      <w:pPr>
        <w:spacing w:after="60"/>
      </w:pPr>
      <w:r>
        <w:rPr>
          <w:b w:val="0"/>
          <w:i w:val="0"/>
          <w:smallCaps w:val="0"/>
          <w:strike w:val="0"/>
          <w:color w:val="0D0D0D"/>
          <w:u w:val="none"/>
        </w:rPr>
        <w:t xml:space="preserve">But </w:t>
      </w:r>
      <w:r>
        <w:rPr>
          <w:b w:val="0"/>
          <w:i w:val="0"/>
          <w:smallCaps w:val="0"/>
          <w:strike w:val="0"/>
          <w:color w:val="0D0D0D"/>
          <w:u w:val="single"/>
        </w:rPr>
        <w:t>her next challenge may be a much steeper one</w:t>
      </w:r>
      <w:r>
        <w:rPr>
          <w:b w:val="0"/>
          <w:i w:val="0"/>
          <w:smallCaps w:val="0"/>
          <w:strike w:val="0"/>
          <w:color w:val="0D0D0D"/>
          <w:u w:val="none"/>
        </w:rPr>
        <w:t xml:space="preserve">: </w:t>
      </w:r>
      <w:r>
        <w:rPr>
          <w:b w:val="0"/>
          <w:i w:val="0"/>
          <w:smallCaps w:val="0"/>
          <w:strike w:val="0"/>
          <w:color w:val="0D0D0D"/>
          <w:highlight w:val="cyan"/>
          <w:u w:val="single"/>
        </w:rPr>
        <w:t>winning</w:t>
      </w:r>
      <w:r>
        <w:rPr>
          <w:b w:val="0"/>
          <w:i w:val="0"/>
          <w:smallCaps w:val="0"/>
          <w:strike w:val="0"/>
          <w:color w:val="0D0D0D"/>
          <w:u w:val="none"/>
        </w:rPr>
        <w:t xml:space="preserve"> over the </w:t>
      </w:r>
      <w:r>
        <w:rPr>
          <w:b w:val="0"/>
          <w:i w:val="0"/>
          <w:smallCaps w:val="0"/>
          <w:strike w:val="0"/>
          <w:color w:val="0D0D0D"/>
          <w:highlight w:val="cyan"/>
          <w:u w:val="single"/>
        </w:rPr>
        <w:t>swing</w:t>
      </w:r>
      <w:r>
        <w:rPr>
          <w:b w:val="0"/>
          <w:i w:val="0"/>
          <w:smallCaps w:val="0"/>
          <w:strike w:val="0"/>
          <w:color w:val="0D0D0D"/>
          <w:u w:val="single"/>
        </w:rPr>
        <w:t xml:space="preserve"> and independent </w:t>
      </w:r>
      <w:r>
        <w:rPr>
          <w:b w:val="0"/>
          <w:i w:val="0"/>
          <w:smallCaps w:val="0"/>
          <w:strike w:val="0"/>
          <w:color w:val="0D0D0D"/>
          <w:highlight w:val="cyan"/>
          <w:u w:val="single"/>
        </w:rPr>
        <w:t>voters</w:t>
      </w:r>
      <w:r>
        <w:rPr>
          <w:b w:val="0"/>
          <w:i w:val="0"/>
          <w:smallCaps w:val="0"/>
          <w:strike w:val="0"/>
          <w:color w:val="0D0D0D"/>
          <w:u w:val="none"/>
        </w:rPr>
        <w:t xml:space="preserve"> who have been cool to her previously — but who </w:t>
      </w:r>
      <w:r>
        <w:rPr>
          <w:b w:val="0"/>
          <w:i w:val="0"/>
          <w:smallCaps w:val="0"/>
          <w:strike w:val="0"/>
          <w:color w:val="0D0D0D"/>
          <w:highlight w:val="cyan"/>
          <w:u w:val="single"/>
        </w:rPr>
        <w:t>will</w:t>
      </w:r>
      <w:r>
        <w:rPr>
          <w:b w:val="0"/>
          <w:i w:val="0"/>
          <w:smallCaps w:val="0"/>
          <w:strike w:val="0"/>
          <w:color w:val="0D0D0D"/>
          <w:u w:val="single"/>
        </w:rPr>
        <w:t xml:space="preserve"> </w:t>
      </w:r>
      <w:r>
        <w:rPr>
          <w:b w:val="0"/>
          <w:i w:val="0"/>
          <w:smallCaps w:val="0"/>
          <w:strike w:val="0"/>
          <w:color w:val="0D0D0D"/>
          <w:highlight w:val="cyan"/>
          <w:u w:val="single"/>
        </w:rPr>
        <w:t>be</w:t>
      </w:r>
      <w:r>
        <w:rPr>
          <w:b w:val="0"/>
          <w:i w:val="0"/>
          <w:smallCaps w:val="0"/>
          <w:strike w:val="0"/>
          <w:color w:val="0D0D0D"/>
          <w:u w:val="single"/>
        </w:rPr>
        <w:t xml:space="preserve"> </w:t>
      </w:r>
      <w:r>
        <w:rPr>
          <w:b w:val="0"/>
          <w:i w:val="0"/>
          <w:smallCaps w:val="0"/>
          <w:strike w:val="0"/>
          <w:color w:val="0D0D0D"/>
          <w:highlight w:val="cyan"/>
          <w:u w:val="single"/>
        </w:rPr>
        <w:t>crucial</w:t>
      </w:r>
      <w:r>
        <w:rPr>
          <w:b w:val="0"/>
          <w:i w:val="0"/>
          <w:smallCaps w:val="0"/>
          <w:strike w:val="0"/>
          <w:color w:val="0D0D0D"/>
          <w:u w:val="single"/>
        </w:rPr>
        <w:t xml:space="preserve"> </w:t>
      </w:r>
      <w:r>
        <w:rPr>
          <w:b w:val="0"/>
          <w:i w:val="0"/>
          <w:smallCaps w:val="0"/>
          <w:strike w:val="0"/>
          <w:color w:val="0D0D0D"/>
          <w:highlight w:val="cyan"/>
          <w:u w:val="single"/>
        </w:rPr>
        <w:t>to</w:t>
      </w:r>
      <w:r>
        <w:rPr>
          <w:b w:val="0"/>
          <w:i w:val="0"/>
          <w:smallCaps w:val="0"/>
          <w:strike w:val="0"/>
          <w:color w:val="0D0D0D"/>
          <w:u w:val="single"/>
        </w:rPr>
        <w:t xml:space="preserve"> </w:t>
      </w:r>
      <w:r>
        <w:rPr>
          <w:b w:val="0"/>
          <w:i w:val="0"/>
          <w:smallCaps w:val="0"/>
          <w:strike w:val="0"/>
          <w:color w:val="0D0D0D"/>
          <w:highlight w:val="cyan"/>
          <w:u w:val="single"/>
        </w:rPr>
        <w:t>defeating</w:t>
      </w:r>
      <w:r>
        <w:rPr>
          <w:b w:val="0"/>
          <w:i w:val="0"/>
          <w:smallCaps w:val="0"/>
          <w:strike w:val="0"/>
          <w:color w:val="0D0D0D"/>
          <w:u w:val="single"/>
        </w:rPr>
        <w:t xml:space="preserve"> Republican Donald </w:t>
      </w:r>
      <w:r>
        <w:rPr>
          <w:b w:val="0"/>
          <w:i w:val="0"/>
          <w:smallCaps w:val="0"/>
          <w:strike w:val="0"/>
          <w:color w:val="0D0D0D"/>
          <w:highlight w:val="cyan"/>
          <w:u w:val="single"/>
        </w:rPr>
        <w:t>Trump</w:t>
      </w:r>
      <w:r>
        <w:rPr>
          <w:b w:val="0"/>
          <w:i w:val="0"/>
          <w:smallCaps w:val="0"/>
          <w:strike w:val="0"/>
          <w:color w:val="0D0D0D"/>
          <w:u w:val="none"/>
        </w:rPr>
        <w:t xml:space="preserve"> in November. </w:t>
      </w:r>
    </w:p>
    <w:p>
      <w:pPr>
        <w:spacing w:after="60"/>
      </w:pPr>
      <w:r>
        <w:rPr>
          <w:b w:val="0"/>
          <w:i w:val="0"/>
          <w:smallCaps w:val="0"/>
          <w:strike w:val="0"/>
          <w:color w:val="0D0D0D"/>
          <w:u w:val="none"/>
        </w:rPr>
        <w:t xml:space="preserve">Merged </w:t>
      </w:r>
      <w:r>
        <w:rPr>
          <w:b w:val="0"/>
          <w:i w:val="0"/>
          <w:smallCaps w:val="0"/>
          <w:strike w:val="0"/>
          <w:color w:val="0D0D0D"/>
          <w:highlight w:val="cyan"/>
          <w:u w:val="single"/>
        </w:rPr>
        <w:t>polling</w:t>
      </w:r>
      <w:r>
        <w:rPr>
          <w:b w:val="0"/>
          <w:i w:val="0"/>
          <w:smallCaps w:val="0"/>
          <w:strike w:val="0"/>
          <w:color w:val="0D0D0D"/>
          <w:u w:val="single"/>
        </w:rPr>
        <w:t xml:space="preserve"> from the NBC News poll</w:t>
      </w:r>
      <w:r>
        <w:rPr>
          <w:b w:val="0"/>
          <w:i w:val="0"/>
          <w:smallCaps w:val="0"/>
          <w:strike w:val="0"/>
          <w:color w:val="0D0D0D"/>
          <w:u w:val="none"/>
        </w:rPr>
        <w:t xml:space="preserve"> — combining responses from surveys conducted in January, April and July before Biden’s exit — </w:t>
      </w:r>
      <w:r>
        <w:rPr>
          <w:b w:val="0"/>
          <w:i w:val="0"/>
          <w:smallCaps w:val="0"/>
          <w:strike w:val="0"/>
          <w:color w:val="0D0D0D"/>
          <w:highlight w:val="cyan"/>
          <w:u w:val="single"/>
        </w:rPr>
        <w:t>finds Harris</w:t>
      </w:r>
      <w:r>
        <w:rPr>
          <w:b w:val="0"/>
          <w:i w:val="0"/>
          <w:smallCaps w:val="0"/>
          <w:strike w:val="0"/>
          <w:color w:val="0D0D0D"/>
          <w:u w:val="single"/>
        </w:rPr>
        <w:t xml:space="preserve"> not only </w:t>
      </w:r>
      <w:r>
        <w:rPr>
          <w:b w:val="0"/>
          <w:i w:val="0"/>
          <w:smallCaps w:val="0"/>
          <w:strike w:val="0"/>
          <w:color w:val="0D0D0D"/>
          <w:highlight w:val="cyan"/>
          <w:u w:val="single"/>
        </w:rPr>
        <w:t>underwater with</w:t>
      </w:r>
      <w:r>
        <w:rPr>
          <w:b w:val="0"/>
          <w:i w:val="0"/>
          <w:smallCaps w:val="0"/>
          <w:strike w:val="0"/>
          <w:color w:val="0D0D0D"/>
          <w:u w:val="single"/>
        </w:rPr>
        <w:t xml:space="preserve"> those </w:t>
      </w:r>
      <w:r>
        <w:rPr>
          <w:b w:val="0"/>
          <w:i w:val="0"/>
          <w:smallCaps w:val="0"/>
          <w:strike w:val="0"/>
          <w:color w:val="0D0D0D"/>
          <w:highlight w:val="cyan"/>
          <w:u w:val="single"/>
        </w:rPr>
        <w:t>swing voters</w:t>
      </w:r>
      <w:r>
        <w:rPr>
          <w:b w:val="0"/>
          <w:i w:val="0"/>
          <w:smallCaps w:val="0"/>
          <w:strike w:val="0"/>
          <w:color w:val="0D0D0D"/>
          <w:u w:val="single"/>
        </w:rPr>
        <w:t xml:space="preserve"> in terms of her popularity </w:t>
      </w:r>
      <w:r>
        <w:rPr>
          <w:b w:val="0"/>
          <w:i w:val="0"/>
          <w:smallCaps w:val="0"/>
          <w:strike w:val="0"/>
          <w:color w:val="0D0D0D"/>
          <w:highlight w:val="cyan"/>
          <w:u w:val="single"/>
        </w:rPr>
        <w:t>but</w:t>
      </w:r>
      <w:r>
        <w:rPr>
          <w:b w:val="0"/>
          <w:i w:val="0"/>
          <w:smallCaps w:val="0"/>
          <w:strike w:val="0"/>
          <w:color w:val="0D0D0D"/>
          <w:u w:val="single"/>
        </w:rPr>
        <w:t xml:space="preserve"> </w:t>
      </w:r>
      <w:r>
        <w:rPr>
          <w:b w:val="0"/>
          <w:i w:val="0"/>
          <w:smallCaps w:val="0"/>
          <w:strike w:val="0"/>
          <w:color w:val="0D0D0D"/>
          <w:highlight w:val="cyan"/>
          <w:u w:val="single"/>
        </w:rPr>
        <w:t>also</w:t>
      </w:r>
      <w:r>
        <w:rPr>
          <w:b w:val="0"/>
          <w:i w:val="0"/>
          <w:smallCaps w:val="0"/>
          <w:strike w:val="0"/>
          <w:color w:val="0D0D0D"/>
          <w:u w:val="single"/>
        </w:rPr>
        <w:t xml:space="preserve"> </w:t>
      </w:r>
      <w:r>
        <w:rPr>
          <w:b w:val="0"/>
          <w:i w:val="0"/>
          <w:smallCaps w:val="0"/>
          <w:strike w:val="0"/>
          <w:color w:val="0D0D0D"/>
          <w:highlight w:val="cyan"/>
          <w:u w:val="single"/>
        </w:rPr>
        <w:t>with</w:t>
      </w:r>
      <w:r>
        <w:rPr>
          <w:b w:val="0"/>
          <w:i w:val="0"/>
          <w:smallCaps w:val="0"/>
          <w:strike w:val="0"/>
          <w:color w:val="0D0D0D"/>
          <w:u w:val="single"/>
        </w:rPr>
        <w:t xml:space="preserve"> </w:t>
      </w:r>
      <w:r>
        <w:rPr>
          <w:b w:val="0"/>
          <w:i w:val="0"/>
          <w:smallCaps w:val="0"/>
          <w:strike w:val="0"/>
          <w:color w:val="0D0D0D"/>
          <w:highlight w:val="cyan"/>
          <w:u w:val="single"/>
        </w:rPr>
        <w:t>lower net scores than Biden</w:t>
      </w:r>
      <w:r>
        <w:rPr>
          <w:b w:val="0"/>
          <w:i w:val="0"/>
          <w:smallCaps w:val="0"/>
          <w:strike w:val="0"/>
          <w:color w:val="0D0D0D"/>
          <w:u w:val="single"/>
        </w:rPr>
        <w:t xml:space="preserve"> has</w:t>
      </w:r>
      <w:r>
        <w:rPr>
          <w:b w:val="0"/>
          <w:i w:val="0"/>
          <w:smallCaps w:val="0"/>
          <w:strike w:val="0"/>
          <w:color w:val="0D0D0D"/>
          <w:u w:val="none"/>
        </w:rPr>
        <w:t xml:space="preserve">. There are more voters who don’t yet register strong opinions of her, so the numbers could change as the public side of her campaign gets going in earnest. But </w:t>
      </w:r>
      <w:r>
        <w:rPr>
          <w:b w:val="0"/>
          <w:i w:val="0"/>
          <w:smallCaps w:val="0"/>
          <w:strike w:val="0"/>
          <w:color w:val="0D0D0D"/>
          <w:highlight w:val="cyan"/>
          <w:u w:val="single"/>
        </w:rPr>
        <w:t>it’s</w:t>
      </w:r>
      <w:r>
        <w:rPr>
          <w:b w:val="0"/>
          <w:i w:val="0"/>
          <w:smallCaps w:val="0"/>
          <w:strike w:val="0"/>
          <w:color w:val="0D0D0D"/>
          <w:u w:val="single"/>
        </w:rPr>
        <w:t xml:space="preserve"> </w:t>
      </w:r>
      <w:r>
        <w:rPr>
          <w:b w:val="0"/>
          <w:i w:val="0"/>
          <w:smallCaps w:val="0"/>
          <w:strike w:val="0"/>
          <w:color w:val="0D0D0D"/>
          <w:highlight w:val="cyan"/>
          <w:u w:val="single"/>
        </w:rPr>
        <w:t>a</w:t>
      </w:r>
      <w:r>
        <w:rPr>
          <w:b w:val="0"/>
          <w:i w:val="0"/>
          <w:smallCaps w:val="0"/>
          <w:strike w:val="0"/>
          <w:color w:val="0D0D0D"/>
          <w:u w:val="single"/>
        </w:rPr>
        <w:t xml:space="preserve"> potentially </w:t>
      </w:r>
      <w:r>
        <w:rPr>
          <w:b w:val="0"/>
          <w:i w:val="0"/>
          <w:smallCaps w:val="0"/>
          <w:strike w:val="0"/>
          <w:color w:val="0D0D0D"/>
          <w:highlight w:val="cyan"/>
          <w:u w:val="single"/>
        </w:rPr>
        <w:t>vulnerable</w:t>
      </w:r>
      <w:r>
        <w:rPr>
          <w:b w:val="0"/>
          <w:i w:val="0"/>
          <w:smallCaps w:val="0"/>
          <w:strike w:val="0"/>
          <w:color w:val="0D0D0D"/>
          <w:u w:val="single"/>
        </w:rPr>
        <w:t xml:space="preserve"> </w:t>
      </w:r>
      <w:r>
        <w:rPr>
          <w:b w:val="0"/>
          <w:i w:val="0"/>
          <w:smallCaps w:val="0"/>
          <w:strike w:val="0"/>
          <w:color w:val="0D0D0D"/>
          <w:highlight w:val="cyan"/>
          <w:u w:val="single"/>
        </w:rPr>
        <w:t>starting</w:t>
      </w:r>
      <w:r>
        <w:rPr>
          <w:b w:val="0"/>
          <w:i w:val="0"/>
          <w:smallCaps w:val="0"/>
          <w:strike w:val="0"/>
          <w:color w:val="0D0D0D"/>
          <w:u w:val="single"/>
        </w:rPr>
        <w:t xml:space="preserve"> </w:t>
      </w:r>
      <w:r>
        <w:rPr>
          <w:b w:val="0"/>
          <w:i w:val="0"/>
          <w:smallCaps w:val="0"/>
          <w:strike w:val="0"/>
          <w:color w:val="0D0D0D"/>
          <w:highlight w:val="cyan"/>
          <w:u w:val="single"/>
        </w:rPr>
        <w:t>position</w:t>
      </w:r>
      <w:r>
        <w:rPr>
          <w:b w:val="0"/>
          <w:i w:val="0"/>
          <w:smallCaps w:val="0"/>
          <w:strike w:val="0"/>
          <w:color w:val="0D0D0D"/>
          <w:u w:val="none"/>
        </w:rPr>
        <w:t xml:space="preserve">, though Trump is in similar territory.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