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Polls predict Harris falls 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>Mark</w:t>
      </w:r>
      <w:r>
        <w:rPr>
          <w:b/>
          <w:i w:val="0"/>
          <w:smallCaps w:val="0"/>
          <w:strike w:val="0"/>
          <w:sz w:val="26"/>
          <w:u w:val="none"/>
        </w:rPr>
        <w:t xml:space="preserve"> Murray 24 </w:t>
      </w:r>
      <w:r>
        <w:rPr>
          <w:b w:val="0"/>
          <w:i w:val="0"/>
          <w:smallCaps w:val="0"/>
          <w:strike w:val="0"/>
          <w:u w:val="none"/>
        </w:rPr>
        <w:t>senior political editor. (Mark Murray, 7/21/24, “How Kamala Harris Fares against Trump in the 2024 polls,” NBC NEWS, https://www.nbcnews.com/politics/2024-election/kamala-harris-trump-2024-polls-biden-rcna162934) //OB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With President Joe Biden exiting the 2024 presidential race, Vice President Kamala Harris now becomes the overwhelming front-runner to be the Democratic Party’s presidential nominee.</w:t>
      </w:r>
    </w:p>
    <w:p>
      <w:pPr>
        <w:spacing w:after="60"/>
      </w:pPr>
      <w:r>
        <w:rPr>
          <w:b w:val="0"/>
          <w:i w:val="0"/>
          <w:smallCaps w:val="0"/>
          <w:strike w:val="0"/>
          <w:highlight w:val="cyan"/>
          <w:u w:val="none"/>
        </w:rPr>
        <w:t>Harris</w:t>
      </w:r>
      <w:r>
        <w:rPr>
          <w:b w:val="0"/>
          <w:i w:val="0"/>
          <w:smallCaps w:val="0"/>
          <w:strike w:val="0"/>
          <w:u w:val="none"/>
        </w:rPr>
        <w:t xml:space="preserve">’ biggest challenge lies further ahead, though: </w:t>
      </w:r>
      <w:r>
        <w:rPr>
          <w:b w:val="0"/>
          <w:i w:val="0"/>
          <w:smallCaps w:val="0"/>
          <w:strike w:val="0"/>
          <w:u w:val="single"/>
        </w:rPr>
        <w:t xml:space="preserve">She </w:t>
      </w:r>
      <w:r>
        <w:rPr>
          <w:b w:val="0"/>
          <w:i w:val="0"/>
          <w:smallCaps w:val="0"/>
          <w:strike w:val="0"/>
          <w:highlight w:val="cyan"/>
          <w:u w:val="single"/>
        </w:rPr>
        <w:t>has been polling the same as Biden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— or just slightly better — against Republican nominee Donald Trump, </w:t>
      </w:r>
      <w:r>
        <w:rPr>
          <w:b w:val="0"/>
          <w:i w:val="0"/>
          <w:smallCaps w:val="0"/>
          <w:strike w:val="0"/>
          <w:u w:val="single"/>
        </w:rPr>
        <w:t>according to multiple surveys taken before Biden withdrew from the 2024 contest.</w:t>
      </w:r>
    </w:p>
    <w:p>
      <w:pPr>
        <w:spacing w:after="60"/>
      </w:pPr>
      <w:r>
        <w:rPr>
          <w:b w:val="0"/>
          <w:i w:val="0"/>
          <w:smallCaps w:val="0"/>
          <w:strike w:val="0"/>
          <w:u w:val="single"/>
        </w:rPr>
        <w:t xml:space="preserve">And </w:t>
      </w:r>
      <w:r>
        <w:rPr>
          <w:b w:val="0"/>
          <w:i w:val="0"/>
          <w:smallCaps w:val="0"/>
          <w:strike w:val="0"/>
          <w:highlight w:val="cyan"/>
          <w:u w:val="single"/>
        </w:rPr>
        <w:t>Biden was</w:t>
      </w:r>
      <w:r>
        <w:rPr>
          <w:b w:val="0"/>
          <w:i w:val="0"/>
          <w:smallCaps w:val="0"/>
          <w:strike w:val="0"/>
          <w:u w:val="single"/>
        </w:rPr>
        <w:t xml:space="preserve"> running </w:t>
      </w:r>
      <w:r>
        <w:rPr>
          <w:b w:val="0"/>
          <w:i w:val="0"/>
          <w:smallCaps w:val="0"/>
          <w:strike w:val="0"/>
          <w:highlight w:val="cyan"/>
          <w:u w:val="single"/>
        </w:rPr>
        <w:t>behind Trump in</w:t>
      </w:r>
      <w:r>
        <w:rPr>
          <w:b w:val="0"/>
          <w:i w:val="0"/>
          <w:smallCaps w:val="0"/>
          <w:strike w:val="0"/>
          <w:u w:val="single"/>
        </w:rPr>
        <w:t xml:space="preserve"> many </w:t>
      </w:r>
      <w:r>
        <w:rPr>
          <w:b w:val="0"/>
          <w:i w:val="0"/>
          <w:smallCaps w:val="0"/>
          <w:strike w:val="0"/>
          <w:highlight w:val="cyan"/>
          <w:u w:val="single"/>
        </w:rPr>
        <w:t>national and battleground-state polls</w:t>
      </w:r>
      <w:r>
        <w:rPr>
          <w:b w:val="0"/>
          <w:i w:val="0"/>
          <w:smallCaps w:val="0"/>
          <w:strike w:val="0"/>
          <w:u w:val="single"/>
        </w:rPr>
        <w:t xml:space="preserve"> — which precipitated the president’s withdrawal.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In </w:t>
      </w:r>
      <w:r>
        <w:rPr>
          <w:b w:val="0"/>
          <w:i w:val="0"/>
          <w:smallCaps w:val="0"/>
          <w:strike w:val="0"/>
          <w:u w:val="none"/>
        </w:rPr>
        <w:t xml:space="preserve">, conducted more than a week after Biden’s dismal debate performance but before the assassination attempt on Trump, both the president and Harris trailed Trump by 2-point margins among registered voters, though the actual percentages for each candidate were slightly different. </w:t>
      </w:r>
      <w:r>
        <w:rPr>
          <w:b w:val="0"/>
          <w:i w:val="0"/>
          <w:smallCaps w:val="0"/>
          <w:strike w:val="0"/>
          <w:u w:val="single"/>
        </w:rPr>
        <w:t>Trump led Biden 45%-43%, while he took 47% to Harris’ 45% in their matchup.</w:t>
      </w:r>
      <w:r>
        <w:rPr>
          <w:b w:val="0"/>
          <w:i w:val="0"/>
          <w:smallCaps w:val="0"/>
          <w:strike w:val="0"/>
          <w:u w:val="none"/>
        </w:rPr>
        <w:t xml:space="preserve"> Both ballot tests fell within the poll’s margin of error.</w:t>
      </w:r>
    </w:p>
    <w:p>
      <w:pPr>
        <w:spacing w:after="60"/>
      </w:pPr>
      <w:r>
        <w:rPr>
          <w:b w:val="0"/>
          <w:i w:val="0"/>
          <w:smallCaps w:val="0"/>
          <w:strike w:val="0"/>
          <w:u w:val="single"/>
        </w:rPr>
        <w:t xml:space="preserve">Similarly, a post-debate </w:t>
      </w:r>
      <w:r>
        <w:rPr>
          <w:b w:val="0"/>
          <w:i w:val="0"/>
          <w:smallCaps w:val="0"/>
          <w:strike w:val="0"/>
          <w:u w:val="single"/>
        </w:rPr>
        <w:t xml:space="preserve"> found Trump ahead by 1 point against both Biden (Trump 49%, Biden 48%) and Harris (Trump 49%, Harris 48%) among registered voters.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But other polls have shown Harris slightly outperforming Biden by 1 or 2 points — though, critically, still trailing Trump at this point in some key matchups.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A </w:t>
      </w:r>
      <w:r>
        <w:rPr>
          <w:b w:val="0"/>
          <w:i w:val="0"/>
          <w:smallCaps w:val="0"/>
          <w:strike w:val="0"/>
          <w:u w:val="none"/>
        </w:rPr>
        <w:t xml:space="preserve"> of likely voters conducted after the assassination attempt found Trump leading Biden by 5 points among likely voters, 52% to 47%, while it showed Harris trailing by 3 points, 51% to 48%.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And in </w:t>
      </w:r>
      <w:r>
        <w:rPr>
          <w:b w:val="0"/>
          <w:i w:val="0"/>
          <w:smallCaps w:val="0"/>
          <w:strike w:val="0"/>
          <w:u w:val="none"/>
        </w:rPr>
        <w:t xml:space="preserve"> of Pennsylvania and Virginia, Harris performed 2 points better than Biden did among likely voters in these two states.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Importantly, </w:t>
      </w:r>
      <w:r>
        <w:rPr>
          <w:b w:val="0"/>
          <w:i w:val="0"/>
          <w:smallCaps w:val="0"/>
          <w:strike w:val="0"/>
          <w:u w:val="none"/>
        </w:rPr>
        <w:t>all of</w:t>
      </w:r>
      <w:r>
        <w:rPr>
          <w:b w:val="0"/>
          <w:i w:val="0"/>
          <w:smallCaps w:val="0"/>
          <w:strike w:val="0"/>
          <w:u w:val="none"/>
        </w:rPr>
        <w:t xml:space="preserve"> these results are within each poll’s margin of error — and so is the difference between Biden’s and Harris’ numbers. Also important: It’s possible these numbers could change after the news of Biden’s exit from the 2024 race. But for the moment, Biden’s numbers and Harris’ numbers look quite similar.</w:t>
      </w:r>
    </w:p>
    <w:p>
      <w:pPr>
        <w:spacing w:after="60"/>
      </w:pPr>
      <w:r>
        <w:rPr>
          <w:b w:val="0"/>
          <w:i w:val="0"/>
          <w:smallCaps w:val="0"/>
          <w:strike w:val="0"/>
          <w:u w:val="single"/>
        </w:rPr>
        <w:t xml:space="preserve">While the </w:t>
      </w:r>
      <w:r>
        <w:rPr>
          <w:b w:val="0"/>
          <w:i w:val="0"/>
          <w:smallCaps w:val="0"/>
          <w:strike w:val="0"/>
          <w:highlight w:val="cyan"/>
          <w:u w:val="single"/>
        </w:rPr>
        <w:t>recent</w:t>
      </w:r>
      <w:r>
        <w:rPr>
          <w:b w:val="0"/>
          <w:i w:val="0"/>
          <w:smallCaps w:val="0"/>
          <w:strike w:val="0"/>
          <w:u w:val="single"/>
        </w:rPr>
        <w:t xml:space="preserve"> NBC News </w:t>
      </w:r>
      <w:r>
        <w:rPr>
          <w:b w:val="0"/>
          <w:i w:val="0"/>
          <w:smallCaps w:val="0"/>
          <w:strike w:val="0"/>
          <w:highlight w:val="cyan"/>
          <w:u w:val="single"/>
        </w:rPr>
        <w:t>poll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found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Biden and Harris</w:t>
      </w:r>
      <w:r>
        <w:rPr>
          <w:b w:val="0"/>
          <w:i w:val="0"/>
          <w:smallCaps w:val="0"/>
          <w:strike w:val="0"/>
          <w:u w:val="single"/>
        </w:rPr>
        <w:t xml:space="preserve"> running </w:t>
      </w:r>
      <w:r>
        <w:rPr>
          <w:b w:val="0"/>
          <w:i w:val="0"/>
          <w:smallCaps w:val="0"/>
          <w:strike w:val="0"/>
          <w:highlight w:val="cyan"/>
          <w:u w:val="single"/>
        </w:rPr>
        <w:t>2 points behind</w:t>
      </w:r>
      <w:r>
        <w:rPr>
          <w:b w:val="0"/>
          <w:i w:val="0"/>
          <w:smallCaps w:val="0"/>
          <w:strike w:val="0"/>
          <w:u w:val="single"/>
        </w:rPr>
        <w:t xml:space="preserve"> Trump nationally</w:t>
      </w:r>
      <w:r>
        <w:rPr>
          <w:b w:val="0"/>
          <w:i w:val="0"/>
          <w:smallCaps w:val="0"/>
          <w:strike w:val="0"/>
          <w:u w:val="none"/>
        </w:rPr>
        <w:t xml:space="preserve">, the survey found some </w:t>
      </w:r>
      <w:r>
        <w:rPr>
          <w:b w:val="0"/>
          <w:i w:val="0"/>
          <w:smallCaps w:val="0"/>
          <w:strike w:val="0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For one thing, Harris slightly outperformed Biden among Black voters, leading Trump among this demographic by 64 points (78% to 14%). That compares with Biden’s 57-point lead among Black voters (69%-12%).Donald Trump at a campaign rally with vice presidential nominee JD Vance in Grand Rapids, Mich., on </w:t>
      </w:r>
      <w:r>
        <w:rPr>
          <w:b w:val="0"/>
          <w:i w:val="0"/>
          <w:smallCaps w:val="0"/>
          <w:strike w:val="0"/>
          <w:u w:val="none"/>
        </w:rPr>
        <w:t>Saturday.Jim</w:t>
      </w:r>
      <w:r>
        <w:rPr>
          <w:b w:val="0"/>
          <w:i w:val="0"/>
          <w:smallCaps w:val="0"/>
          <w:strike w:val="0"/>
          <w:u w:val="none"/>
        </w:rPr>
        <w:t xml:space="preserve"> Watson / AFP-Getty Images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 </w:t>
      </w:r>
      <w:r>
        <w:rPr>
          <w:b w:val="0"/>
          <w:i w:val="0"/>
          <w:smallCaps w:val="0"/>
          <w:strike w:val="0"/>
          <w:u w:val="single"/>
        </w:rPr>
        <w:t xml:space="preserve">On the other hand, the NBC News poll showed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Trump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doing slightly better among white voters </w:t>
      </w:r>
      <w:r>
        <w:rPr>
          <w:b w:val="0"/>
          <w:i w:val="0"/>
          <w:smallCaps w:val="0"/>
          <w:strike w:val="0"/>
          <w:u w:val="single"/>
        </w:rPr>
        <w:t xml:space="preserve">when matched up with Harris instead of Biden, </w:t>
      </w:r>
      <w:r>
        <w:rPr>
          <w:b w:val="0"/>
          <w:i w:val="0"/>
          <w:smallCaps w:val="0"/>
          <w:strike w:val="0"/>
          <w:highlight w:val="cyan"/>
          <w:u w:val="single"/>
        </w:rPr>
        <w:t>leading</w:t>
      </w:r>
      <w:r>
        <w:rPr>
          <w:b w:val="0"/>
          <w:i w:val="0"/>
          <w:smallCaps w:val="0"/>
          <w:strike w:val="0"/>
          <w:u w:val="single"/>
        </w:rPr>
        <w:t xml:space="preserve"> her </w:t>
      </w:r>
      <w:r>
        <w:rPr>
          <w:b w:val="0"/>
          <w:i w:val="0"/>
          <w:smallCaps w:val="0"/>
          <w:strike w:val="0"/>
          <w:highlight w:val="cyan"/>
          <w:u w:val="single"/>
        </w:rPr>
        <w:t>by 16 points</w:t>
      </w:r>
      <w:r>
        <w:rPr>
          <w:b w:val="0"/>
          <w:i w:val="0"/>
          <w:smallCaps w:val="0"/>
          <w:strike w:val="0"/>
          <w:u w:val="single"/>
        </w:rPr>
        <w:t xml:space="preserve"> among these voters, compared with his 14-point advantage here against Biden.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Among other demographics — by age, by gender, among Latino voters — there was almost no difference between Biden or Harris.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Indeed, the biggest differences between Biden and Harris in the poll went well beyond demographics.</w:t>
      </w:r>
    </w:p>
    <w:p>
      <w:pPr>
        <w:spacing w:after="60"/>
      </w:pPr>
      <w:r>
        <w:rPr>
          <w:b w:val="0"/>
          <w:i w:val="0"/>
          <w:smallCaps w:val="0"/>
          <w:strike w:val="0"/>
          <w:u w:val="single"/>
        </w:rPr>
        <w:t xml:space="preserve">Among the roughly one-quarter of Republican registered voters in the poll who said they were unsatisfied with Trump as the GOP’s nominee, Trump ran ahead of Biden by 46 points, 63%-17%. But </w:t>
      </w:r>
      <w:r>
        <w:rPr>
          <w:b w:val="0"/>
          <w:i w:val="0"/>
          <w:smallCaps w:val="0"/>
          <w:strike w:val="0"/>
          <w:highlight w:val="cyan"/>
          <w:u w:val="single"/>
        </w:rPr>
        <w:t>when Trump’s opponent was Harris</w:t>
      </w:r>
      <w:r>
        <w:rPr>
          <w:b w:val="0"/>
          <w:i w:val="0"/>
          <w:smallCaps w:val="0"/>
          <w:strike w:val="0"/>
          <w:u w:val="single"/>
        </w:rPr>
        <w:t xml:space="preserve">, more of these dissatisfied </w:t>
      </w:r>
      <w:r>
        <w:rPr>
          <w:b w:val="0"/>
          <w:i w:val="0"/>
          <w:smallCaps w:val="0"/>
          <w:strike w:val="0"/>
          <w:highlight w:val="cyan"/>
          <w:u w:val="single"/>
        </w:rPr>
        <w:t>GOP voters flocked to Trump</w:t>
      </w:r>
      <w:r>
        <w:rPr>
          <w:b w:val="0"/>
          <w:i w:val="0"/>
          <w:smallCaps w:val="0"/>
          <w:strike w:val="0"/>
          <w:u w:val="single"/>
        </w:rPr>
        <w:t>. The Republican’s lead with that group grew to 57 points, 73%-16%.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Meanwhile, the voters who preferred a third-party candidate in the poll’s multicandidate ballot test seemed more open to Harris coming in as a fresh face in the 2024 race.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Trump and Biden were virtually tied with these </w:t>
      </w:r>
      <w:r>
        <w:rPr>
          <w:b w:val="0"/>
          <w:i w:val="0"/>
          <w:smallCaps w:val="0"/>
          <w:strike w:val="0"/>
          <w:u w:val="none"/>
        </w:rPr>
        <w:t>third-party</w:t>
      </w:r>
      <w:r>
        <w:rPr>
          <w:b w:val="0"/>
          <w:i w:val="0"/>
          <w:smallCaps w:val="0"/>
          <w:strike w:val="0"/>
          <w:u w:val="none"/>
        </w:rPr>
        <w:t>-interested voters in a head-to-head matchup. Trump took 32% and Biden took 31%, with a plurality declining to make a two-way choice, saying they were undecided, would pick another candidate, or something else.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But when Harris was the choice against Trump, more of those respondents made a pick in the two-way ballot test. The vice president went ahead of Trump among these “other” voters, 46% to 39%, suggesting a higher upside with voters currently considering a third-party candidate.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Biden, Harris and Trump have almost equal positive-negative scores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The NBC News poll also </w:t>
      </w:r>
      <w:r>
        <w:rPr>
          <w:b w:val="0"/>
          <w:i w:val="0"/>
          <w:smallCaps w:val="0"/>
          <w:strike w:val="0"/>
          <w:u w:val="none"/>
        </w:rPr>
        <w:t xml:space="preserve"> Biden, Harris and Trump with almost equal positive-negative scores with the electorate.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Trump: 38% positive, 53% negative (-15 net rating)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Biden: 36% positive, 53% negative (-17 net rating)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Harris: 32% positive, 50% negative (-18 net rating)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That said, while Harris had a slightly lower positive score in the poll, 15% of voters said they’re “neutral” about her, compared with just 11% who are neutral on Biden.</w:t>
      </w:r>
    </w:p>
    <w:p>
      <w:pPr>
        <w:spacing w:after="60"/>
      </w:pPr>
      <w:r>
        <w:rPr>
          <w:b w:val="0"/>
          <w:i w:val="0"/>
          <w:smallCaps w:val="0"/>
          <w:strike w:val="0"/>
          <w:highlight w:val="cyan"/>
          <w:u w:val="single"/>
        </w:rPr>
        <w:t>That suggests</w:t>
      </w:r>
      <w:r>
        <w:rPr>
          <w:b w:val="0"/>
          <w:i w:val="0"/>
          <w:smallCaps w:val="0"/>
          <w:strike w:val="0"/>
          <w:u w:val="single"/>
        </w:rPr>
        <w:t xml:space="preserve"> an opportunity for </w:t>
      </w:r>
      <w:r>
        <w:rPr>
          <w:b w:val="0"/>
          <w:i w:val="0"/>
          <w:smallCaps w:val="0"/>
          <w:strike w:val="0"/>
          <w:highlight w:val="cyan"/>
          <w:u w:val="single"/>
        </w:rPr>
        <w:t>Harris to</w:t>
      </w:r>
      <w:r>
        <w:rPr>
          <w:b w:val="0"/>
          <w:i w:val="0"/>
          <w:smallCaps w:val="0"/>
          <w:strike w:val="0"/>
          <w:u w:val="single"/>
        </w:rPr>
        <w:t xml:space="preserve"> grow — or </w:t>
      </w:r>
      <w:r>
        <w:rPr>
          <w:b w:val="0"/>
          <w:i w:val="0"/>
          <w:smallCaps w:val="0"/>
          <w:strike w:val="0"/>
          <w:highlight w:val="cyan"/>
          <w:u w:val="single"/>
        </w:rPr>
        <w:t>fall</w:t>
      </w:r>
      <w:r>
        <w:rPr>
          <w:b w:val="0"/>
          <w:i w:val="0"/>
          <w:smallCaps w:val="0"/>
          <w:strike w:val="0"/>
          <w:u w:val="single"/>
        </w:rPr>
        <w:t xml:space="preserve"> — with this sliver of voters in the middle.</w:t>
      </w:r>
    </w:p>
    <w:p>
      <w:pPr>
        <w:pStyle w:val="Caption"/>
      </w:pPr>
      <w:r>
        <w:t>Source: Elections DA Harris Supplement - Michigan 2024 FWZ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