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Voters hate the Biden administration---and they hate Kamala’s continuation of it.</w:t>
      </w:r>
    </w:p>
    <w:p>
      <w:pPr>
        <w:spacing w:after="80"/>
      </w:pPr>
      <w:r>
        <w:rPr>
          <w:b w:val="0"/>
          <w:i w:val="0"/>
          <w:smallCaps w:val="0"/>
          <w:strike w:val="0"/>
          <w:u w:val="none"/>
        </w:rPr>
        <w:t xml:space="preserve">Derek </w:t>
      </w:r>
      <w:r>
        <w:rPr>
          <w:b/>
          <w:i w:val="0"/>
          <w:smallCaps w:val="0"/>
          <w:strike w:val="0"/>
          <w:sz w:val="26"/>
          <w:u w:val="none"/>
        </w:rPr>
        <w:t>Hunter</w:t>
      </w:r>
      <w:r>
        <w:rPr>
          <w:b w:val="0"/>
          <w:i w:val="0"/>
          <w:smallCaps w:val="0"/>
          <w:strike w:val="0"/>
          <w:u w:val="none"/>
        </w:rPr>
        <w:t xml:space="preserve"> </w:t>
      </w:r>
      <w:r>
        <w:rPr>
          <w:b/>
          <w:i w:val="0"/>
          <w:smallCaps w:val="0"/>
          <w:strike w:val="0"/>
          <w:sz w:val="26"/>
          <w:u w:val="none"/>
        </w:rPr>
        <w:t>7-24</w:t>
      </w:r>
      <w:r>
        <w:rPr>
          <w:b w:val="0"/>
          <w:i w:val="0"/>
          <w:smallCaps w:val="0"/>
          <w:strike w:val="0"/>
          <w:u w:val="none"/>
        </w:rPr>
        <w:t>-2024</w:t>
      </w:r>
      <w:r>
        <w:rPr>
          <w:b w:val="0"/>
          <w:i w:val="0"/>
          <w:smallCaps w:val="0"/>
          <w:strike w:val="0"/>
          <w:u w:val="none"/>
        </w:rPr>
        <w:t xml:space="preserve">, | Derek Hunter is a radio host, columnist, and the author of “Outrage, Inc.: How the Liberal Mob Ruined Science, Journalism, and Hollywood."  He has worked at the Heritage Foundation as a health policy analyst; worked on Capitol Hill as a press secretary in the U.S. Senate, and was federal affairs manager at Americans for Tax Reform, focusing on tech, education, and judicial policy. In 2009, Derek was recruited by Tucker Carlson and Neil Patel to help start The Daily Caller, where he was managing editor.|, 7-24-2024, "Kamala Harris’s record is as bad as Joe Biden’s", Hill, </w:t>
      </w:r>
      <w:r>
        <w:rPr>
          <w:b w:val="0"/>
          <w:i w:val="0"/>
          <w:smallCaps w:val="0"/>
          <w:strike w:val="0"/>
          <w:u w:val="none"/>
        </w:rPr>
        <w:t>https://thehill.com/opinion/campaign/4789295-kamala-harriss-record-is-as-bad-as-joe-bidens/</w:t>
      </w:r>
      <w:r>
        <w:rPr>
          <w:b w:val="0"/>
          <w:i w:val="0"/>
          <w:smallCaps w:val="0"/>
          <w:strike w:val="0"/>
          <w:u w:val="none"/>
        </w:rPr>
        <w:t xml:space="preserve">/SK </w:t>
      </w:r>
    </w:p>
    <w:p>
      <w:pPr>
        <w:spacing w:after="60"/>
      </w:pPr>
      <w:r>
        <w:rPr>
          <w:b w:val="0"/>
          <w:i w:val="0"/>
          <w:smallCaps w:val="0"/>
          <w:strike w:val="0"/>
          <w:sz w:val="22"/>
          <w:highlight w:val="green"/>
          <w:u w:val="single"/>
        </w:rPr>
        <w:t>Is there any daylight</w:t>
      </w:r>
      <w:r>
        <w:rPr>
          <w:b w:val="0"/>
          <w:i w:val="0"/>
          <w:smallCaps w:val="0"/>
          <w:strike w:val="0"/>
          <w:sz w:val="22"/>
          <w:u w:val="single"/>
        </w:rPr>
        <w:t xml:space="preserve"> </w:t>
      </w:r>
      <w:r>
        <w:rPr>
          <w:b w:val="0"/>
          <w:i w:val="0"/>
          <w:smallCaps w:val="0"/>
          <w:strike w:val="0"/>
          <w:sz w:val="22"/>
          <w:highlight w:val="green"/>
          <w:u w:val="single"/>
        </w:rPr>
        <w:t>between</w:t>
      </w:r>
      <w:r>
        <w:rPr>
          <w:b w:val="0"/>
          <w:i w:val="0"/>
          <w:smallCaps w:val="0"/>
          <w:strike w:val="0"/>
          <w:sz w:val="22"/>
          <w:u w:val="single"/>
        </w:rPr>
        <w:t xml:space="preserve"> </w:t>
      </w:r>
      <w:r>
        <w:rPr>
          <w:b w:val="0"/>
          <w:i w:val="0"/>
          <w:smallCaps w:val="0"/>
          <w:strike w:val="0"/>
          <w:sz w:val="22"/>
          <w:highlight w:val="green"/>
          <w:u w:val="single"/>
        </w:rPr>
        <w:t>Harris and</w:t>
      </w:r>
      <w:r>
        <w:rPr>
          <w:b w:val="0"/>
          <w:i w:val="0"/>
          <w:smallCaps w:val="0"/>
          <w:strike w:val="0"/>
          <w:sz w:val="22"/>
          <w:u w:val="single"/>
        </w:rPr>
        <w:t xml:space="preserve"> President Joe </w:t>
      </w:r>
      <w:r>
        <w:rPr>
          <w:b w:val="0"/>
          <w:i w:val="0"/>
          <w:smallCaps w:val="0"/>
          <w:strike w:val="0"/>
          <w:sz w:val="22"/>
          <w:highlight w:val="green"/>
          <w:u w:val="single"/>
        </w:rPr>
        <w:t>Biden</w:t>
      </w:r>
      <w:r>
        <w:rPr>
          <w:b w:val="0"/>
          <w:i w:val="0"/>
          <w:smallCaps w:val="0"/>
          <w:strike w:val="0"/>
          <w:sz w:val="22"/>
          <w:u w:val="single"/>
        </w:rPr>
        <w:t xml:space="preserve"> on policy? The </w:t>
      </w:r>
      <w:r>
        <w:rPr>
          <w:b w:val="0"/>
          <w:i w:val="0"/>
          <w:smallCaps w:val="0"/>
          <w:strike w:val="0"/>
          <w:sz w:val="22"/>
          <w:highlight w:val="green"/>
          <w:u w:val="single"/>
        </w:rPr>
        <w:t>answer is no</w:t>
      </w:r>
      <w:r>
        <w:rPr>
          <w:b w:val="0"/>
          <w:i w:val="0"/>
          <w:smallCaps w:val="0"/>
          <w:strike w:val="0"/>
          <w:u w:val="none"/>
        </w:rPr>
        <w:t xml:space="preserve">. She </w:t>
      </w:r>
      <w:r>
        <w:rPr>
          <w:b w:val="0"/>
          <w:i w:val="0"/>
          <w:smallCaps w:val="0"/>
          <w:strike w:val="0"/>
          <w:sz w:val="22"/>
          <w:u w:val="single"/>
        </w:rPr>
        <w:t xml:space="preserve">has </w:t>
      </w:r>
      <w:r>
        <w:rPr>
          <w:b w:val="0"/>
          <w:i w:val="0"/>
          <w:smallCaps w:val="0"/>
          <w:strike w:val="0"/>
          <w:sz w:val="22"/>
          <w:highlight w:val="green"/>
          <w:u w:val="single"/>
        </w:rPr>
        <w:t>not criticized</w:t>
      </w:r>
      <w:r>
        <w:rPr>
          <w:b w:val="0"/>
          <w:i w:val="0"/>
          <w:smallCaps w:val="0"/>
          <w:strike w:val="0"/>
          <w:sz w:val="22"/>
          <w:u w:val="single"/>
        </w:rPr>
        <w:t xml:space="preserve"> or </w:t>
      </w:r>
      <w:r>
        <w:rPr>
          <w:b w:val="0"/>
          <w:i w:val="0"/>
          <w:smallCaps w:val="0"/>
          <w:strike w:val="0"/>
          <w:sz w:val="22"/>
          <w:highlight w:val="green"/>
          <w:u w:val="single"/>
        </w:rPr>
        <w:t>attempted to distance</w:t>
      </w:r>
      <w:r>
        <w:rPr>
          <w:b w:val="0"/>
          <w:i w:val="0"/>
          <w:smallCaps w:val="0"/>
          <w:strike w:val="0"/>
          <w:sz w:val="22"/>
          <w:u w:val="single"/>
        </w:rPr>
        <w:t xml:space="preserve"> herself </w:t>
      </w:r>
      <w:r>
        <w:rPr>
          <w:b w:val="0"/>
          <w:i w:val="0"/>
          <w:smallCaps w:val="0"/>
          <w:strike w:val="0"/>
          <w:sz w:val="22"/>
          <w:highlight w:val="green"/>
          <w:u w:val="single"/>
        </w:rPr>
        <w:t>from anything</w:t>
      </w:r>
      <w:r>
        <w:rPr>
          <w:b w:val="0"/>
          <w:i w:val="0"/>
          <w:smallCaps w:val="0"/>
          <w:strike w:val="0"/>
          <w:sz w:val="22"/>
          <w:u w:val="single"/>
        </w:rPr>
        <w:t xml:space="preserve"> the Biden-Harris administration has done, on </w:t>
      </w:r>
      <w:r>
        <w:rPr>
          <w:b w:val="0"/>
          <w:i w:val="0"/>
          <w:smallCaps w:val="0"/>
          <w:strike w:val="0"/>
          <w:sz w:val="22"/>
          <w:highlight w:val="green"/>
          <w:u w:val="single"/>
        </w:rPr>
        <w:t>immigration</w:t>
      </w:r>
      <w:r>
        <w:rPr>
          <w:b w:val="0"/>
          <w:i w:val="0"/>
          <w:smallCaps w:val="0"/>
          <w:strike w:val="0"/>
          <w:sz w:val="22"/>
          <w:u w:val="single"/>
        </w:rPr>
        <w:t xml:space="preserve">, </w:t>
      </w:r>
      <w:r>
        <w:rPr>
          <w:b w:val="0"/>
          <w:i w:val="0"/>
          <w:smallCaps w:val="0"/>
          <w:strike w:val="0"/>
          <w:sz w:val="22"/>
          <w:highlight w:val="green"/>
          <w:u w:val="single"/>
        </w:rPr>
        <w:t>inflation,</w:t>
      </w:r>
      <w:r>
        <w:rPr>
          <w:b w:val="0"/>
          <w:i w:val="0"/>
          <w:smallCaps w:val="0"/>
          <w:strike w:val="0"/>
          <w:sz w:val="22"/>
          <w:u w:val="single"/>
        </w:rPr>
        <w:t xml:space="preserve"> the pervasive </w:t>
      </w:r>
      <w:r>
        <w:rPr>
          <w:b w:val="0"/>
          <w:i w:val="0"/>
          <w:smallCaps w:val="0"/>
          <w:strike w:val="0"/>
          <w:sz w:val="22"/>
          <w:highlight w:val="green"/>
          <w:u w:val="single"/>
        </w:rPr>
        <w:t>antisemitism</w:t>
      </w:r>
      <w:r>
        <w:rPr>
          <w:b w:val="0"/>
          <w:i w:val="0"/>
          <w:smallCaps w:val="0"/>
          <w:strike w:val="0"/>
          <w:sz w:val="22"/>
          <w:u w:val="single"/>
        </w:rPr>
        <w:t xml:space="preserve"> on college campuses</w:t>
      </w:r>
      <w:r>
        <w:rPr>
          <w:b w:val="0"/>
          <w:i w:val="0"/>
          <w:smallCaps w:val="0"/>
          <w:strike w:val="0"/>
          <w:u w:val="none"/>
        </w:rPr>
        <w:t>, etc.</w:t>
      </w:r>
    </w:p>
    <w:p>
      <w:pPr>
        <w:spacing w:after="60"/>
      </w:pPr>
      <w:r>
        <w:rPr>
          <w:b w:val="0"/>
          <w:i w:val="0"/>
          <w:smallCaps w:val="0"/>
          <w:strike w:val="0"/>
          <w:sz w:val="22"/>
          <w:u w:val="single"/>
        </w:rPr>
        <w:t>Actually</w:t>
      </w:r>
      <w:r>
        <w:rPr>
          <w:b w:val="0"/>
          <w:i w:val="0"/>
          <w:smallCaps w:val="0"/>
          <w:strike w:val="0"/>
          <w:u w:val="none"/>
        </w:rPr>
        <w:t>, on</w:t>
      </w:r>
      <w:r>
        <w:rPr>
          <w:b w:val="0"/>
          <w:i w:val="0"/>
          <w:smallCaps w:val="0"/>
          <w:strike w:val="0"/>
          <w:u w:val="none"/>
        </w:rPr>
        <w:t xml:space="preserve"> that last one she has put a little daylight between herself and the president. She has been very sympathetic to the protestors, saying they are “showing what human emotion should be.”</w:t>
      </w:r>
    </w:p>
    <w:p>
      <w:pPr>
        <w:spacing w:after="60"/>
      </w:pPr>
      <w:r>
        <w:rPr>
          <w:b w:val="0"/>
          <w:i w:val="0"/>
          <w:smallCaps w:val="0"/>
          <w:strike w:val="0"/>
          <w:u w:val="none"/>
        </w:rPr>
        <w:t>That’s a bit odd considering that some of the protestors were antisemitic and that Harriss’s husband, Doug Emhoff, is Jewish.</w:t>
      </w:r>
    </w:p>
    <w:p>
      <w:pPr>
        <w:spacing w:after="60"/>
      </w:pPr>
      <w:r>
        <w:rPr>
          <w:b w:val="0"/>
          <w:i w:val="0"/>
          <w:smallCaps w:val="0"/>
          <w:strike w:val="0"/>
          <w:sz w:val="22"/>
          <w:u w:val="single"/>
        </w:rPr>
        <w:t>Other than that</w:t>
      </w:r>
      <w:r>
        <w:rPr>
          <w:b w:val="0"/>
          <w:i w:val="0"/>
          <w:smallCaps w:val="0"/>
          <w:strike w:val="0"/>
          <w:u w:val="none"/>
        </w:rPr>
        <w:t xml:space="preserve">, </w:t>
      </w:r>
      <w:r>
        <w:rPr>
          <w:b w:val="0"/>
          <w:i w:val="0"/>
          <w:smallCaps w:val="0"/>
          <w:strike w:val="0"/>
          <w:sz w:val="22"/>
          <w:u w:val="single"/>
        </w:rPr>
        <w:t>what are the policy differences between Biden and Harris?</w:t>
      </w:r>
    </w:p>
    <w:p>
      <w:pPr>
        <w:spacing w:after="60"/>
      </w:pPr>
      <w:r>
        <w:rPr>
          <w:b w:val="0"/>
          <w:i w:val="0"/>
          <w:smallCaps w:val="0"/>
          <w:strike w:val="0"/>
          <w:sz w:val="22"/>
          <w:u w:val="single"/>
        </w:rPr>
        <w:t>Biden’s age isn’t the only reason voters didn’t want him to run again</w:t>
      </w:r>
      <w:r>
        <w:rPr>
          <w:b w:val="0"/>
          <w:i w:val="0"/>
          <w:smallCaps w:val="0"/>
          <w:strike w:val="0"/>
          <w:u w:val="none"/>
        </w:rPr>
        <w:t xml:space="preserve">. </w:t>
      </w:r>
      <w:r>
        <w:rPr>
          <w:b w:val="0"/>
          <w:i w:val="0"/>
          <w:smallCaps w:val="0"/>
          <w:strike w:val="0"/>
          <w:sz w:val="22"/>
          <w:highlight w:val="green"/>
          <w:u w:val="single"/>
        </w:rPr>
        <w:t>Voters are turned off by his policies</w:t>
      </w:r>
      <w:r>
        <w:rPr>
          <w:b w:val="0"/>
          <w:i w:val="0"/>
          <w:smallCaps w:val="0"/>
          <w:strike w:val="0"/>
          <w:sz w:val="22"/>
          <w:u w:val="single"/>
        </w:rPr>
        <w:t xml:space="preserve"> and actions too – policies and actions </w:t>
      </w:r>
      <w:r>
        <w:rPr>
          <w:b w:val="0"/>
          <w:i w:val="0"/>
          <w:smallCaps w:val="0"/>
          <w:strike w:val="0"/>
          <w:sz w:val="22"/>
          <w:highlight w:val="green"/>
          <w:u w:val="single"/>
        </w:rPr>
        <w:t>in which</w:t>
      </w:r>
      <w:r>
        <w:rPr>
          <w:b w:val="0"/>
          <w:i w:val="0"/>
          <w:smallCaps w:val="0"/>
          <w:strike w:val="0"/>
          <w:sz w:val="22"/>
          <w:u w:val="single"/>
        </w:rPr>
        <w:t xml:space="preserve"> </w:t>
      </w:r>
      <w:r>
        <w:rPr>
          <w:b w:val="0"/>
          <w:i w:val="0"/>
          <w:smallCaps w:val="0"/>
          <w:strike w:val="0"/>
          <w:sz w:val="22"/>
          <w:highlight w:val="green"/>
          <w:u w:val="single"/>
        </w:rPr>
        <w:t>Harris</w:t>
      </w:r>
      <w:r>
        <w:rPr>
          <w:b w:val="0"/>
          <w:i w:val="0"/>
          <w:smallCaps w:val="0"/>
          <w:strike w:val="0"/>
          <w:sz w:val="22"/>
          <w:u w:val="single"/>
        </w:rPr>
        <w:t xml:space="preserve"> willingly </w:t>
      </w:r>
      <w:r>
        <w:rPr>
          <w:b w:val="0"/>
          <w:i w:val="0"/>
          <w:smallCaps w:val="0"/>
          <w:strike w:val="0"/>
          <w:sz w:val="22"/>
          <w:highlight w:val="green"/>
          <w:u w:val="single"/>
        </w:rPr>
        <w:t>participated</w:t>
      </w:r>
      <w:r>
        <w:rPr>
          <w:b/>
          <w:i w:val="0"/>
          <w:smallCaps w:val="0"/>
          <w:strike w:val="0"/>
          <w:u w:val="none"/>
        </w:rPr>
        <w:t>.</w:t>
      </w:r>
    </w:p>
    <w:p>
      <w:pPr>
        <w:spacing w:after="60"/>
      </w:pPr>
      <w:r>
        <w:rPr>
          <w:b w:val="0"/>
          <w:i w:val="0"/>
          <w:smallCaps w:val="0"/>
          <w:strike w:val="0"/>
          <w:sz w:val="22"/>
          <w:u w:val="single"/>
        </w:rPr>
        <w:t xml:space="preserve">Her </w:t>
      </w:r>
      <w:r>
        <w:rPr>
          <w:b w:val="0"/>
          <w:i w:val="0"/>
          <w:smallCaps w:val="0"/>
          <w:strike w:val="0"/>
          <w:sz w:val="22"/>
          <w:highlight w:val="green"/>
          <w:u w:val="single"/>
        </w:rPr>
        <w:t>fingerprints</w:t>
      </w:r>
      <w:r>
        <w:rPr>
          <w:b w:val="0"/>
          <w:i w:val="0"/>
          <w:smallCaps w:val="0"/>
          <w:strike w:val="0"/>
          <w:sz w:val="22"/>
          <w:u w:val="single"/>
        </w:rPr>
        <w:t xml:space="preserve"> are all </w:t>
      </w:r>
      <w:r>
        <w:rPr>
          <w:b w:val="0"/>
          <w:i w:val="0"/>
          <w:smallCaps w:val="0"/>
          <w:strike w:val="0"/>
          <w:sz w:val="22"/>
          <w:highlight w:val="green"/>
          <w:u w:val="single"/>
        </w:rPr>
        <w:t>over everything</w:t>
      </w:r>
      <w:r>
        <w:rPr>
          <w:b w:val="0"/>
          <w:i w:val="0"/>
          <w:smallCaps w:val="0"/>
          <w:strike w:val="0"/>
          <w:u w:val="none"/>
        </w:rPr>
        <w:t xml:space="preserve">, as </w:t>
      </w:r>
      <w:r>
        <w:rPr>
          <w:b w:val="0"/>
          <w:i w:val="0"/>
          <w:smallCaps w:val="0"/>
          <w:strike w:val="0"/>
          <w:sz w:val="22"/>
          <w:u w:val="single"/>
        </w:rPr>
        <w:t>she and the president make nice for the media. It’s not the “</w:t>
      </w:r>
      <w:r>
        <w:rPr>
          <w:b w:val="0"/>
          <w:i w:val="0"/>
          <w:smallCaps w:val="0"/>
          <w:strike w:val="0"/>
          <w:sz w:val="22"/>
          <w:highlight w:val="green"/>
          <w:u w:val="single"/>
        </w:rPr>
        <w:t>Biden-Harris administration</w:t>
      </w:r>
      <w:r>
        <w:rPr>
          <w:b w:val="0"/>
          <w:i w:val="0"/>
          <w:smallCaps w:val="0"/>
          <w:strike w:val="0"/>
          <w:sz w:val="22"/>
          <w:u w:val="single"/>
        </w:rPr>
        <w:t>” when they speak publicly</w:t>
      </w:r>
      <w:r>
        <w:rPr>
          <w:b w:val="0"/>
          <w:i w:val="0"/>
          <w:smallCaps w:val="0"/>
          <w:strike w:val="0"/>
          <w:u w:val="none"/>
        </w:rPr>
        <w:t xml:space="preserve">. </w:t>
      </w:r>
      <w:r>
        <w:rPr>
          <w:b w:val="0"/>
          <w:i w:val="0"/>
          <w:smallCaps w:val="0"/>
          <w:strike w:val="0"/>
          <w:sz w:val="22"/>
          <w:u w:val="single"/>
        </w:rPr>
        <w:t>I assume Democrats think a bad</w:t>
      </w:r>
      <w:r>
        <w:rPr>
          <w:b w:val="0"/>
          <w:i w:val="0"/>
          <w:smallCaps w:val="0"/>
          <w:strike w:val="0"/>
          <w:u w:val="none"/>
        </w:rPr>
        <w:t>, unpopular record is better than no record, but I’m not so sure.</w:t>
      </w:r>
    </w:p>
    <w:p>
      <w:pPr>
        <w:spacing w:after="60"/>
      </w:pPr>
      <w:r>
        <w:rPr>
          <w:b w:val="0"/>
          <w:i w:val="0"/>
          <w:smallCaps w:val="0"/>
          <w:strike w:val="0"/>
          <w:sz w:val="22"/>
          <w:u w:val="single"/>
        </w:rPr>
        <w:t>Now</w:t>
      </w:r>
      <w:r>
        <w:rPr>
          <w:b w:val="0"/>
          <w:i w:val="0"/>
          <w:smallCaps w:val="0"/>
          <w:strike w:val="0"/>
          <w:u w:val="none"/>
        </w:rPr>
        <w:t xml:space="preserve">, thanks to the roll-out of the Harris campaign, </w:t>
      </w:r>
      <w:r>
        <w:rPr>
          <w:b w:val="0"/>
          <w:i w:val="0"/>
          <w:smallCaps w:val="0"/>
          <w:strike w:val="0"/>
          <w:sz w:val="22"/>
          <w:highlight w:val="green"/>
          <w:u w:val="single"/>
        </w:rPr>
        <w:t>people mad at</w:t>
      </w:r>
      <w:r>
        <w:rPr>
          <w:b w:val="0"/>
          <w:i w:val="0"/>
          <w:smallCaps w:val="0"/>
          <w:strike w:val="0"/>
          <w:sz w:val="22"/>
          <w:u w:val="single"/>
        </w:rPr>
        <w:t xml:space="preserve"> President </w:t>
      </w:r>
      <w:r>
        <w:rPr>
          <w:b w:val="0"/>
          <w:i w:val="0"/>
          <w:smallCaps w:val="0"/>
          <w:strike w:val="0"/>
          <w:sz w:val="22"/>
          <w:highlight w:val="green"/>
          <w:u w:val="single"/>
        </w:rPr>
        <w:t>Biden</w:t>
      </w:r>
      <w:r>
        <w:rPr>
          <w:b w:val="0"/>
          <w:i w:val="0"/>
          <w:smallCaps w:val="0"/>
          <w:strike w:val="0"/>
          <w:sz w:val="22"/>
          <w:u w:val="single"/>
        </w:rPr>
        <w:t xml:space="preserve"> over the idea that two bags of groceries now cost $100 </w:t>
      </w:r>
      <w:r>
        <w:rPr>
          <w:b w:val="0"/>
          <w:i w:val="0"/>
          <w:smallCaps w:val="0"/>
          <w:strike w:val="0"/>
          <w:sz w:val="22"/>
          <w:highlight w:val="green"/>
          <w:u w:val="single"/>
        </w:rPr>
        <w:t>will be mad</w:t>
      </w:r>
      <w:r>
        <w:rPr>
          <w:b w:val="0"/>
          <w:i w:val="0"/>
          <w:smallCaps w:val="0"/>
          <w:strike w:val="0"/>
          <w:sz w:val="22"/>
          <w:u w:val="single"/>
        </w:rPr>
        <w:t xml:space="preserve"> </w:t>
      </w:r>
      <w:r>
        <w:rPr>
          <w:b w:val="0"/>
          <w:i w:val="0"/>
          <w:smallCaps w:val="0"/>
          <w:strike w:val="0"/>
          <w:sz w:val="22"/>
          <w:highlight w:val="green"/>
          <w:u w:val="single"/>
        </w:rPr>
        <w:t>at</w:t>
      </w:r>
      <w:r>
        <w:rPr>
          <w:b w:val="0"/>
          <w:i w:val="0"/>
          <w:smallCaps w:val="0"/>
          <w:strike w:val="0"/>
          <w:sz w:val="22"/>
          <w:u w:val="single"/>
        </w:rPr>
        <w:t xml:space="preserve"> Vice President </w:t>
      </w:r>
      <w:r>
        <w:rPr>
          <w:b w:val="0"/>
          <w:i w:val="0"/>
          <w:smallCaps w:val="0"/>
          <w:strike w:val="0"/>
          <w:sz w:val="22"/>
          <w:highlight w:val="green"/>
          <w:u w:val="single"/>
        </w:rPr>
        <w:t>Harris</w:t>
      </w:r>
      <w:r>
        <w:rPr>
          <w:b w:val="0"/>
          <w:i w:val="0"/>
          <w:smallCaps w:val="0"/>
          <w:strike w:val="0"/>
          <w:sz w:val="22"/>
          <w:u w:val="single"/>
        </w:rPr>
        <w:t xml:space="preserve"> too.</w:t>
      </w:r>
      <w:r>
        <w:rPr>
          <w:b w:val="0"/>
          <w:i w:val="0"/>
          <w:smallCaps w:val="0"/>
          <w:strike w:val="0"/>
          <w:u w:val="none"/>
        </w:rPr>
        <w:t xml:space="preserve"> Same goes for when they fill up their cars with gas.</w:t>
      </w:r>
    </w:p>
    <w:p>
      <w:pPr>
        <w:spacing w:after="60"/>
      </w:pPr>
      <w:r>
        <w:rPr>
          <w:b w:val="0"/>
          <w:i w:val="0"/>
          <w:smallCaps w:val="0"/>
          <w:strike w:val="0"/>
          <w:u w:val="none"/>
        </w:rPr>
        <w:t>Disassociating yourself from an administration that is unpopular is tough, but I don’t know that I’ve ever seen a candidate forced to tie themselves to an unpopular one because the alternative is to list no accomplishments.</w:t>
      </w:r>
    </w:p>
    <w:p>
      <w:pPr>
        <w:spacing w:after="60"/>
      </w:pPr>
      <w:r>
        <w:rPr>
          <w:b w:val="0"/>
          <w:i w:val="0"/>
          <w:smallCaps w:val="0"/>
          <w:strike w:val="0"/>
          <w:u w:val="none"/>
        </w:rPr>
        <w:t xml:space="preserve">If you listen to the leftwing punditry argue in favor of Harris, </w:t>
      </w:r>
      <w:r>
        <w:rPr>
          <w:b w:val="0"/>
          <w:i w:val="0"/>
          <w:smallCaps w:val="0"/>
          <w:strike w:val="0"/>
          <w:u w:val="none"/>
        </w:rPr>
        <w:t>you’re</w:t>
      </w:r>
      <w:r>
        <w:rPr>
          <w:b w:val="0"/>
          <w:i w:val="0"/>
          <w:smallCaps w:val="0"/>
          <w:strike w:val="0"/>
          <w:u w:val="none"/>
        </w:rPr>
        <w:t xml:space="preserve"> reminder of how little she brings to the table. </w:t>
      </w:r>
      <w:r>
        <w:rPr>
          <w:b w:val="0"/>
          <w:i w:val="0"/>
          <w:smallCaps w:val="0"/>
          <w:strike w:val="0"/>
          <w:sz w:val="22"/>
          <w:u w:val="single"/>
        </w:rPr>
        <w:t xml:space="preserve">She </w:t>
      </w:r>
      <w:r>
        <w:rPr>
          <w:b w:val="0"/>
          <w:i w:val="0"/>
          <w:smallCaps w:val="0"/>
          <w:strike w:val="0"/>
          <w:sz w:val="22"/>
          <w:highlight w:val="green"/>
          <w:u w:val="single"/>
        </w:rPr>
        <w:t>wasn’t in the Senate</w:t>
      </w:r>
      <w:r>
        <w:rPr>
          <w:b w:val="0"/>
          <w:i w:val="0"/>
          <w:smallCaps w:val="0"/>
          <w:strike w:val="0"/>
          <w:sz w:val="22"/>
          <w:u w:val="single"/>
        </w:rPr>
        <w:t xml:space="preserve"> </w:t>
      </w:r>
      <w:r>
        <w:rPr>
          <w:b w:val="0"/>
          <w:i w:val="0"/>
          <w:smallCaps w:val="0"/>
          <w:strike w:val="0"/>
          <w:sz w:val="22"/>
          <w:highlight w:val="green"/>
          <w:u w:val="single"/>
        </w:rPr>
        <w:t>long enough</w:t>
      </w:r>
      <w:r>
        <w:rPr>
          <w:b w:val="0"/>
          <w:i w:val="0"/>
          <w:smallCaps w:val="0"/>
          <w:strike w:val="0"/>
          <w:sz w:val="22"/>
          <w:u w:val="single"/>
        </w:rPr>
        <w:t xml:space="preserve"> to have any accomplishments; she </w:t>
      </w:r>
      <w:r>
        <w:rPr>
          <w:b w:val="0"/>
          <w:i w:val="0"/>
          <w:smallCaps w:val="0"/>
          <w:strike w:val="0"/>
          <w:sz w:val="22"/>
          <w:highlight w:val="green"/>
          <w:u w:val="single"/>
        </w:rPr>
        <w:t>authored no legislation</w:t>
      </w:r>
      <w:r>
        <w:rPr>
          <w:b w:val="0"/>
          <w:i w:val="0"/>
          <w:smallCaps w:val="0"/>
          <w:strike w:val="0"/>
          <w:sz w:val="22"/>
          <w:u w:val="single"/>
        </w:rPr>
        <w:t xml:space="preserve"> that became law.</w:t>
      </w:r>
    </w:p>
    <w:p>
      <w:pPr>
        <w:spacing w:after="60"/>
      </w:pPr>
      <w:r>
        <w:rPr>
          <w:b w:val="0"/>
          <w:i w:val="0"/>
          <w:smallCaps w:val="0"/>
          <w:strike w:val="0"/>
          <w:u w:val="none"/>
        </w:rPr>
        <w:t xml:space="preserve">The only thing she was known for in the Senate was being combative in confirmation hearings on the Judiciary Committee. </w:t>
      </w:r>
      <w:r>
        <w:rPr>
          <w:b w:val="0"/>
          <w:i w:val="0"/>
          <w:smallCaps w:val="0"/>
          <w:strike w:val="0"/>
          <w:sz w:val="22"/>
          <w:u w:val="single"/>
        </w:rPr>
        <w:t xml:space="preserve">But </w:t>
      </w:r>
      <w:r>
        <w:rPr>
          <w:b w:val="0"/>
          <w:i w:val="0"/>
          <w:smallCaps w:val="0"/>
          <w:strike w:val="0"/>
          <w:sz w:val="22"/>
          <w:highlight w:val="green"/>
          <w:u w:val="single"/>
        </w:rPr>
        <w:t>she stopped no nominees</w:t>
      </w:r>
      <w:r>
        <w:rPr>
          <w:b w:val="0"/>
          <w:i w:val="0"/>
          <w:smallCaps w:val="0"/>
          <w:strike w:val="0"/>
          <w:sz w:val="22"/>
          <w:u w:val="single"/>
        </w:rPr>
        <w:t>, and even her most famous moment, when she smeared Brett Kavanaugh, saw her eviscerated by liberal media outlets for lying</w:t>
      </w:r>
      <w:r>
        <w:rPr>
          <w:b w:val="0"/>
          <w:i w:val="0"/>
          <w:smallCaps w:val="0"/>
          <w:strike w:val="0"/>
          <w:u w:val="none"/>
        </w:rPr>
        <w:t xml:space="preserve">. Weirdly, the very same Washington Post that gave her 4 </w:t>
      </w:r>
      <w:r>
        <w:rPr>
          <w:b w:val="0"/>
          <w:i w:val="0"/>
          <w:smallCaps w:val="0"/>
          <w:strike w:val="0"/>
          <w:u w:val="none"/>
        </w:rPr>
        <w:t>Pinocchios</w:t>
      </w:r>
      <w:r>
        <w:rPr>
          <w:b w:val="0"/>
          <w:i w:val="0"/>
          <w:smallCaps w:val="0"/>
          <w:strike w:val="0"/>
          <w:u w:val="none"/>
        </w:rPr>
        <w:t xml:space="preserve"> for her smear of Kavanaugh is now singing her praises over the very same performance. It’s like no one at the Post reads the Post.</w:t>
      </w:r>
    </w:p>
    <w:p>
      <w:pPr>
        <w:spacing w:after="60"/>
      </w:pPr>
      <w:r>
        <w:rPr>
          <w:b w:val="0"/>
          <w:i w:val="0"/>
          <w:smallCaps w:val="0"/>
          <w:strike w:val="0"/>
          <w:sz w:val="22"/>
          <w:u w:val="single"/>
        </w:rPr>
        <w:t>Of course</w:t>
      </w:r>
      <w:r>
        <w:rPr>
          <w:b w:val="0"/>
          <w:i w:val="0"/>
          <w:smallCaps w:val="0"/>
          <w:strike w:val="0"/>
          <w:u w:val="none"/>
        </w:rPr>
        <w:t xml:space="preserve">, </w:t>
      </w:r>
      <w:r>
        <w:rPr>
          <w:b w:val="0"/>
          <w:i w:val="0"/>
          <w:smallCaps w:val="0"/>
          <w:strike w:val="0"/>
          <w:sz w:val="22"/>
          <w:u w:val="single"/>
        </w:rPr>
        <w:t>in trying to make the case for Kamala Harris</w:t>
      </w:r>
      <w:r>
        <w:rPr>
          <w:b w:val="0"/>
          <w:i w:val="0"/>
          <w:smallCaps w:val="0"/>
          <w:strike w:val="0"/>
          <w:u w:val="none"/>
        </w:rPr>
        <w:t xml:space="preserve">, </w:t>
      </w:r>
      <w:r>
        <w:rPr>
          <w:b w:val="0"/>
          <w:i w:val="0"/>
          <w:smallCaps w:val="0"/>
          <w:strike w:val="0"/>
          <w:sz w:val="22"/>
          <w:u w:val="single"/>
        </w:rPr>
        <w:t>all you have are words</w:t>
      </w:r>
      <w:r>
        <w:rPr>
          <w:b w:val="0"/>
          <w:i w:val="0"/>
          <w:smallCaps w:val="0"/>
          <w:strike w:val="0"/>
          <w:u w:val="none"/>
        </w:rPr>
        <w:t>, empty ones.</w:t>
      </w:r>
    </w:p>
    <w:p>
      <w:pPr>
        <w:spacing w:after="60"/>
      </w:pPr>
      <w:r>
        <w:rPr>
          <w:b w:val="0"/>
          <w:i w:val="0"/>
          <w:smallCaps w:val="0"/>
          <w:strike w:val="0"/>
          <w:u w:val="none"/>
        </w:rPr>
        <w:t>Mika Brzezinski, longtime liberal activist and “Morning Joe” co-host,</w:t>
      </w:r>
      <w:r>
        <w:rPr>
          <w:b w:val="0"/>
          <w:i w:val="0"/>
          <w:smallCaps w:val="0"/>
          <w:strike w:val="0"/>
          <w:u w:val="none"/>
        </w:rPr>
        <w:t xml:space="preserve"> lectured her audience that she’s “heard from inside Republican circles and right-wing media that the hate campaign against Kamala Harris has begun. You will notice they purposefully pronounce her name wrong; they say Kamal-a; they do it all the time, it is on purpose.”</w:t>
      </w:r>
    </w:p>
    <w:p>
      <w:pPr>
        <w:spacing w:after="60"/>
      </w:pPr>
      <w:r>
        <w:rPr>
          <w:b w:val="0"/>
          <w:i w:val="0"/>
          <w:smallCaps w:val="0"/>
          <w:strike w:val="0"/>
          <w:u w:val="none"/>
        </w:rPr>
        <w:t xml:space="preserve">Never mind that nearly everyone has, </w:t>
      </w:r>
      <w:r>
        <w:rPr>
          <w:b w:val="0"/>
          <w:i w:val="0"/>
          <w:smallCaps w:val="0"/>
          <w:strike w:val="0"/>
          <w:sz w:val="22"/>
          <w:u w:val="single"/>
        </w:rPr>
        <w:t>including Joe Biden and Kamala herself</w:t>
      </w:r>
      <w:r>
        <w:rPr>
          <w:b w:val="0"/>
          <w:i w:val="0"/>
          <w:smallCaps w:val="0"/>
          <w:strike w:val="0"/>
          <w:u w:val="none"/>
        </w:rPr>
        <w:t>, not to mention Justice Sonia Sotomayor at the 2021 inauguration. Is every incidence of mispronunciation of an uncommon and difficult to pronounce name emblematic of a “hate campaign,” or are they trying to distract from something, or a lack of anything?</w:t>
      </w:r>
    </w:p>
    <w:p>
      <w:pPr>
        <w:spacing w:after="60"/>
      </w:pPr>
      <w:r>
        <w:rPr>
          <w:b w:val="0"/>
          <w:i w:val="0"/>
          <w:smallCaps w:val="0"/>
          <w:strike w:val="0"/>
          <w:u w:val="none"/>
        </w:rPr>
        <w:t>And what did it mean when Biden referred to her as “Vice President Trump”?</w:t>
      </w:r>
    </w:p>
    <w:p>
      <w:pPr>
        <w:spacing w:after="60"/>
      </w:pPr>
      <w:r>
        <w:rPr>
          <w:b w:val="0"/>
          <w:i w:val="0"/>
          <w:smallCaps w:val="0"/>
          <w:strike w:val="0"/>
          <w:u w:val="none"/>
        </w:rPr>
        <w:t xml:space="preserve">When you’ve got no accomplishments to run on, you throw everything at the wall in the hope that something sticks. </w:t>
      </w:r>
      <w:r>
        <w:rPr>
          <w:b w:val="0"/>
          <w:i w:val="0"/>
          <w:smallCaps w:val="0"/>
          <w:strike w:val="0"/>
          <w:sz w:val="22"/>
          <w:u w:val="single"/>
        </w:rPr>
        <w:t xml:space="preserve">While </w:t>
      </w:r>
      <w:r>
        <w:rPr>
          <w:b w:val="0"/>
          <w:i w:val="0"/>
          <w:smallCaps w:val="0"/>
          <w:strike w:val="0"/>
          <w:sz w:val="22"/>
          <w:highlight w:val="green"/>
          <w:u w:val="single"/>
        </w:rPr>
        <w:t>she has voted for every liberal idea</w:t>
      </w:r>
      <w:r>
        <w:rPr>
          <w:b w:val="0"/>
          <w:i w:val="0"/>
          <w:smallCaps w:val="0"/>
          <w:strike w:val="0"/>
          <w:sz w:val="22"/>
          <w:u w:val="single"/>
        </w:rPr>
        <w:t xml:space="preserve"> to come her way, making her the most liberal senator in her brief time there, she </w:t>
      </w:r>
      <w:r>
        <w:rPr>
          <w:b w:val="0"/>
          <w:i w:val="0"/>
          <w:smallCaps w:val="0"/>
          <w:strike w:val="0"/>
          <w:sz w:val="22"/>
          <w:highlight w:val="green"/>
          <w:u w:val="single"/>
        </w:rPr>
        <w:t>doesn’t have any accomplishments</w:t>
      </w:r>
      <w:r>
        <w:rPr>
          <w:b w:val="0"/>
          <w:i w:val="0"/>
          <w:smallCaps w:val="0"/>
          <w:strike w:val="0"/>
          <w:sz w:val="22"/>
          <w:u w:val="single"/>
        </w:rPr>
        <w:t xml:space="preserve"> to her name. That leaves her only with offense over the pronunciation of her name as a defense against what the Biden-Harris administration has done to make that ticket unpopular with the American public</w:t>
      </w:r>
      <w:r>
        <w:rPr>
          <w:b w:val="0"/>
          <w:i w:val="0"/>
          <w:smallCaps w:val="0"/>
          <w:strike w:val="0"/>
          <w:u w:val="none"/>
        </w:rPr>
        <w:t>.</w:t>
      </w:r>
    </w:p>
    <w:p>
      <w:pPr>
        <w:spacing w:after="60"/>
      </w:pPr>
      <w:r>
        <w:rPr>
          <w:b w:val="0"/>
          <w:i w:val="0"/>
          <w:smallCaps w:val="0"/>
          <w:strike w:val="0"/>
          <w:u w:val="none"/>
        </w:rPr>
        <w:t>What led to Joe’s unceremonious invitation to leave the race from Democratic mega-donors is all Harris has going for her. Well, that and her historic skin color, till someone notices that her ancestors were big slave owners in Jamaica.</w:t>
      </w:r>
    </w:p>
    <w:p>
      <w:pPr>
        <w:spacing w:after="60"/>
      </w:pPr>
      <w:r>
        <w:rPr>
          <w:b w:val="0"/>
          <w:i w:val="0"/>
          <w:smallCaps w:val="0"/>
          <w:strike w:val="0"/>
          <w:sz w:val="22"/>
          <w:u w:val="single"/>
        </w:rPr>
        <w:t>Come to think of it</w:t>
      </w:r>
      <w:r>
        <w:rPr>
          <w:b w:val="0"/>
          <w:i w:val="0"/>
          <w:smallCaps w:val="0"/>
          <w:strike w:val="0"/>
          <w:u w:val="none"/>
        </w:rPr>
        <w:t>, Joe Biden’s unpopular record might not be the worst thing to run on after all.</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