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Biden can help Harris win now---the popularity of his policies still matters.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Tal </w:t>
      </w:r>
      <w:r>
        <w:rPr>
          <w:b/>
          <w:i w:val="0"/>
          <w:smallCaps w:val="0"/>
          <w:strike w:val="0"/>
          <w:sz w:val="26"/>
          <w:u w:val="none"/>
        </w:rPr>
        <w:t>Axelrod 7/27,</w:t>
      </w:r>
      <w:r>
        <w:rPr>
          <w:b w:val="0"/>
          <w:i w:val="0"/>
          <w:smallCaps w:val="0"/>
          <w:strike w:val="0"/>
          <w:u w:val="none"/>
        </w:rPr>
        <w:t xml:space="preserve"> Writer for ABC News, 7/27/24, “Biden passed the torch to Harris. Now, how does he help her win?”, </w:t>
      </w:r>
      <w:r>
        <w:rPr>
          <w:b w:val="0"/>
          <w:i w:val="0"/>
          <w:smallCaps w:val="0"/>
          <w:strike w:val="0"/>
          <w:u w:val="none"/>
        </w:rPr>
        <w:t>https://abcnews.go.com/Politics/biden-passed-torch-harris-now-win/story?id=112316523</w:t>
      </w:r>
      <w:r>
        <w:rPr>
          <w:b w:val="0"/>
          <w:i w:val="0"/>
          <w:smallCaps w:val="0"/>
          <w:strike w:val="0"/>
          <w:u w:val="none"/>
        </w:rPr>
        <w:t>, WF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Logistically, </w:t>
      </w:r>
      <w:r>
        <w:rPr>
          <w:b w:val="0"/>
          <w:i w:val="0"/>
          <w:smallCaps w:val="0"/>
          <w:strike w:val="0"/>
          <w:highlight w:val="cyan"/>
          <w:u w:val="single"/>
        </w:rPr>
        <w:t>Biden</w:t>
      </w:r>
      <w:r>
        <w:rPr>
          <w:b w:val="0"/>
          <w:i w:val="0"/>
          <w:smallCaps w:val="0"/>
          <w:strike w:val="0"/>
          <w:u w:val="single"/>
        </w:rPr>
        <w:t xml:space="preserve"> would likely be deployed in ways that </w:t>
      </w:r>
      <w:r>
        <w:rPr>
          <w:b w:val="0"/>
          <w:i w:val="0"/>
          <w:smallCaps w:val="0"/>
          <w:strike w:val="0"/>
          <w:highlight w:val="cyan"/>
          <w:u w:val="single"/>
        </w:rPr>
        <w:t>could</w:t>
      </w:r>
      <w:r>
        <w:rPr>
          <w:b w:val="0"/>
          <w:i w:val="0"/>
          <w:smallCaps w:val="0"/>
          <w:strike w:val="0"/>
          <w:u w:val="single"/>
        </w:rPr>
        <w:t xml:space="preserve"> maximize his strengths and </w:t>
      </w:r>
      <w:r>
        <w:rPr>
          <w:b w:val="0"/>
          <w:i w:val="0"/>
          <w:smallCaps w:val="0"/>
          <w:strike w:val="0"/>
          <w:highlight w:val="cyan"/>
          <w:u w:val="single"/>
        </w:rPr>
        <w:t>allow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Harris</w:t>
      </w:r>
      <w:r>
        <w:rPr>
          <w:b w:val="0"/>
          <w:i w:val="0"/>
          <w:smallCaps w:val="0"/>
          <w:strike w:val="0"/>
          <w:u w:val="single"/>
        </w:rPr>
        <w:t xml:space="preserve"> to </w:t>
      </w:r>
      <w:r>
        <w:rPr>
          <w:b w:val="0"/>
          <w:i w:val="0"/>
          <w:smallCaps w:val="0"/>
          <w:strike w:val="0"/>
          <w:highlight w:val="cyan"/>
          <w:u w:val="single"/>
        </w:rPr>
        <w:t>expand</w:t>
      </w:r>
      <w:r>
        <w:rPr>
          <w:b w:val="0"/>
          <w:i w:val="0"/>
          <w:smallCaps w:val="0"/>
          <w:strike w:val="0"/>
          <w:u w:val="single"/>
        </w:rPr>
        <w:t xml:space="preserve"> her voter </w:t>
      </w:r>
      <w:r>
        <w:rPr>
          <w:b w:val="0"/>
          <w:i w:val="0"/>
          <w:smallCaps w:val="0"/>
          <w:strike w:val="0"/>
          <w:highlight w:val="cyan"/>
          <w:u w:val="single"/>
        </w:rPr>
        <w:t>base</w:t>
      </w:r>
      <w:r>
        <w:rPr>
          <w:b w:val="0"/>
          <w:i w:val="0"/>
          <w:smallCaps w:val="0"/>
          <w:strike w:val="0"/>
          <w:u w:val="singl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 xml:space="preserve">Democrats boasted that </w:t>
      </w:r>
      <w:r>
        <w:rPr>
          <w:b w:val="0"/>
          <w:i w:val="0"/>
          <w:smallCaps w:val="0"/>
          <w:strike w:val="0"/>
          <w:highlight w:val="cyan"/>
          <w:u w:val="single"/>
        </w:rPr>
        <w:t>he</w:t>
      </w:r>
      <w:r>
        <w:rPr>
          <w:b w:val="0"/>
          <w:i w:val="0"/>
          <w:smallCaps w:val="0"/>
          <w:strike w:val="0"/>
          <w:u w:val="single"/>
        </w:rPr>
        <w:t xml:space="preserve"> could </w:t>
      </w:r>
      <w:r>
        <w:rPr>
          <w:b w:val="0"/>
          <w:i w:val="0"/>
          <w:smallCaps w:val="0"/>
          <w:strike w:val="0"/>
          <w:highlight w:val="cyan"/>
          <w:u w:val="single"/>
        </w:rPr>
        <w:t>appeal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to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working</w:t>
      </w:r>
      <w:r>
        <w:rPr>
          <w:b w:val="0"/>
          <w:i w:val="0"/>
          <w:smallCaps w:val="0"/>
          <w:strike w:val="0"/>
          <w:u w:val="single"/>
        </w:rPr>
        <w:t>-</w:t>
      </w:r>
      <w:r>
        <w:rPr>
          <w:b w:val="0"/>
          <w:i w:val="0"/>
          <w:smallCaps w:val="0"/>
          <w:strike w:val="0"/>
          <w:highlight w:val="cyan"/>
          <w:u w:val="single"/>
        </w:rPr>
        <w:t>class</w:t>
      </w:r>
      <w:r>
        <w:rPr>
          <w:b w:val="0"/>
          <w:i w:val="0"/>
          <w:smallCaps w:val="0"/>
          <w:strike w:val="0"/>
          <w:u w:val="single"/>
        </w:rPr>
        <w:t xml:space="preserve"> voters, </w:t>
      </w:r>
      <w:r>
        <w:rPr>
          <w:b w:val="0"/>
          <w:i w:val="0"/>
          <w:smallCaps w:val="0"/>
          <w:strike w:val="0"/>
          <w:highlight w:val="cyan"/>
          <w:u w:val="single"/>
        </w:rPr>
        <w:t>seniors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and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independents</w:t>
      </w:r>
      <w:r>
        <w:rPr>
          <w:b w:val="0"/>
          <w:i w:val="0"/>
          <w:smallCaps w:val="0"/>
          <w:strike w:val="0"/>
          <w:u w:val="single"/>
        </w:rPr>
        <w:t xml:space="preserve"> -- all demographics he performed well with in 2020 who would need to be kept in the fold </w:t>
      </w:r>
      <w:r>
        <w:rPr>
          <w:b w:val="0"/>
          <w:i w:val="0"/>
          <w:smallCaps w:val="0"/>
          <w:strike w:val="0"/>
          <w:highlight w:val="cyan"/>
          <w:u w:val="single"/>
        </w:rPr>
        <w:t>as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Harris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regains</w:t>
      </w:r>
      <w:r>
        <w:rPr>
          <w:b w:val="0"/>
          <w:i w:val="0"/>
          <w:smallCaps w:val="0"/>
          <w:strike w:val="0"/>
          <w:u w:val="single"/>
        </w:rPr>
        <w:t xml:space="preserve"> ground with </w:t>
      </w:r>
      <w:r>
        <w:rPr>
          <w:b w:val="0"/>
          <w:i w:val="0"/>
          <w:smallCaps w:val="0"/>
          <w:strike w:val="0"/>
          <w:highlight w:val="cyan"/>
          <w:u w:val="single"/>
        </w:rPr>
        <w:t>younger</w:t>
      </w:r>
      <w:r>
        <w:rPr>
          <w:b w:val="0"/>
          <w:i w:val="0"/>
          <w:smallCaps w:val="0"/>
          <w:strike w:val="0"/>
          <w:u w:val="single"/>
        </w:rPr>
        <w:t xml:space="preserve"> voters and </w:t>
      </w:r>
      <w:r>
        <w:rPr>
          <w:b w:val="0"/>
          <w:i w:val="0"/>
          <w:smallCaps w:val="0"/>
          <w:strike w:val="0"/>
          <w:highlight w:val="cyan"/>
          <w:u w:val="single"/>
        </w:rPr>
        <w:t>voters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of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color</w:t>
      </w:r>
      <w:r>
        <w:rPr>
          <w:b w:val="0"/>
          <w:i w:val="0"/>
          <w:smallCaps w:val="0"/>
          <w:strike w:val="0"/>
          <w:u w:val="single"/>
        </w:rPr>
        <w:t xml:space="preserve"> who were drifting away from Biden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Vice President Kamala Harris delivers the keynote speech at the American Federation of Teachers' 88t...Show more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Brendan Smialowski/AFP via Getty Images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"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can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help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Midwest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some of the blue-collar workers, some of the places where he's got a unique relationship to those voters with the 'Scranton Joe' kind of thing. And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older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voters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love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him</w:t>
      </w:r>
      <w:r>
        <w:rPr>
          <w:b w:val="0"/>
          <w:i w:val="0"/>
          <w:smallCaps w:val="0"/>
          <w:strike w:val="0"/>
          <w:u w:val="none"/>
        </w:rPr>
        <w:t>," said the strategist with ties to Harris' team.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Biden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also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retains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goodwill</w:t>
      </w:r>
      <w:r>
        <w:rPr>
          <w:b/>
          <w:i w:val="0"/>
          <w:smallCaps w:val="0"/>
          <w:strike w:val="0"/>
          <w:sz w:val="22"/>
          <w:u w:val="single"/>
        </w:rPr>
        <w:t xml:space="preserve"> "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among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 lot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independents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even moderate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Republicans</w:t>
      </w:r>
      <w:r>
        <w:rPr>
          <w:b w:val="0"/>
          <w:i w:val="0"/>
          <w:smallCaps w:val="0"/>
          <w:strike w:val="0"/>
          <w:u w:val="none"/>
        </w:rPr>
        <w:t xml:space="preserve"> who may have questioned his age but not his ability and his sincerity," Jones argued.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For his part, Biden has indicated he's ready to campaign for Harris. And while the campaign did not specify how he'll be deployed, spokesperson Lauren Hitt told ABC News in a statement the president will be "an effective advocate for the Vice President on the campaign trail."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"My expectation is that he will play whatever role the vice president asks him," said Mitch Landrieu, the former New Orleans mayor and Biden administration official.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"Everything and anything, any and all, repeat and rinse," Landrieu added when asked exactly what that looks like. </w:t>
      </w:r>
      <w:r>
        <w:rPr>
          <w:b w:val="0"/>
          <w:i w:val="0"/>
          <w:smallCaps w:val="0"/>
          <w:strike w:val="0"/>
          <w:sz w:val="22"/>
          <w:u w:val="single"/>
        </w:rPr>
        <w:t>"The president's going to be in it to win it for her."</w:t>
      </w:r>
    </w:p>
    <w:p>
      <w:pPr>
        <w:pStyle w:val="Caption"/>
      </w:pPr>
      <w:r>
        <w:t>Source: Elections DA Harris Supplement - Michigan 2024 FWZ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