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Racial capitalism </w:t>
      </w:r>
      <w:r>
        <w:rPr>
          <w:b/>
          <w:i w:val="0"/>
          <w:smallCaps w:val="0"/>
          <w:strike w:val="0"/>
          <w:sz w:val="26"/>
          <w:u w:val="single"/>
        </w:rPr>
        <w:t>oversimplifies</w:t>
      </w:r>
      <w:r>
        <w:rPr>
          <w:b/>
          <w:i w:val="0"/>
          <w:smallCaps w:val="0"/>
          <w:strike w:val="0"/>
          <w:sz w:val="26"/>
          <w:u w:val="none"/>
        </w:rPr>
        <w:t>.</w:t>
      </w:r>
    </w:p>
    <w:p>
      <w:pPr>
        <w:spacing w:after="80"/>
      </w:pPr>
      <w:r>
        <w:rPr>
          <w:b/>
          <w:i w:val="0"/>
          <w:smallCaps w:val="0"/>
          <w:strike w:val="0"/>
          <w:sz w:val="26"/>
          <w:u w:val="none"/>
        </w:rPr>
        <w:t>Walzer, 20</w:t>
      </w:r>
      <w:r>
        <w:rPr>
          <w:b w:val="0"/>
          <w:i w:val="0"/>
          <w:smallCaps w:val="0"/>
          <w:strike w:val="0"/>
          <w:u w:val="none"/>
        </w:rPr>
        <w:t xml:space="preserve">—editor emeritus of Dissent Magazine (Michael, “A Note on Racial Capitalism,” </w:t>
      </w:r>
      <w:r>
        <w:rPr>
          <w:b w:val="0"/>
          <w:i w:val="0"/>
          <w:smallCaps w:val="0"/>
          <w:strike w:val="0"/>
          <w:u w:val="none"/>
        </w:rPr>
        <w:t>, dml)</w:t>
      </w:r>
    </w:p>
    <w:p>
      <w:pPr>
        <w:spacing w:after="60"/>
      </w:pPr>
      <w:r>
        <w:rPr>
          <w:b w:val="0"/>
          <w:i w:val="0"/>
          <w:smallCaps w:val="0"/>
          <w:strike w:val="0"/>
          <w:sz w:val="22"/>
          <w:u w:val="single"/>
        </w:rPr>
        <w:t xml:space="preserve">I have been </w:t>
      </w:r>
      <w:r>
        <w:rPr>
          <w:b/>
          <w:i w:val="0"/>
          <w:smallCaps w:val="0"/>
          <w:strike w:val="0"/>
          <w:sz w:val="22"/>
          <w:u w:val="single"/>
        </w:rPr>
        <w:t>puzzled</w:t>
      </w:r>
      <w:r>
        <w:rPr>
          <w:b w:val="0"/>
          <w:i w:val="0"/>
          <w:smallCaps w:val="0"/>
          <w:strike w:val="0"/>
          <w:sz w:val="14"/>
          <w:u w:val="none"/>
        </w:rPr>
        <w:t xml:space="preserve"> for many months </w:t>
      </w:r>
      <w:r>
        <w:rPr>
          <w:b w:val="0"/>
          <w:i w:val="0"/>
          <w:smallCaps w:val="0"/>
          <w:strike w:val="0"/>
          <w:sz w:val="22"/>
          <w:u w:val="single"/>
        </w:rPr>
        <w:t>by</w:t>
      </w:r>
      <w:r>
        <w:rPr>
          <w:b w:val="0"/>
          <w:i w:val="0"/>
          <w:smallCaps w:val="0"/>
          <w:strike w:val="0"/>
          <w:sz w:val="14"/>
          <w:u w:val="none"/>
        </w:rPr>
        <w:t xml:space="preserve"> the appearance of the phrase “</w:t>
      </w:r>
      <w:r>
        <w:rPr>
          <w:b/>
          <w:i w:val="0"/>
          <w:smallCaps w:val="0"/>
          <w:strike w:val="0"/>
          <w:sz w:val="22"/>
          <w:highlight w:val="cyan"/>
          <w:u w:val="single"/>
        </w:rPr>
        <w:t>racial capitalism</w:t>
      </w:r>
      <w:r>
        <w:rPr>
          <w:b w:val="0"/>
          <w:i w:val="0"/>
          <w:smallCaps w:val="0"/>
          <w:strike w:val="0"/>
          <w:sz w:val="14"/>
          <w:u w:val="none"/>
        </w:rPr>
        <w:t>” in the left press (see, for example, the article by K. Sabeel Rahman in the Summer 2020 issue of Dissent). What does it mean?</w:t>
      </w:r>
    </w:p>
    <w:p>
      <w:pPr>
        <w:spacing w:after="60"/>
      </w:pPr>
      <w:r>
        <w:rPr>
          <w:b w:val="0"/>
          <w:i w:val="0"/>
          <w:smallCaps w:val="0"/>
          <w:strike w:val="0"/>
          <w:sz w:val="14"/>
          <w:u w:val="none"/>
        </w:rPr>
        <w:t xml:space="preserve">Perhaps the adjective “racial” is simply an ordinary qualifying adjective. </w:t>
      </w:r>
      <w:r>
        <w:rPr>
          <w:b w:val="0"/>
          <w:i w:val="0"/>
          <w:smallCaps w:val="0"/>
          <w:strike w:val="0"/>
          <w:sz w:val="22"/>
          <w:u w:val="single"/>
        </w:rPr>
        <w:t xml:space="preserve">Racial capitalism </w:t>
      </w:r>
      <w:r>
        <w:rPr>
          <w:b w:val="0"/>
          <w:i w:val="0"/>
          <w:smallCaps w:val="0"/>
          <w:strike w:val="0"/>
          <w:sz w:val="22"/>
          <w:highlight w:val="cyan"/>
          <w:u w:val="single"/>
        </w:rPr>
        <w:t xml:space="preserve">is </w:t>
      </w:r>
      <w:r>
        <w:rPr>
          <w:b/>
          <w:i w:val="0"/>
          <w:smallCaps w:val="0"/>
          <w:strike w:val="0"/>
          <w:sz w:val="22"/>
          <w:highlight w:val="cyan"/>
          <w:u w:val="single"/>
        </w:rPr>
        <w:t>one kind</w:t>
      </w:r>
      <w:r>
        <w:rPr>
          <w:b w:val="0"/>
          <w:i w:val="0"/>
          <w:smallCaps w:val="0"/>
          <w:strike w:val="0"/>
          <w:sz w:val="22"/>
          <w:highlight w:val="cyan"/>
          <w:u w:val="single"/>
        </w:rPr>
        <w:t xml:space="preserve"> of capitalism</w:t>
      </w:r>
      <w:r>
        <w:rPr>
          <w:b w:val="0"/>
          <w:i w:val="0"/>
          <w:smallCaps w:val="0"/>
          <w:strike w:val="0"/>
          <w:sz w:val="14"/>
          <w:highlight w:val="cyan"/>
          <w:u w:val="none"/>
        </w:rPr>
        <w:t xml:space="preserve">, </w:t>
      </w:r>
      <w:r>
        <w:rPr>
          <w:b w:val="0"/>
          <w:i w:val="0"/>
          <w:smallCaps w:val="0"/>
          <w:strike w:val="0"/>
          <w:sz w:val="22"/>
          <w:highlight w:val="cyan"/>
          <w:u w:val="single"/>
        </w:rPr>
        <w:t xml:space="preserve">and then there </w:t>
      </w:r>
      <w:r>
        <w:rPr>
          <w:b/>
          <w:i w:val="0"/>
          <w:smallCaps w:val="0"/>
          <w:strike w:val="0"/>
          <w:sz w:val="22"/>
          <w:highlight w:val="cyan"/>
          <w:u w:val="single"/>
        </w:rPr>
        <w:t>must be other kinds</w:t>
      </w:r>
      <w:r>
        <w:rPr>
          <w:b w:val="0"/>
          <w:i w:val="0"/>
          <w:smallCaps w:val="0"/>
          <w:strike w:val="0"/>
          <w:sz w:val="14"/>
          <w:u w:val="none"/>
        </w:rPr>
        <w:t xml:space="preserve">, requiring other adjectives. Here in the United States we have a kind of capitalism where the majority of exploited workers or a majority of the most exploited workers are people of color. The underclass and the reserve army are defined both racially and economically. Of course, no leftist writer would be indifferent to the exploitation of white workers, who might still make up the majority of the American workforce—and who are certainly the majority of exploited workers in Europe. </w:t>
      </w:r>
      <w:r>
        <w:rPr>
          <w:b w:val="0"/>
          <w:i w:val="0"/>
          <w:smallCaps w:val="0"/>
          <w:strike w:val="0"/>
          <w:sz w:val="22"/>
          <w:u w:val="single"/>
        </w:rPr>
        <w:t>The point of the adjective</w:t>
      </w:r>
      <w:r>
        <w:rPr>
          <w:b w:val="0"/>
          <w:i w:val="0"/>
          <w:smallCaps w:val="0"/>
          <w:strike w:val="0"/>
          <w:sz w:val="14"/>
          <w:u w:val="none"/>
        </w:rPr>
        <w:t xml:space="preserve">, then, </w:t>
      </w:r>
      <w:r>
        <w:rPr>
          <w:b w:val="0"/>
          <w:i w:val="0"/>
          <w:smallCaps w:val="0"/>
          <w:strike w:val="0"/>
          <w:sz w:val="22"/>
          <w:u w:val="single"/>
        </w:rPr>
        <w:t>is simply to focus our attention</w:t>
      </w:r>
      <w:r>
        <w:rPr>
          <w:b w:val="0"/>
          <w:i w:val="0"/>
          <w:smallCaps w:val="0"/>
          <w:strike w:val="0"/>
          <w:sz w:val="14"/>
          <w:u w:val="none"/>
        </w:rPr>
        <w:t xml:space="preserve">, for good reasons, </w:t>
      </w:r>
      <w:r>
        <w:rPr>
          <w:b w:val="0"/>
          <w:i w:val="0"/>
          <w:smallCaps w:val="0"/>
          <w:strike w:val="0"/>
          <w:sz w:val="22"/>
          <w:u w:val="single"/>
        </w:rPr>
        <w:t>on non-white workers</w:t>
      </w:r>
      <w:r>
        <w:rPr>
          <w:b w:val="0"/>
          <w:i w:val="0"/>
          <w:smallCaps w:val="0"/>
          <w:strike w:val="0"/>
          <w:sz w:val="14"/>
          <w:u w:val="none"/>
        </w:rPr>
        <w:t xml:space="preserve">. </w:t>
      </w:r>
      <w:r>
        <w:rPr>
          <w:b w:val="0"/>
          <w:i w:val="0"/>
          <w:smallCaps w:val="0"/>
          <w:strike w:val="0"/>
          <w:sz w:val="22"/>
          <w:highlight w:val="cyan"/>
          <w:u w:val="single"/>
        </w:rPr>
        <w:t xml:space="preserve">But is the exploitation of these workers a </w:t>
      </w:r>
      <w:r>
        <w:rPr>
          <w:b/>
          <w:i w:val="0"/>
          <w:smallCaps w:val="0"/>
          <w:strike w:val="0"/>
          <w:sz w:val="22"/>
          <w:highlight w:val="cyan"/>
          <w:u w:val="single"/>
        </w:rPr>
        <w:t>necessary feature</w:t>
      </w:r>
      <w:r>
        <w:rPr>
          <w:b w:val="0"/>
          <w:i w:val="0"/>
          <w:smallCaps w:val="0"/>
          <w:strike w:val="0"/>
          <w:sz w:val="22"/>
          <w:u w:val="single"/>
        </w:rPr>
        <w:t xml:space="preserve"> of</w:t>
      </w:r>
      <w:r>
        <w:rPr>
          <w:b w:val="0"/>
          <w:i w:val="0"/>
          <w:smallCaps w:val="0"/>
          <w:strike w:val="0"/>
          <w:sz w:val="14"/>
          <w:u w:val="none"/>
        </w:rPr>
        <w:t xml:space="preserve"> American </w:t>
      </w:r>
      <w:r>
        <w:rPr>
          <w:b w:val="0"/>
          <w:i w:val="0"/>
          <w:smallCaps w:val="0"/>
          <w:strike w:val="0"/>
          <w:sz w:val="22"/>
          <w:u w:val="single"/>
        </w:rPr>
        <w:t>capitalism</w:t>
      </w:r>
      <w:r>
        <w:rPr>
          <w:b w:val="0"/>
          <w:i w:val="0"/>
          <w:smallCaps w:val="0"/>
          <w:strike w:val="0"/>
          <w:sz w:val="14"/>
          <w:u w:val="none"/>
        </w:rPr>
        <w:t>?</w:t>
      </w:r>
    </w:p>
    <w:p>
      <w:pPr>
        <w:spacing w:after="60"/>
      </w:pPr>
      <w:r>
        <w:rPr>
          <w:b w:val="0"/>
          <w:i w:val="0"/>
          <w:smallCaps w:val="0"/>
          <w:strike w:val="0"/>
          <w:sz w:val="14"/>
          <w:u w:val="none"/>
        </w:rPr>
        <w:t>The phrase “</w:t>
      </w:r>
      <w:r>
        <w:rPr>
          <w:b w:val="0"/>
          <w:i w:val="0"/>
          <w:smallCaps w:val="0"/>
          <w:strike w:val="0"/>
          <w:sz w:val="22"/>
          <w:highlight w:val="cyan"/>
          <w:u w:val="single"/>
        </w:rPr>
        <w:t>racial capitalism</w:t>
      </w:r>
      <w:r>
        <w:rPr>
          <w:b w:val="0"/>
          <w:i w:val="0"/>
          <w:smallCaps w:val="0"/>
          <w:strike w:val="0"/>
          <w:sz w:val="14"/>
          <w:highlight w:val="cyan"/>
          <w:u w:val="none"/>
        </w:rPr>
        <w:t xml:space="preserve">” </w:t>
      </w:r>
      <w:r>
        <w:rPr>
          <w:b w:val="0"/>
          <w:i w:val="0"/>
          <w:smallCaps w:val="0"/>
          <w:strike w:val="0"/>
          <w:sz w:val="22"/>
          <w:highlight w:val="cyan"/>
          <w:u w:val="single"/>
        </w:rPr>
        <w:t xml:space="preserve">leaves us </w:t>
      </w:r>
      <w:r>
        <w:rPr>
          <w:b/>
          <w:i w:val="0"/>
          <w:smallCaps w:val="0"/>
          <w:strike w:val="0"/>
          <w:sz w:val="22"/>
          <w:highlight w:val="cyan"/>
          <w:u w:val="single"/>
        </w:rPr>
        <w:t>unclear</w:t>
      </w:r>
      <w:r>
        <w:rPr>
          <w:b w:val="0"/>
          <w:i w:val="0"/>
          <w:smallCaps w:val="0"/>
          <w:strike w:val="0"/>
          <w:sz w:val="22"/>
          <w:highlight w:val="cyan"/>
          <w:u w:val="single"/>
        </w:rPr>
        <w:t xml:space="preserve"> about whether the hierarchical location of non-white workers</w:t>
      </w:r>
      <w:r>
        <w:rPr>
          <w:b w:val="0"/>
          <w:i w:val="0"/>
          <w:smallCaps w:val="0"/>
          <w:strike w:val="0"/>
          <w:sz w:val="22"/>
          <w:u w:val="single"/>
        </w:rPr>
        <w:t xml:space="preserve"> is determined by </w:t>
      </w:r>
      <w:r>
        <w:rPr>
          <w:b/>
          <w:i w:val="0"/>
          <w:smallCaps w:val="0"/>
          <w:strike w:val="0"/>
          <w:sz w:val="22"/>
          <w:u w:val="single"/>
        </w:rPr>
        <w:t>race</w:t>
      </w:r>
      <w:r>
        <w:rPr>
          <w:b w:val="0"/>
          <w:i w:val="0"/>
          <w:smallCaps w:val="0"/>
          <w:strike w:val="0"/>
          <w:sz w:val="22"/>
          <w:u w:val="single"/>
        </w:rPr>
        <w:t xml:space="preserve"> or by </w:t>
      </w:r>
      <w:r>
        <w:rPr>
          <w:b/>
          <w:i w:val="0"/>
          <w:smallCaps w:val="0"/>
          <w:strike w:val="0"/>
          <w:sz w:val="22"/>
          <w:u w:val="single"/>
        </w:rPr>
        <w:t>capitalism</w:t>
      </w:r>
      <w:r>
        <w:rPr>
          <w:b w:val="0"/>
          <w:i w:val="0"/>
          <w:smallCaps w:val="0"/>
          <w:strike w:val="0"/>
          <w:sz w:val="22"/>
          <w:u w:val="single"/>
        </w:rPr>
        <w:t xml:space="preserve"> or by the two </w:t>
      </w:r>
      <w:r>
        <w:rPr>
          <w:b/>
          <w:i w:val="0"/>
          <w:smallCaps w:val="0"/>
          <w:strike w:val="0"/>
          <w:sz w:val="22"/>
          <w:u w:val="single"/>
        </w:rPr>
        <w:t>somehow working together</w:t>
      </w:r>
      <w:r>
        <w:rPr>
          <w:b w:val="0"/>
          <w:i w:val="0"/>
          <w:smallCaps w:val="0"/>
          <w:strike w:val="0"/>
          <w:sz w:val="14"/>
          <w:u w:val="none"/>
        </w:rPr>
        <w:t>. To begin to answer that question, we need to look at some examples of non-racial capitalism.</w:t>
      </w:r>
    </w:p>
    <w:p>
      <w:pPr>
        <w:spacing w:after="60"/>
      </w:pPr>
      <w:r>
        <w:rPr>
          <w:b w:val="0"/>
          <w:i w:val="0"/>
          <w:smallCaps w:val="0"/>
          <w:strike w:val="0"/>
          <w:sz w:val="14"/>
          <w:u w:val="none"/>
        </w:rPr>
        <w:t xml:space="preserve">The form of </w:t>
      </w:r>
      <w:r>
        <w:rPr>
          <w:b w:val="0"/>
          <w:i w:val="0"/>
          <w:smallCaps w:val="0"/>
          <w:strike w:val="0"/>
          <w:sz w:val="22"/>
          <w:highlight w:val="cyan"/>
          <w:u w:val="single"/>
        </w:rPr>
        <w:t>capitalism</w:t>
      </w:r>
      <w:r>
        <w:rPr>
          <w:b w:val="0"/>
          <w:i w:val="0"/>
          <w:smallCaps w:val="0"/>
          <w:strike w:val="0"/>
          <w:sz w:val="14"/>
          <w:u w:val="none"/>
        </w:rPr>
        <w:t xml:space="preserve"> sponsored </w:t>
      </w:r>
      <w:r>
        <w:rPr>
          <w:b w:val="0"/>
          <w:i w:val="0"/>
          <w:smallCaps w:val="0"/>
          <w:strike w:val="0"/>
          <w:sz w:val="22"/>
          <w:highlight w:val="cyan"/>
          <w:u w:val="single"/>
        </w:rPr>
        <w:t xml:space="preserve">by the </w:t>
      </w:r>
      <w:r>
        <w:rPr>
          <w:b/>
          <w:i w:val="0"/>
          <w:smallCaps w:val="0"/>
          <w:strike w:val="0"/>
          <w:sz w:val="22"/>
          <w:highlight w:val="cyan"/>
          <w:u w:val="single"/>
        </w:rPr>
        <w:t>Chinese</w:t>
      </w:r>
      <w:r>
        <w:rPr>
          <w:b w:val="0"/>
          <w:i w:val="0"/>
          <w:smallCaps w:val="0"/>
          <w:strike w:val="0"/>
          <w:sz w:val="14"/>
          <w:u w:val="none"/>
        </w:rPr>
        <w:t xml:space="preserve"> communists </w:t>
      </w:r>
      <w:r>
        <w:rPr>
          <w:b w:val="0"/>
          <w:i w:val="0"/>
          <w:smallCaps w:val="0"/>
          <w:strike w:val="0"/>
          <w:sz w:val="22"/>
          <w:highlight w:val="cyan"/>
          <w:u w:val="single"/>
        </w:rPr>
        <w:t xml:space="preserve">is </w:t>
      </w:r>
      <w:r>
        <w:rPr>
          <w:b/>
          <w:i w:val="0"/>
          <w:smallCaps w:val="0"/>
          <w:strike w:val="0"/>
          <w:sz w:val="22"/>
          <w:highlight w:val="cyan"/>
          <w:u w:val="single"/>
        </w:rPr>
        <w:t>obviously non-racial</w:t>
      </w:r>
      <w:r>
        <w:rPr>
          <w:b w:val="0"/>
          <w:i w:val="0"/>
          <w:smallCaps w:val="0"/>
          <w:strike w:val="0"/>
          <w:sz w:val="14"/>
          <w:u w:val="none"/>
        </w:rPr>
        <w:t xml:space="preserve">. </w:t>
      </w:r>
      <w:r>
        <w:rPr>
          <w:b w:val="0"/>
          <w:i w:val="0"/>
          <w:smallCaps w:val="0"/>
          <w:strike w:val="0"/>
          <w:sz w:val="22"/>
          <w:u w:val="single"/>
        </w:rPr>
        <w:t>Though the exploited workers are</w:t>
      </w:r>
      <w:r>
        <w:rPr>
          <w:b w:val="0"/>
          <w:i w:val="0"/>
          <w:smallCaps w:val="0"/>
          <w:strike w:val="0"/>
          <w:sz w:val="14"/>
          <w:u w:val="none"/>
        </w:rPr>
        <w:t xml:space="preserve">, </w:t>
      </w:r>
      <w:r>
        <w:rPr>
          <w:b w:val="0"/>
          <w:i w:val="0"/>
          <w:smallCaps w:val="0"/>
          <w:strike w:val="0"/>
          <w:sz w:val="22"/>
          <w:u w:val="single"/>
        </w:rPr>
        <w:t>in Western terminology</w:t>
      </w:r>
      <w:r>
        <w:rPr>
          <w:b w:val="0"/>
          <w:i w:val="0"/>
          <w:smallCaps w:val="0"/>
          <w:strike w:val="0"/>
          <w:sz w:val="14"/>
          <w:u w:val="none"/>
        </w:rPr>
        <w:t xml:space="preserve">, </w:t>
      </w:r>
      <w:r>
        <w:rPr>
          <w:b w:val="0"/>
          <w:i w:val="0"/>
          <w:smallCaps w:val="0"/>
          <w:strike w:val="0"/>
          <w:sz w:val="22"/>
          <w:u w:val="single"/>
        </w:rPr>
        <w:t>people of color</w:t>
      </w:r>
      <w:r>
        <w:rPr>
          <w:b w:val="0"/>
          <w:i w:val="0"/>
          <w:smallCaps w:val="0"/>
          <w:strike w:val="0"/>
          <w:sz w:val="14"/>
          <w:u w:val="none"/>
        </w:rPr>
        <w:t xml:space="preserve">, </w:t>
      </w:r>
      <w:r>
        <w:rPr>
          <w:b w:val="0"/>
          <w:i w:val="0"/>
          <w:smallCaps w:val="0"/>
          <w:strike w:val="0"/>
          <w:sz w:val="22"/>
          <w:u w:val="single"/>
        </w:rPr>
        <w:t xml:space="preserve">Western terminology is </w:t>
      </w:r>
      <w:r>
        <w:rPr>
          <w:b/>
          <w:i w:val="0"/>
          <w:smallCaps w:val="0"/>
          <w:strike w:val="0"/>
          <w:sz w:val="22"/>
          <w:u w:val="single"/>
        </w:rPr>
        <w:t>out of place</w:t>
      </w:r>
      <w:r>
        <w:rPr>
          <w:b w:val="0"/>
          <w:i w:val="0"/>
          <w:smallCaps w:val="0"/>
          <w:strike w:val="0"/>
          <w:sz w:val="22"/>
          <w:u w:val="single"/>
        </w:rPr>
        <w:t xml:space="preserve"> here</w:t>
      </w:r>
      <w:r>
        <w:rPr>
          <w:b w:val="0"/>
          <w:i w:val="0"/>
          <w:smallCaps w:val="0"/>
          <w:strike w:val="0"/>
          <w:sz w:val="14"/>
          <w:u w:val="none"/>
        </w:rPr>
        <w:t xml:space="preserve">. </w:t>
      </w:r>
      <w:r>
        <w:rPr>
          <w:b w:val="0"/>
          <w:i w:val="0"/>
          <w:smallCaps w:val="0"/>
          <w:strike w:val="0"/>
          <w:sz w:val="14"/>
          <w:u w:val="none"/>
        </w:rPr>
        <w:t>If the Chinese imported white workers to take on the most menial jobs, that might make Chinese capitalism “racial,” but no such importations have been reported</w:t>
      </w:r>
      <w:r>
        <w:rPr>
          <w:b w:val="0"/>
          <w:i w:val="0"/>
          <w:smallCaps w:val="0"/>
          <w:strike w:val="0"/>
          <w:sz w:val="14"/>
          <w:u w:val="none"/>
        </w:rPr>
        <w:t xml:space="preserve">. The predatory version of </w:t>
      </w:r>
      <w:r>
        <w:rPr>
          <w:b w:val="0"/>
          <w:i w:val="0"/>
          <w:smallCaps w:val="0"/>
          <w:strike w:val="0"/>
          <w:sz w:val="22"/>
          <w:u w:val="single"/>
        </w:rPr>
        <w:t>capitalism</w:t>
      </w:r>
      <w:r>
        <w:rPr>
          <w:b w:val="0"/>
          <w:i w:val="0"/>
          <w:smallCaps w:val="0"/>
          <w:strike w:val="0"/>
          <w:sz w:val="14"/>
          <w:u w:val="none"/>
        </w:rPr>
        <w:t xml:space="preserve"> that prevails </w:t>
      </w:r>
      <w:r>
        <w:rPr>
          <w:b w:val="0"/>
          <w:i w:val="0"/>
          <w:smallCaps w:val="0"/>
          <w:strike w:val="0"/>
          <w:sz w:val="22"/>
          <w:u w:val="single"/>
        </w:rPr>
        <w:t>in</w:t>
      </w:r>
      <w:r>
        <w:rPr>
          <w:b w:val="0"/>
          <w:i w:val="0"/>
          <w:smallCaps w:val="0"/>
          <w:strike w:val="0"/>
          <w:sz w:val="14"/>
          <w:u w:val="none"/>
        </w:rPr>
        <w:t xml:space="preserve"> Putin’s </w:t>
      </w:r>
      <w:r>
        <w:rPr>
          <w:b/>
          <w:i w:val="0"/>
          <w:smallCaps w:val="0"/>
          <w:strike w:val="0"/>
          <w:sz w:val="22"/>
          <w:u w:val="single"/>
        </w:rPr>
        <w:t>Russia</w:t>
      </w:r>
      <w:r>
        <w:rPr>
          <w:b w:val="0"/>
          <w:i w:val="0"/>
          <w:smallCaps w:val="0"/>
          <w:strike w:val="0"/>
          <w:sz w:val="22"/>
          <w:u w:val="single"/>
        </w:rPr>
        <w:t xml:space="preserve"> is </w:t>
      </w:r>
      <w:r>
        <w:rPr>
          <w:b/>
          <w:i w:val="0"/>
          <w:smallCaps w:val="0"/>
          <w:strike w:val="0"/>
          <w:sz w:val="22"/>
          <w:u w:val="single"/>
        </w:rPr>
        <w:t>also non-racial</w:t>
      </w:r>
      <w:r>
        <w:rPr>
          <w:b w:val="0"/>
          <w:i w:val="0"/>
          <w:smallCaps w:val="0"/>
          <w:strike w:val="0"/>
          <w:sz w:val="14"/>
          <w:u w:val="none"/>
        </w:rPr>
        <w:t xml:space="preserve">. It may be that </w:t>
      </w:r>
      <w:r>
        <w:rPr>
          <w:b w:val="0"/>
          <w:i w:val="0"/>
          <w:smallCaps w:val="0"/>
          <w:strike w:val="0"/>
          <w:sz w:val="22"/>
          <w:u w:val="single"/>
        </w:rPr>
        <w:t>Muslims are</w:t>
      </w:r>
      <w:r>
        <w:rPr>
          <w:b w:val="0"/>
          <w:i w:val="0"/>
          <w:smallCaps w:val="0"/>
          <w:strike w:val="0"/>
          <w:sz w:val="14"/>
          <w:u w:val="none"/>
        </w:rPr>
        <w:t xml:space="preserve"> among </w:t>
      </w:r>
      <w:r>
        <w:rPr>
          <w:b w:val="0"/>
          <w:i w:val="0"/>
          <w:smallCaps w:val="0"/>
          <w:strike w:val="0"/>
          <w:sz w:val="22"/>
          <w:u w:val="single"/>
        </w:rPr>
        <w:t>the most exploited</w:t>
      </w:r>
      <w:r>
        <w:rPr>
          <w:b w:val="0"/>
          <w:i w:val="0"/>
          <w:smallCaps w:val="0"/>
          <w:strike w:val="0"/>
          <w:sz w:val="14"/>
          <w:u w:val="none"/>
        </w:rPr>
        <w:t xml:space="preserve"> workers in Russia, </w:t>
      </w:r>
      <w:r>
        <w:rPr>
          <w:b w:val="0"/>
          <w:i w:val="0"/>
          <w:smallCaps w:val="0"/>
          <w:strike w:val="0"/>
          <w:sz w:val="22"/>
          <w:u w:val="single"/>
        </w:rPr>
        <w:t xml:space="preserve">but they are mostly </w:t>
      </w:r>
      <w:r>
        <w:rPr>
          <w:b/>
          <w:i w:val="0"/>
          <w:smallCaps w:val="0"/>
          <w:strike w:val="0"/>
          <w:sz w:val="22"/>
          <w:u w:val="single"/>
        </w:rPr>
        <w:t>Caucasian</w:t>
      </w:r>
      <w:r>
        <w:rPr>
          <w:b w:val="0"/>
          <w:i w:val="0"/>
          <w:smallCaps w:val="0"/>
          <w:strike w:val="0"/>
          <w:sz w:val="14"/>
          <w:u w:val="none"/>
        </w:rPr>
        <w:t xml:space="preserve"> (some of them the original Caucasians), so we would have to talk about religious capitalism—where Orthodox Christians, not white people, are the privileged group. But no one is doing that. I have no statistics, but from what I read about China and Russia, I doubt that the rate of exploitation is higher in the United States, in racial capitalism, than it is in those two countries, where capitalism is non-racial. </w:t>
      </w:r>
      <w:r>
        <w:rPr>
          <w:b w:val="0"/>
          <w:i w:val="0"/>
          <w:smallCaps w:val="0"/>
          <w:strike w:val="0"/>
          <w:sz w:val="22"/>
          <w:highlight w:val="cyan"/>
          <w:u w:val="single"/>
        </w:rPr>
        <w:t>Capitalism</w:t>
      </w:r>
      <w:r>
        <w:rPr>
          <w:b w:val="0"/>
          <w:i w:val="0"/>
          <w:smallCaps w:val="0"/>
          <w:strike w:val="0"/>
          <w:sz w:val="14"/>
          <w:highlight w:val="cyan"/>
          <w:u w:val="none"/>
        </w:rPr>
        <w:t xml:space="preserve"> “</w:t>
      </w:r>
      <w:r>
        <w:rPr>
          <w:b w:val="0"/>
          <w:i w:val="0"/>
          <w:smallCaps w:val="0"/>
          <w:strike w:val="0"/>
          <w:sz w:val="22"/>
          <w:highlight w:val="cyan"/>
          <w:u w:val="single"/>
        </w:rPr>
        <w:t>works</w:t>
      </w:r>
      <w:r>
        <w:rPr>
          <w:b w:val="0"/>
          <w:i w:val="0"/>
          <w:smallCaps w:val="0"/>
          <w:strike w:val="0"/>
          <w:sz w:val="14"/>
          <w:highlight w:val="cyan"/>
          <w:u w:val="none"/>
        </w:rPr>
        <w:t xml:space="preserve">” </w:t>
      </w:r>
      <w:r>
        <w:rPr>
          <w:b/>
          <w:i w:val="0"/>
          <w:smallCaps w:val="0"/>
          <w:strike w:val="0"/>
          <w:sz w:val="22"/>
          <w:highlight w:val="cyan"/>
          <w:u w:val="single"/>
        </w:rPr>
        <w:t>with</w:t>
      </w:r>
      <w:r>
        <w:rPr>
          <w:b w:val="0"/>
          <w:i w:val="0"/>
          <w:smallCaps w:val="0"/>
          <w:strike w:val="0"/>
          <w:sz w:val="22"/>
          <w:highlight w:val="cyan"/>
          <w:u w:val="single"/>
        </w:rPr>
        <w:t xml:space="preserve"> and </w:t>
      </w:r>
      <w:r>
        <w:rPr>
          <w:b/>
          <w:i w:val="0"/>
          <w:smallCaps w:val="0"/>
          <w:strike w:val="0"/>
          <w:sz w:val="22"/>
          <w:highlight w:val="cyan"/>
          <w:u w:val="single"/>
        </w:rPr>
        <w:t>without</w:t>
      </w:r>
      <w:r>
        <w:rPr>
          <w:b w:val="0"/>
          <w:i w:val="0"/>
          <w:smallCaps w:val="0"/>
          <w:strike w:val="0"/>
          <w:sz w:val="22"/>
          <w:highlight w:val="cyan"/>
          <w:u w:val="single"/>
        </w:rPr>
        <w:t xml:space="preserve"> a </w:t>
      </w:r>
      <w:r>
        <w:rPr>
          <w:b/>
          <w:i w:val="0"/>
          <w:smallCaps w:val="0"/>
          <w:strike w:val="0"/>
          <w:sz w:val="22"/>
          <w:highlight w:val="cyan"/>
          <w:u w:val="single"/>
        </w:rPr>
        <w:t>racialized underclass</w:t>
      </w:r>
      <w:r>
        <w:rPr>
          <w:b w:val="0"/>
          <w:i w:val="0"/>
          <w:smallCaps w:val="0"/>
          <w:strike w:val="0"/>
          <w:sz w:val="22"/>
          <w:highlight w:val="cyan"/>
          <w:u w:val="single"/>
        </w:rPr>
        <w:t xml:space="preserve"> and </w:t>
      </w:r>
      <w:r>
        <w:rPr>
          <w:b/>
          <w:i w:val="0"/>
          <w:smallCaps w:val="0"/>
          <w:strike w:val="0"/>
          <w:sz w:val="22"/>
          <w:highlight w:val="cyan"/>
          <w:u w:val="single"/>
        </w:rPr>
        <w:t>reserve army</w:t>
      </w:r>
      <w:r>
        <w:rPr>
          <w:b w:val="0"/>
          <w:i w:val="0"/>
          <w:smallCaps w:val="0"/>
          <w:strike w:val="0"/>
          <w:sz w:val="14"/>
          <w:highlight w:val="cyan"/>
          <w:u w:val="none"/>
        </w:rPr>
        <w:t>.</w:t>
      </w:r>
    </w:p>
    <w:p>
      <w:pPr>
        <w:spacing w:after="60"/>
      </w:pPr>
      <w:r>
        <w:rPr>
          <w:b w:val="0"/>
          <w:i w:val="0"/>
          <w:smallCaps w:val="0"/>
          <w:strike w:val="0"/>
          <w:sz w:val="14"/>
          <w:u w:val="none"/>
        </w:rPr>
        <w:t>But is that right? The adjective “</w:t>
      </w:r>
      <w:r>
        <w:rPr>
          <w:b w:val="0"/>
          <w:i w:val="0"/>
          <w:smallCaps w:val="0"/>
          <w:strike w:val="0"/>
          <w:sz w:val="22"/>
          <w:u w:val="single"/>
        </w:rPr>
        <w:t>racial</w:t>
      </w:r>
      <w:r>
        <w:rPr>
          <w:b w:val="0"/>
          <w:i w:val="0"/>
          <w:smallCaps w:val="0"/>
          <w:strike w:val="0"/>
          <w:sz w:val="14"/>
          <w:u w:val="none"/>
        </w:rPr>
        <w:t xml:space="preserve">” </w:t>
      </w:r>
      <w:r>
        <w:rPr>
          <w:b w:val="0"/>
          <w:i w:val="0"/>
          <w:smallCaps w:val="0"/>
          <w:strike w:val="0"/>
          <w:sz w:val="22"/>
          <w:u w:val="single"/>
        </w:rPr>
        <w:t xml:space="preserve">sometimes makes a </w:t>
      </w:r>
      <w:r>
        <w:rPr>
          <w:b/>
          <w:i w:val="0"/>
          <w:smallCaps w:val="0"/>
          <w:strike w:val="0"/>
          <w:sz w:val="22"/>
          <w:u w:val="single"/>
        </w:rPr>
        <w:t>much stronger</w:t>
      </w:r>
      <w:r>
        <w:rPr>
          <w:b w:val="0"/>
          <w:i w:val="0"/>
          <w:smallCaps w:val="0"/>
          <w:strike w:val="0"/>
          <w:sz w:val="22"/>
          <w:u w:val="single"/>
        </w:rPr>
        <w:t xml:space="preserve"> claim</w:t>
      </w:r>
      <w:r>
        <w:rPr>
          <w:b w:val="0"/>
          <w:i w:val="0"/>
          <w:smallCaps w:val="0"/>
          <w:strike w:val="0"/>
          <w:sz w:val="14"/>
          <w:u w:val="none"/>
        </w:rPr>
        <w:t xml:space="preserve">: it isn’t a qualifying but rather a definitional adjective. </w:t>
      </w:r>
      <w:r>
        <w:rPr>
          <w:b w:val="0"/>
          <w:i w:val="0"/>
          <w:smallCaps w:val="0"/>
          <w:strike w:val="0"/>
          <w:sz w:val="22"/>
          <w:u w:val="single"/>
        </w:rPr>
        <w:t xml:space="preserve">Capitalism is </w:t>
      </w:r>
      <w:r>
        <w:rPr>
          <w:b/>
          <w:i w:val="0"/>
          <w:smallCaps w:val="0"/>
          <w:strike w:val="0"/>
          <w:sz w:val="22"/>
          <w:u w:val="single"/>
        </w:rPr>
        <w:t>necessarily</w:t>
      </w:r>
      <w:r>
        <w:rPr>
          <w:b w:val="0"/>
          <w:i w:val="0"/>
          <w:smallCaps w:val="0"/>
          <w:strike w:val="0"/>
          <w:sz w:val="14"/>
          <w:u w:val="none"/>
        </w:rPr>
        <w:t xml:space="preserve">, </w:t>
      </w:r>
      <w:r>
        <w:rPr>
          <w:b/>
          <w:i w:val="0"/>
          <w:smallCaps w:val="0"/>
          <w:strike w:val="0"/>
          <w:sz w:val="22"/>
          <w:u w:val="single"/>
        </w:rPr>
        <w:t>inherently</w:t>
      </w:r>
      <w:r>
        <w:rPr>
          <w:b w:val="0"/>
          <w:i w:val="0"/>
          <w:smallCaps w:val="0"/>
          <w:strike w:val="0"/>
          <w:sz w:val="14"/>
          <w:u w:val="none"/>
        </w:rPr>
        <w:t xml:space="preserve">, </w:t>
      </w:r>
      <w:r>
        <w:rPr>
          <w:b/>
          <w:i w:val="0"/>
          <w:smallCaps w:val="0"/>
          <w:strike w:val="0"/>
          <w:sz w:val="22"/>
          <w:u w:val="single"/>
        </w:rPr>
        <w:t>racist</w:t>
      </w:r>
      <w:r>
        <w:rPr>
          <w:b w:val="0"/>
          <w:i w:val="0"/>
          <w:smallCaps w:val="0"/>
          <w:strike w:val="0"/>
          <w:sz w:val="14"/>
          <w:u w:val="none"/>
        </w:rPr>
        <w:t xml:space="preserve">. Forget about China and Russia, which are capitalist latecomers. </w:t>
      </w:r>
      <w:r>
        <w:rPr>
          <w:b w:val="0"/>
          <w:i w:val="0"/>
          <w:smallCaps w:val="0"/>
          <w:strike w:val="0"/>
          <w:sz w:val="22"/>
          <w:u w:val="single"/>
        </w:rPr>
        <w:t>Western capitalism is the prototypical version</w:t>
      </w:r>
      <w:r>
        <w:rPr>
          <w:b w:val="0"/>
          <w:i w:val="0"/>
          <w:smallCaps w:val="0"/>
          <w:strike w:val="0"/>
          <w:sz w:val="14"/>
          <w:u w:val="none"/>
        </w:rPr>
        <w:t xml:space="preserve">, </w:t>
      </w:r>
      <w:r>
        <w:rPr>
          <w:b w:val="0"/>
          <w:i w:val="0"/>
          <w:smallCaps w:val="0"/>
          <w:strike w:val="0"/>
          <w:sz w:val="22"/>
          <w:u w:val="single"/>
        </w:rPr>
        <w:t xml:space="preserve">and it has been </w:t>
      </w:r>
      <w:r>
        <w:rPr>
          <w:b/>
          <w:i w:val="0"/>
          <w:smallCaps w:val="0"/>
          <w:strike w:val="0"/>
          <w:sz w:val="22"/>
          <w:u w:val="single"/>
        </w:rPr>
        <w:t>racist from day one</w:t>
      </w:r>
      <w:r>
        <w:rPr>
          <w:b w:val="0"/>
          <w:i w:val="0"/>
          <w:smallCaps w:val="0"/>
          <w:strike w:val="0"/>
          <w:sz w:val="14"/>
          <w:u w:val="none"/>
        </w:rPr>
        <w:t xml:space="preserve"> (if we can agree on day one)—</w:t>
      </w:r>
      <w:r>
        <w:rPr>
          <w:b/>
          <w:i w:val="0"/>
          <w:smallCaps w:val="0"/>
          <w:strike w:val="0"/>
          <w:sz w:val="22"/>
          <w:u w:val="single"/>
        </w:rPr>
        <w:t>always</w:t>
      </w:r>
      <w:r>
        <w:rPr>
          <w:b w:val="0"/>
          <w:i w:val="0"/>
          <w:smallCaps w:val="0"/>
          <w:strike w:val="0"/>
          <w:sz w:val="22"/>
          <w:u w:val="single"/>
        </w:rPr>
        <w:t xml:space="preserve"> and </w:t>
      </w:r>
      <w:r>
        <w:rPr>
          <w:b/>
          <w:i w:val="0"/>
          <w:smallCaps w:val="0"/>
          <w:strike w:val="0"/>
          <w:sz w:val="22"/>
          <w:u w:val="single"/>
        </w:rPr>
        <w:t>forever</w:t>
      </w:r>
      <w:r>
        <w:rPr>
          <w:b w:val="0"/>
          <w:i w:val="0"/>
          <w:smallCaps w:val="0"/>
          <w:strike w:val="0"/>
          <w:sz w:val="22"/>
          <w:u w:val="single"/>
        </w:rPr>
        <w:t xml:space="preserve"> racist</w:t>
      </w:r>
      <w:r>
        <w:rPr>
          <w:b w:val="0"/>
          <w:i w:val="0"/>
          <w:smallCaps w:val="0"/>
          <w:strike w:val="0"/>
          <w:sz w:val="14"/>
          <w:u w:val="none"/>
        </w:rPr>
        <w:t>. Does this mean that Manchester in 1844, as Engels described it, where all the exploited workers were white, wasn’t capitalist? No, for those workers were producing fabrics from cotton raised and harvested by Black slaves in the American South.</w:t>
      </w:r>
    </w:p>
    <w:p>
      <w:pPr>
        <w:spacing w:after="60"/>
      </w:pPr>
      <w:r>
        <w:rPr>
          <w:b w:val="0"/>
          <w:i w:val="0"/>
          <w:smallCaps w:val="0"/>
          <w:strike w:val="0"/>
          <w:sz w:val="22"/>
          <w:u w:val="single"/>
        </w:rPr>
        <w:t>That’s</w:t>
      </w:r>
      <w:r>
        <w:rPr>
          <w:b w:val="0"/>
          <w:i w:val="0"/>
          <w:smallCaps w:val="0"/>
          <w:strike w:val="0"/>
          <w:sz w:val="14"/>
          <w:u w:val="none"/>
        </w:rPr>
        <w:t xml:space="preserve"> true enough, but I am </w:t>
      </w:r>
      <w:r>
        <w:rPr>
          <w:b/>
          <w:i w:val="0"/>
          <w:smallCaps w:val="0"/>
          <w:strike w:val="0"/>
          <w:sz w:val="22"/>
          <w:u w:val="single"/>
        </w:rPr>
        <w:t>not</w:t>
      </w:r>
      <w:r>
        <w:rPr>
          <w:b w:val="0"/>
          <w:i w:val="0"/>
          <w:smallCaps w:val="0"/>
          <w:strike w:val="0"/>
          <w:sz w:val="14"/>
          <w:u w:val="none"/>
        </w:rPr>
        <w:t xml:space="preserve"> sure it is </w:t>
      </w:r>
      <w:r>
        <w:rPr>
          <w:b/>
          <w:i w:val="0"/>
          <w:smallCaps w:val="0"/>
          <w:strike w:val="0"/>
          <w:sz w:val="22"/>
          <w:u w:val="single"/>
        </w:rPr>
        <w:t>sufficient</w:t>
      </w:r>
      <w:r>
        <w:rPr>
          <w:b w:val="0"/>
          <w:i w:val="0"/>
          <w:smallCaps w:val="0"/>
          <w:strike w:val="0"/>
          <w:sz w:val="22"/>
          <w:u w:val="single"/>
        </w:rPr>
        <w:t xml:space="preserve"> for an argument about </w:t>
      </w:r>
      <w:r>
        <w:rPr>
          <w:b/>
          <w:i w:val="0"/>
          <w:smallCaps w:val="0"/>
          <w:strike w:val="0"/>
          <w:sz w:val="22"/>
          <w:u w:val="single"/>
        </w:rPr>
        <w:t>necessity</w:t>
      </w:r>
      <w:r>
        <w:rPr>
          <w:b w:val="0"/>
          <w:i w:val="0"/>
          <w:smallCaps w:val="0"/>
          <w:strike w:val="0"/>
          <w:sz w:val="14"/>
          <w:u w:val="none"/>
        </w:rPr>
        <w:t xml:space="preserve">. </w:t>
      </w:r>
      <w:r>
        <w:rPr>
          <w:b w:val="0"/>
          <w:i w:val="0"/>
          <w:smallCaps w:val="0"/>
          <w:strike w:val="0"/>
          <w:sz w:val="22"/>
          <w:u w:val="single"/>
        </w:rPr>
        <w:t xml:space="preserve">Consider a </w:t>
      </w:r>
      <w:r>
        <w:rPr>
          <w:b/>
          <w:i w:val="0"/>
          <w:smallCaps w:val="0"/>
          <w:strike w:val="0"/>
          <w:sz w:val="22"/>
          <w:u w:val="single"/>
        </w:rPr>
        <w:t>counterfactual</w:t>
      </w:r>
      <w:r>
        <w:rPr>
          <w:b w:val="0"/>
          <w:i w:val="0"/>
          <w:smallCaps w:val="0"/>
          <w:strike w:val="0"/>
          <w:sz w:val="14"/>
          <w:u w:val="none"/>
        </w:rPr>
        <w:t xml:space="preserve"> possibility: </w:t>
      </w:r>
      <w:r>
        <w:rPr>
          <w:b w:val="0"/>
          <w:i w:val="0"/>
          <w:smallCaps w:val="0"/>
          <w:strike w:val="0"/>
          <w:sz w:val="22"/>
          <w:u w:val="single"/>
        </w:rPr>
        <w:t xml:space="preserve">had </w:t>
      </w:r>
      <w:r>
        <w:rPr>
          <w:b/>
          <w:i w:val="0"/>
          <w:smallCaps w:val="0"/>
          <w:strike w:val="0"/>
          <w:sz w:val="22"/>
          <w:u w:val="single"/>
        </w:rPr>
        <w:t>no Black slaves</w:t>
      </w:r>
      <w:r>
        <w:rPr>
          <w:b w:val="0"/>
          <w:i w:val="0"/>
          <w:smallCaps w:val="0"/>
          <w:strike w:val="0"/>
          <w:sz w:val="22"/>
          <w:u w:val="single"/>
        </w:rPr>
        <w:t xml:space="preserve"> been available</w:t>
      </w:r>
      <w:r>
        <w:rPr>
          <w:b w:val="0"/>
          <w:i w:val="0"/>
          <w:smallCaps w:val="0"/>
          <w:strike w:val="0"/>
          <w:sz w:val="14"/>
          <w:u w:val="none"/>
        </w:rPr>
        <w:t xml:space="preserve">, </w:t>
      </w:r>
      <w:r>
        <w:rPr>
          <w:b w:val="0"/>
          <w:i w:val="0"/>
          <w:smallCaps w:val="0"/>
          <w:strike w:val="0"/>
          <w:sz w:val="22"/>
          <w:u w:val="single"/>
        </w:rPr>
        <w:t xml:space="preserve">the recruitment of </w:t>
      </w:r>
      <w:r>
        <w:rPr>
          <w:b/>
          <w:i w:val="0"/>
          <w:smallCaps w:val="0"/>
          <w:strike w:val="0"/>
          <w:sz w:val="22"/>
          <w:u w:val="single"/>
        </w:rPr>
        <w:t>Irish workers</w:t>
      </w:r>
      <w:r>
        <w:rPr>
          <w:b w:val="0"/>
          <w:i w:val="0"/>
          <w:smallCaps w:val="0"/>
          <w:strike w:val="0"/>
          <w:sz w:val="22"/>
          <w:u w:val="single"/>
        </w:rPr>
        <w:t xml:space="preserve"> would have started </w:t>
      </w:r>
      <w:r>
        <w:rPr>
          <w:b/>
          <w:i w:val="0"/>
          <w:smallCaps w:val="0"/>
          <w:strike w:val="0"/>
          <w:sz w:val="22"/>
          <w:u w:val="single"/>
        </w:rPr>
        <w:t>much earlier</w:t>
      </w:r>
      <w:r>
        <w:rPr>
          <w:b w:val="0"/>
          <w:i w:val="0"/>
          <w:smallCaps w:val="0"/>
          <w:strike w:val="0"/>
          <w:sz w:val="14"/>
          <w:u w:val="none"/>
        </w:rPr>
        <w:t xml:space="preserve"> than it did. The rise of </w:t>
      </w:r>
      <w:r>
        <w:rPr>
          <w:b w:val="0"/>
          <w:i w:val="0"/>
          <w:smallCaps w:val="0"/>
          <w:strike w:val="0"/>
          <w:sz w:val="22"/>
          <w:u w:val="single"/>
        </w:rPr>
        <w:t xml:space="preserve">capitalism </w:t>
      </w:r>
      <w:r>
        <w:rPr>
          <w:b/>
          <w:i w:val="0"/>
          <w:smallCaps w:val="0"/>
          <w:strike w:val="0"/>
          <w:sz w:val="22"/>
          <w:u w:val="single"/>
        </w:rPr>
        <w:t>would not have been halted</w:t>
      </w:r>
      <w:r>
        <w:rPr>
          <w:b w:val="0"/>
          <w:i w:val="0"/>
          <w:smallCaps w:val="0"/>
          <w:strike w:val="0"/>
          <w:sz w:val="22"/>
          <w:u w:val="single"/>
        </w:rPr>
        <w:t xml:space="preserve"> had the slave trade never begun</w:t>
      </w:r>
      <w:r>
        <w:rPr>
          <w:b w:val="0"/>
          <w:i w:val="0"/>
          <w:smallCaps w:val="0"/>
          <w:strike w:val="0"/>
          <w:sz w:val="14"/>
          <w:u w:val="none"/>
        </w:rPr>
        <w:t>.</w:t>
      </w:r>
    </w:p>
    <w:p>
      <w:pPr>
        <w:spacing w:after="60"/>
      </w:pPr>
      <w:r>
        <w:rPr>
          <w:b w:val="0"/>
          <w:i w:val="0"/>
          <w:smallCaps w:val="0"/>
          <w:strike w:val="0"/>
          <w:sz w:val="14"/>
          <w:u w:val="none"/>
        </w:rPr>
        <w:t xml:space="preserve">But the Manchester/Southern plantation example suggests what we all now know: </w:t>
      </w:r>
      <w:r>
        <w:rPr>
          <w:b w:val="0"/>
          <w:i w:val="0"/>
          <w:smallCaps w:val="0"/>
          <w:strike w:val="0"/>
          <w:sz w:val="22"/>
          <w:highlight w:val="cyan"/>
          <w:u w:val="single"/>
        </w:rPr>
        <w:t>capitalism</w:t>
      </w:r>
      <w:r>
        <w:rPr>
          <w:b w:val="0"/>
          <w:i w:val="0"/>
          <w:smallCaps w:val="0"/>
          <w:strike w:val="0"/>
          <w:sz w:val="14"/>
          <w:u w:val="none"/>
        </w:rPr>
        <w:t xml:space="preserve"> is a global economic system, and it </w:t>
      </w:r>
      <w:r>
        <w:rPr>
          <w:b w:val="0"/>
          <w:i w:val="0"/>
          <w:smallCaps w:val="0"/>
          <w:strike w:val="0"/>
          <w:sz w:val="22"/>
          <w:highlight w:val="cyan"/>
          <w:u w:val="single"/>
        </w:rPr>
        <w:t>depends on the exploitation of people</w:t>
      </w:r>
      <w:r>
        <w:rPr>
          <w:b w:val="0"/>
          <w:i w:val="0"/>
          <w:smallCaps w:val="0"/>
          <w:strike w:val="0"/>
          <w:sz w:val="22"/>
          <w:u w:val="single"/>
        </w:rPr>
        <w:t xml:space="preserve"> of color around the world</w:t>
      </w:r>
      <w:r>
        <w:rPr>
          <w:b w:val="0"/>
          <w:i w:val="0"/>
          <w:smallCaps w:val="0"/>
          <w:strike w:val="0"/>
          <w:sz w:val="14"/>
          <w:u w:val="none"/>
        </w:rPr>
        <w:t xml:space="preserve">. Here, however, </w:t>
      </w:r>
      <w:r>
        <w:rPr>
          <w:b w:val="0"/>
          <w:i w:val="0"/>
          <w:smallCaps w:val="0"/>
          <w:strike w:val="0"/>
          <w:sz w:val="22"/>
          <w:u w:val="single"/>
        </w:rPr>
        <w:t xml:space="preserve">it seems </w:t>
      </w:r>
      <w:r>
        <w:rPr>
          <w:b/>
          <w:i w:val="0"/>
          <w:smallCaps w:val="0"/>
          <w:strike w:val="0"/>
          <w:sz w:val="22"/>
          <w:u w:val="single"/>
        </w:rPr>
        <w:t>clear</w:t>
      </w:r>
      <w:r>
        <w:rPr>
          <w:b w:val="0"/>
          <w:i w:val="0"/>
          <w:smallCaps w:val="0"/>
          <w:strike w:val="0"/>
          <w:sz w:val="22"/>
          <w:u w:val="single"/>
        </w:rPr>
        <w:t xml:space="preserve"> that </w:t>
      </w:r>
      <w:r>
        <w:rPr>
          <w:b w:val="0"/>
          <w:i w:val="0"/>
          <w:smallCaps w:val="0"/>
          <w:strike w:val="0"/>
          <w:sz w:val="22"/>
          <w:highlight w:val="cyan"/>
          <w:u w:val="single"/>
        </w:rPr>
        <w:t xml:space="preserve">the </w:t>
      </w:r>
      <w:r>
        <w:rPr>
          <w:b/>
          <w:i w:val="0"/>
          <w:smallCaps w:val="0"/>
          <w:strike w:val="0"/>
          <w:sz w:val="22"/>
          <w:highlight w:val="cyan"/>
          <w:u w:val="single"/>
        </w:rPr>
        <w:t>key issue</w:t>
      </w:r>
      <w:r>
        <w:rPr>
          <w:b w:val="0"/>
          <w:i w:val="0"/>
          <w:smallCaps w:val="0"/>
          <w:strike w:val="0"/>
          <w:sz w:val="22"/>
          <w:highlight w:val="cyan"/>
          <w:u w:val="single"/>
        </w:rPr>
        <w:t xml:space="preserve"> is </w:t>
      </w:r>
      <w:r>
        <w:rPr>
          <w:b/>
          <w:i w:val="0"/>
          <w:smallCaps w:val="0"/>
          <w:strike w:val="0"/>
          <w:sz w:val="22"/>
          <w:highlight w:val="cyan"/>
          <w:u w:val="single"/>
        </w:rPr>
        <w:t>exploitation</w:t>
      </w:r>
      <w:r>
        <w:rPr>
          <w:b w:val="0"/>
          <w:i w:val="0"/>
          <w:smallCaps w:val="0"/>
          <w:strike w:val="0"/>
          <w:sz w:val="14"/>
          <w:highlight w:val="cyan"/>
          <w:u w:val="none"/>
        </w:rPr>
        <w:t xml:space="preserve">, </w:t>
      </w:r>
      <w:r>
        <w:rPr>
          <w:b/>
          <w:i w:val="0"/>
          <w:smallCaps w:val="0"/>
          <w:strike w:val="0"/>
          <w:sz w:val="22"/>
          <w:highlight w:val="cyan"/>
          <w:u w:val="single"/>
        </w:rPr>
        <w:t>not racism</w:t>
      </w:r>
      <w:r>
        <w:rPr>
          <w:b w:val="0"/>
          <w:i w:val="0"/>
          <w:smallCaps w:val="0"/>
          <w:strike w:val="0"/>
          <w:sz w:val="14"/>
          <w:highlight w:val="cyan"/>
          <w:u w:val="none"/>
        </w:rPr>
        <w:t>.</w:t>
      </w:r>
      <w:r>
        <w:rPr>
          <w:b w:val="0"/>
          <w:i w:val="0"/>
          <w:smallCaps w:val="0"/>
          <w:strike w:val="0"/>
          <w:sz w:val="14"/>
          <w:u w:val="none"/>
        </w:rPr>
        <w:t xml:space="preserve"> Given global demography, </w:t>
      </w:r>
      <w:r>
        <w:rPr>
          <w:b w:val="0"/>
          <w:i w:val="0"/>
          <w:smallCaps w:val="0"/>
          <w:strike w:val="0"/>
          <w:sz w:val="22"/>
          <w:u w:val="single"/>
        </w:rPr>
        <w:t xml:space="preserve">the </w:t>
      </w:r>
      <w:r>
        <w:rPr>
          <w:b/>
          <w:i w:val="0"/>
          <w:smallCaps w:val="0"/>
          <w:strike w:val="0"/>
          <w:sz w:val="22"/>
          <w:u w:val="single"/>
        </w:rPr>
        <w:t>majority</w:t>
      </w:r>
      <w:r>
        <w:rPr>
          <w:b w:val="0"/>
          <w:i w:val="0"/>
          <w:smallCaps w:val="0"/>
          <w:strike w:val="0"/>
          <w:sz w:val="22"/>
          <w:u w:val="single"/>
        </w:rPr>
        <w:t xml:space="preserve"> of workers in </w:t>
      </w:r>
      <w:r>
        <w:rPr>
          <w:b/>
          <w:i w:val="0"/>
          <w:smallCaps w:val="0"/>
          <w:strike w:val="0"/>
          <w:sz w:val="22"/>
          <w:u w:val="single"/>
        </w:rPr>
        <w:t>any</w:t>
      </w:r>
      <w:r>
        <w:rPr>
          <w:b w:val="0"/>
          <w:i w:val="0"/>
          <w:smallCaps w:val="0"/>
          <w:strike w:val="0"/>
          <w:sz w:val="22"/>
          <w:u w:val="single"/>
        </w:rPr>
        <w:t xml:space="preserve"> global economy will be </w:t>
      </w:r>
      <w:r>
        <w:rPr>
          <w:b/>
          <w:i w:val="0"/>
          <w:smallCaps w:val="0"/>
          <w:strike w:val="0"/>
          <w:sz w:val="22"/>
          <w:u w:val="single"/>
        </w:rPr>
        <w:t>people of color</w:t>
      </w:r>
      <w:r>
        <w:rPr>
          <w:b w:val="0"/>
          <w:i w:val="0"/>
          <w:smallCaps w:val="0"/>
          <w:strike w:val="0"/>
          <w:sz w:val="14"/>
          <w:u w:val="none"/>
        </w:rPr>
        <w:t xml:space="preserve">. Even in a democratically or social democratically regulated global system, the majority of workers and the majority of managers—the underclass and the overclass—will be non-white. Indeed, it would be </w:t>
      </w:r>
      <w:r>
        <w:rPr>
          <w:b w:val="0"/>
          <w:i w:val="0"/>
          <w:smallCaps w:val="0"/>
          <w:strike w:val="0"/>
          <w:sz w:val="22"/>
          <w:u w:val="single"/>
        </w:rPr>
        <w:t xml:space="preserve">the </w:t>
      </w:r>
      <w:r>
        <w:rPr>
          <w:b/>
          <w:i w:val="0"/>
          <w:smallCaps w:val="0"/>
          <w:strike w:val="0"/>
          <w:sz w:val="22"/>
          <w:u w:val="single"/>
        </w:rPr>
        <w:t>refusal</w:t>
      </w:r>
      <w:r>
        <w:rPr>
          <w:b w:val="0"/>
          <w:i w:val="0"/>
          <w:smallCaps w:val="0"/>
          <w:strike w:val="0"/>
          <w:sz w:val="22"/>
          <w:u w:val="single"/>
        </w:rPr>
        <w:t xml:space="preserve"> of any transnational corporation to hire people of color</w:t>
      </w:r>
      <w:r>
        <w:rPr>
          <w:b w:val="0"/>
          <w:i w:val="0"/>
          <w:smallCaps w:val="0"/>
          <w:strike w:val="0"/>
          <w:sz w:val="14"/>
          <w:u w:val="none"/>
        </w:rPr>
        <w:t xml:space="preserve"> that </w:t>
      </w:r>
      <w:r>
        <w:rPr>
          <w:b w:val="0"/>
          <w:i w:val="0"/>
          <w:smallCaps w:val="0"/>
          <w:strike w:val="0"/>
          <w:sz w:val="22"/>
          <w:u w:val="single"/>
        </w:rPr>
        <w:t>would</w:t>
      </w:r>
      <w:r>
        <w:rPr>
          <w:b w:val="0"/>
          <w:i w:val="0"/>
          <w:smallCaps w:val="0"/>
          <w:strike w:val="0"/>
          <w:sz w:val="14"/>
          <w:u w:val="none"/>
        </w:rPr>
        <w:t xml:space="preserve"> rightly </w:t>
      </w:r>
      <w:r>
        <w:rPr>
          <w:b w:val="0"/>
          <w:i w:val="0"/>
          <w:smallCaps w:val="0"/>
          <w:strike w:val="0"/>
          <w:sz w:val="22"/>
          <w:u w:val="single"/>
        </w:rPr>
        <w:t>be</w:t>
      </w:r>
      <w:r>
        <w:rPr>
          <w:b w:val="0"/>
          <w:i w:val="0"/>
          <w:smallCaps w:val="0"/>
          <w:strike w:val="0"/>
          <w:sz w:val="14"/>
          <w:u w:val="none"/>
        </w:rPr>
        <w:t xml:space="preserve"> called </w:t>
      </w:r>
      <w:r>
        <w:rPr>
          <w:b/>
          <w:i w:val="0"/>
          <w:smallCaps w:val="0"/>
          <w:strike w:val="0"/>
          <w:sz w:val="22"/>
          <w:u w:val="single"/>
        </w:rPr>
        <w:t>racist</w:t>
      </w:r>
      <w:r>
        <w:rPr>
          <w:b w:val="0"/>
          <w:i w:val="0"/>
          <w:smallCaps w:val="0"/>
          <w:strike w:val="0"/>
          <w:sz w:val="14"/>
          <w:u w:val="none"/>
        </w:rPr>
        <w:t>. (In the Pennsylvania town where I grew up, the local steel company did not hire, and therefore did not exploit, Jews or Black people. I suppose that this is also an example of racial capitalism.)</w:t>
      </w:r>
    </w:p>
    <w:p>
      <w:pPr>
        <w:spacing w:after="60"/>
      </w:pPr>
      <w:r>
        <w:rPr>
          <w:b w:val="0"/>
          <w:i w:val="0"/>
          <w:smallCaps w:val="0"/>
          <w:strike w:val="0"/>
          <w:sz w:val="14"/>
          <w:u w:val="none"/>
        </w:rPr>
        <w:t xml:space="preserve">All </w:t>
      </w:r>
      <w:r>
        <w:rPr>
          <w:b w:val="0"/>
          <w:i w:val="0"/>
          <w:smallCaps w:val="0"/>
          <w:strike w:val="0"/>
          <w:sz w:val="22"/>
          <w:u w:val="single"/>
        </w:rPr>
        <w:t xml:space="preserve">this suggests that capitalism and racism have to be analyzed </w:t>
      </w:r>
      <w:r>
        <w:rPr>
          <w:b/>
          <w:i w:val="0"/>
          <w:smallCaps w:val="0"/>
          <w:strike w:val="0"/>
          <w:sz w:val="22"/>
          <w:u w:val="single"/>
        </w:rPr>
        <w:t>separately</w:t>
      </w:r>
      <w:r>
        <w:rPr>
          <w:b w:val="0"/>
          <w:i w:val="0"/>
          <w:smallCaps w:val="0"/>
          <w:strike w:val="0"/>
          <w:sz w:val="14"/>
          <w:u w:val="none"/>
        </w:rPr>
        <w:t xml:space="preserve">. </w:t>
      </w:r>
      <w:r>
        <w:rPr>
          <w:b w:val="0"/>
          <w:i w:val="0"/>
          <w:smallCaps w:val="0"/>
          <w:strike w:val="0"/>
          <w:sz w:val="22"/>
          <w:u w:val="single"/>
        </w:rPr>
        <w:t xml:space="preserve">They overlap </w:t>
      </w:r>
      <w:r>
        <w:rPr>
          <w:b/>
          <w:i w:val="0"/>
          <w:smallCaps w:val="0"/>
          <w:strike w:val="0"/>
          <w:sz w:val="22"/>
          <w:u w:val="single"/>
        </w:rPr>
        <w:t>sometimes</w:t>
      </w:r>
      <w:r>
        <w:rPr>
          <w:b w:val="0"/>
          <w:i w:val="0"/>
          <w:smallCaps w:val="0"/>
          <w:strike w:val="0"/>
          <w:sz w:val="14"/>
          <w:u w:val="none"/>
        </w:rPr>
        <w:t xml:space="preserve">, as they do today in the United States. </w:t>
      </w:r>
      <w:r>
        <w:rPr>
          <w:b w:val="0"/>
          <w:i w:val="0"/>
          <w:smallCaps w:val="0"/>
          <w:strike w:val="0"/>
          <w:sz w:val="22"/>
          <w:u w:val="single"/>
        </w:rPr>
        <w:t xml:space="preserve">But the overlap is </w:t>
      </w:r>
      <w:r>
        <w:rPr>
          <w:b/>
          <w:i w:val="0"/>
          <w:smallCaps w:val="0"/>
          <w:strike w:val="0"/>
          <w:sz w:val="22"/>
          <w:u w:val="single"/>
        </w:rPr>
        <w:t>circumstantial</w:t>
      </w:r>
      <w:r>
        <w:rPr>
          <w:b w:val="0"/>
          <w:i w:val="0"/>
          <w:smallCaps w:val="0"/>
          <w:strike w:val="0"/>
          <w:sz w:val="14"/>
          <w:u w:val="none"/>
        </w:rPr>
        <w:t xml:space="preserve">, </w:t>
      </w:r>
      <w:r>
        <w:rPr>
          <w:b/>
          <w:i w:val="0"/>
          <w:smallCaps w:val="0"/>
          <w:strike w:val="0"/>
          <w:sz w:val="22"/>
          <w:u w:val="single"/>
        </w:rPr>
        <w:t>not necessary</w:t>
      </w:r>
      <w:r>
        <w:rPr>
          <w:b w:val="0"/>
          <w:i w:val="0"/>
          <w:smallCaps w:val="0"/>
          <w:strike w:val="0"/>
          <w:sz w:val="14"/>
          <w:u w:val="none"/>
        </w:rPr>
        <w:t xml:space="preserve">. </w:t>
      </w:r>
      <w:r>
        <w:rPr>
          <w:b w:val="0"/>
          <w:i w:val="0"/>
          <w:smallCaps w:val="0"/>
          <w:strike w:val="0"/>
          <w:sz w:val="22"/>
          <w:u w:val="single"/>
        </w:rPr>
        <w:t xml:space="preserve">The two phenomena are </w:t>
      </w:r>
      <w:r>
        <w:rPr>
          <w:b/>
          <w:i w:val="0"/>
          <w:smallCaps w:val="0"/>
          <w:strike w:val="0"/>
          <w:sz w:val="22"/>
          <w:u w:val="single"/>
        </w:rPr>
        <w:t>distinct</w:t>
      </w:r>
      <w:r>
        <w:rPr>
          <w:b w:val="0"/>
          <w:i w:val="0"/>
          <w:smallCaps w:val="0"/>
          <w:strike w:val="0"/>
          <w:sz w:val="14"/>
          <w:u w:val="none"/>
        </w:rPr>
        <w:t xml:space="preserve">. They don’t rise and fall together. </w:t>
      </w:r>
      <w:r>
        <w:rPr>
          <w:b w:val="0"/>
          <w:i w:val="0"/>
          <w:smallCaps w:val="0"/>
          <w:strike w:val="0"/>
          <w:sz w:val="22"/>
          <w:highlight w:val="cyan"/>
          <w:u w:val="single"/>
        </w:rPr>
        <w:t>Each one</w:t>
      </w:r>
      <w:r>
        <w:rPr>
          <w:b w:val="0"/>
          <w:i w:val="0"/>
          <w:smallCaps w:val="0"/>
          <w:strike w:val="0"/>
          <w:sz w:val="14"/>
          <w:highlight w:val="cyan"/>
          <w:u w:val="none"/>
        </w:rPr>
        <w:t xml:space="preserve">, </w:t>
      </w:r>
      <w:r>
        <w:rPr>
          <w:b w:val="0"/>
          <w:i w:val="0"/>
          <w:smallCaps w:val="0"/>
          <w:strike w:val="0"/>
          <w:sz w:val="22"/>
          <w:highlight w:val="cyan"/>
          <w:u w:val="single"/>
        </w:rPr>
        <w:t xml:space="preserve">for </w:t>
      </w:r>
      <w:r>
        <w:rPr>
          <w:b/>
          <w:i w:val="0"/>
          <w:smallCaps w:val="0"/>
          <w:strike w:val="0"/>
          <w:sz w:val="22"/>
          <w:highlight w:val="cyan"/>
          <w:u w:val="single"/>
        </w:rPr>
        <w:t>different reasons</w:t>
      </w:r>
      <w:r>
        <w:rPr>
          <w:b w:val="0"/>
          <w:i w:val="0"/>
          <w:smallCaps w:val="0"/>
          <w:strike w:val="0"/>
          <w:sz w:val="14"/>
          <w:highlight w:val="cyan"/>
          <w:u w:val="none"/>
        </w:rPr>
        <w:t xml:space="preserve">, </w:t>
      </w:r>
      <w:r>
        <w:rPr>
          <w:b w:val="0"/>
          <w:i w:val="0"/>
          <w:smallCaps w:val="0"/>
          <w:strike w:val="0"/>
          <w:sz w:val="22"/>
          <w:highlight w:val="cyan"/>
          <w:u w:val="single"/>
        </w:rPr>
        <w:t xml:space="preserve">requires </w:t>
      </w:r>
      <w:r>
        <w:rPr>
          <w:b/>
          <w:i w:val="0"/>
          <w:smallCaps w:val="0"/>
          <w:strike w:val="0"/>
          <w:sz w:val="22"/>
          <w:highlight w:val="cyan"/>
          <w:u w:val="single"/>
        </w:rPr>
        <w:t>severe criticism</w:t>
      </w:r>
      <w:r>
        <w:rPr>
          <w:b w:val="0"/>
          <w:i w:val="0"/>
          <w:smallCaps w:val="0"/>
          <w:strike w:val="0"/>
          <w:sz w:val="22"/>
          <w:highlight w:val="cyan"/>
          <w:u w:val="single"/>
        </w:rPr>
        <w:t xml:space="preserve"> and </w:t>
      </w:r>
      <w:r>
        <w:rPr>
          <w:b/>
          <w:i w:val="0"/>
          <w:smallCaps w:val="0"/>
          <w:strike w:val="0"/>
          <w:sz w:val="22"/>
          <w:highlight w:val="cyan"/>
          <w:u w:val="single"/>
        </w:rPr>
        <w:t>sustained opposition</w:t>
      </w:r>
      <w:r>
        <w:rPr>
          <w:b w:val="0"/>
          <w:i w:val="0"/>
          <w:smallCaps w:val="0"/>
          <w:strike w:val="0"/>
          <w:sz w:val="14"/>
          <w:u w:val="none"/>
        </w:rPr>
        <w:t xml:space="preserve">. Many years ago, </w:t>
      </w:r>
      <w:r>
        <w:rPr>
          <w:b w:val="0"/>
          <w:i w:val="0"/>
          <w:smallCaps w:val="0"/>
          <w:strike w:val="0"/>
          <w:sz w:val="14"/>
          <w:u w:val="none"/>
        </w:rPr>
        <w:t xml:space="preserve">socialist writers </w:t>
      </w:r>
      <w:r>
        <w:rPr>
          <w:b w:val="0"/>
          <w:i w:val="0"/>
          <w:smallCaps w:val="0"/>
          <w:strike w:val="0"/>
          <w:sz w:val="14"/>
          <w:u w:val="none"/>
        </w:rPr>
        <w:t xml:space="preserve">argued that the triumph of the working class would liberate women, Jews, Black people, and </w:t>
      </w:r>
      <w:r>
        <w:rPr>
          <w:b w:val="0"/>
          <w:i w:val="0"/>
          <w:smallCaps w:val="0"/>
          <w:strike w:val="0"/>
          <w:sz w:val="14"/>
          <w:u w:val="none"/>
        </w:rPr>
        <w:t>everyone</w:t>
      </w:r>
      <w:r>
        <w:rPr>
          <w:b w:val="0"/>
          <w:i w:val="0"/>
          <w:smallCaps w:val="0"/>
          <w:strike w:val="0"/>
          <w:sz w:val="14"/>
          <w:u w:val="none"/>
        </w:rPr>
        <w:t xml:space="preserve"> else. Separate political struggles against sexism, anti-Semitism, or racism were unnecessary—indeed they were a distraction from the all-important class war. Today </w:t>
      </w:r>
      <w:r>
        <w:rPr>
          <w:b w:val="0"/>
          <w:i w:val="0"/>
          <w:smallCaps w:val="0"/>
          <w:strike w:val="0"/>
          <w:sz w:val="14"/>
          <w:u w:val="none"/>
        </w:rPr>
        <w:t>some people on the left seem to believe that the end of racism will bring with it the downfall of capitalism. Both these theories are wrong.</w:t>
      </w:r>
    </w:p>
    <w:p>
      <w:pPr>
        <w:spacing w:after="60"/>
      </w:pPr>
      <w:r>
        <w:rPr>
          <w:b w:val="0"/>
          <w:i w:val="0"/>
          <w:smallCaps w:val="0"/>
          <w:strike w:val="0"/>
          <w:sz w:val="22"/>
          <w:highlight w:val="cyan"/>
          <w:u w:val="single"/>
        </w:rPr>
        <w:t xml:space="preserve">Overthrowing racism will </w:t>
      </w:r>
      <w:r>
        <w:rPr>
          <w:b/>
          <w:i w:val="0"/>
          <w:smallCaps w:val="0"/>
          <w:strike w:val="0"/>
          <w:sz w:val="22"/>
          <w:highlight w:val="cyan"/>
          <w:u w:val="single"/>
        </w:rPr>
        <w:t>still leave us with capitalism</w:t>
      </w:r>
      <w:r>
        <w:rPr>
          <w:b w:val="0"/>
          <w:i w:val="0"/>
          <w:smallCaps w:val="0"/>
          <w:strike w:val="0"/>
          <w:sz w:val="14"/>
          <w:highlight w:val="cyan"/>
          <w:u w:val="none"/>
        </w:rPr>
        <w:t xml:space="preserve">; </w:t>
      </w:r>
      <w:r>
        <w:rPr>
          <w:b w:val="0"/>
          <w:i w:val="0"/>
          <w:smallCaps w:val="0"/>
          <w:strike w:val="0"/>
          <w:sz w:val="22"/>
          <w:highlight w:val="cyan"/>
          <w:u w:val="single"/>
        </w:rPr>
        <w:t xml:space="preserve">overthrowing capitalism will </w:t>
      </w:r>
      <w:r>
        <w:rPr>
          <w:b/>
          <w:i w:val="0"/>
          <w:smallCaps w:val="0"/>
          <w:strike w:val="0"/>
          <w:sz w:val="22"/>
          <w:highlight w:val="cyan"/>
          <w:u w:val="single"/>
        </w:rPr>
        <w:t>still leave us with racism</w:t>
      </w:r>
      <w:r>
        <w:rPr>
          <w:b w:val="0"/>
          <w:i w:val="0"/>
          <w:smallCaps w:val="0"/>
          <w:strike w:val="0"/>
          <w:sz w:val="14"/>
          <w:highlight w:val="cyan"/>
          <w:u w:val="none"/>
        </w:rPr>
        <w:t xml:space="preserve">. </w:t>
      </w:r>
      <w:r>
        <w:rPr>
          <w:b w:val="0"/>
          <w:i w:val="0"/>
          <w:smallCaps w:val="0"/>
          <w:strike w:val="0"/>
          <w:sz w:val="22"/>
          <w:highlight w:val="cyan"/>
          <w:u w:val="single"/>
        </w:rPr>
        <w:t xml:space="preserve">Putting the adjective and noun together gives us a </w:t>
      </w:r>
      <w:r>
        <w:rPr>
          <w:b/>
          <w:i w:val="0"/>
          <w:smallCaps w:val="0"/>
          <w:strike w:val="0"/>
          <w:sz w:val="22"/>
          <w:highlight w:val="cyan"/>
          <w:u w:val="single"/>
        </w:rPr>
        <w:t>false sense</w:t>
      </w:r>
      <w:r>
        <w:rPr>
          <w:b w:val="0"/>
          <w:i w:val="0"/>
          <w:smallCaps w:val="0"/>
          <w:strike w:val="0"/>
          <w:sz w:val="22"/>
          <w:highlight w:val="cyan"/>
          <w:u w:val="single"/>
        </w:rPr>
        <w:t xml:space="preserve"> of the relationship between the two phenomena</w:t>
      </w:r>
      <w:r>
        <w:rPr>
          <w:b w:val="0"/>
          <w:i w:val="0"/>
          <w:smallCaps w:val="0"/>
          <w:strike w:val="0"/>
          <w:sz w:val="14"/>
          <w:highlight w:val="cyan"/>
          <w:u w:val="none"/>
        </w:rPr>
        <w:t>.</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