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destroys iterative testing opportunities – skills of </w:t>
      </w:r>
      <w:r>
        <w:rPr>
          <w:b/>
          <w:i w:val="0"/>
          <w:smallCaps w:val="0"/>
          <w:strike w:val="0"/>
          <w:sz w:val="26"/>
          <w:u w:val="single"/>
        </w:rPr>
        <w:t>persuasive organizing</w:t>
      </w:r>
      <w:r>
        <w:rPr>
          <w:b/>
          <w:i w:val="0"/>
          <w:smallCaps w:val="0"/>
          <w:strike w:val="0"/>
          <w:sz w:val="26"/>
          <w:u w:val="none"/>
        </w:rPr>
        <w:t xml:space="preserve"> and </w:t>
      </w:r>
      <w:r>
        <w:rPr>
          <w:b/>
          <w:i w:val="0"/>
          <w:smallCaps w:val="0"/>
          <w:strike w:val="0"/>
          <w:sz w:val="26"/>
          <w:u w:val="single"/>
        </w:rPr>
        <w:t>relationality</w:t>
      </w:r>
      <w:r>
        <w:rPr>
          <w:b/>
          <w:i w:val="0"/>
          <w:smallCaps w:val="0"/>
          <w:strike w:val="0"/>
          <w:sz w:val="26"/>
          <w:u w:val="none"/>
        </w:rPr>
        <w:t xml:space="preserve"> through </w:t>
      </w:r>
      <w:r>
        <w:rPr>
          <w:b/>
          <w:i w:val="0"/>
          <w:smallCaps w:val="0"/>
          <w:strike w:val="0"/>
          <w:sz w:val="26"/>
          <w:u w:val="single"/>
        </w:rPr>
        <w:t>face-to-face dialogue</w:t>
      </w:r>
      <w:r>
        <w:rPr>
          <w:b/>
          <w:i w:val="0"/>
          <w:smallCaps w:val="0"/>
          <w:strike w:val="0"/>
          <w:sz w:val="26"/>
          <w:u w:val="none"/>
        </w:rPr>
        <w:t xml:space="preserve"> over </w:t>
      </w:r>
      <w:r>
        <w:rPr>
          <w:b/>
          <w:i w:val="0"/>
          <w:smallCaps w:val="0"/>
          <w:strike w:val="0"/>
          <w:sz w:val="26"/>
          <w:u w:val="single"/>
        </w:rPr>
        <w:t>what is at stake</w:t>
      </w:r>
      <w:r>
        <w:rPr>
          <w:b/>
          <w:i w:val="0"/>
          <w:smallCaps w:val="0"/>
          <w:strike w:val="0"/>
          <w:sz w:val="26"/>
          <w:u w:val="none"/>
        </w:rPr>
        <w:t xml:space="preserve"> and </w:t>
      </w:r>
      <w:r>
        <w:rPr>
          <w:b/>
          <w:i w:val="0"/>
          <w:smallCaps w:val="0"/>
          <w:strike w:val="0"/>
          <w:sz w:val="26"/>
          <w:u w:val="single"/>
        </w:rPr>
        <w:t>how to solve it</w:t>
      </w:r>
      <w:r>
        <w:rPr>
          <w:b/>
          <w:i w:val="0"/>
          <w:smallCaps w:val="0"/>
          <w:strike w:val="0"/>
          <w:sz w:val="26"/>
          <w:u w:val="none"/>
        </w:rPr>
        <w:t xml:space="preserve">—this is the </w:t>
      </w:r>
      <w:r>
        <w:rPr>
          <w:b/>
          <w:i w:val="0"/>
          <w:smallCaps w:val="0"/>
          <w:strike w:val="0"/>
          <w:sz w:val="26"/>
          <w:u w:val="single"/>
        </w:rPr>
        <w:t>foundation</w:t>
      </w:r>
      <w:r>
        <w:rPr>
          <w:b/>
          <w:i w:val="0"/>
          <w:smallCaps w:val="0"/>
          <w:strike w:val="0"/>
          <w:sz w:val="26"/>
          <w:u w:val="none"/>
        </w:rPr>
        <w:t xml:space="preserve"> of successful movement organizing, which </w:t>
      </w:r>
      <w:r>
        <w:rPr>
          <w:b/>
          <w:i w:val="0"/>
          <w:smallCaps w:val="0"/>
          <w:strike w:val="0"/>
          <w:sz w:val="26"/>
          <w:u w:val="single"/>
        </w:rPr>
        <w:t>outweighs</w:t>
      </w:r>
      <w:r>
        <w:rPr>
          <w:b/>
          <w:i w:val="0"/>
          <w:smallCaps w:val="0"/>
          <w:strike w:val="0"/>
          <w:sz w:val="26"/>
          <w:u w:val="none"/>
        </w:rPr>
        <w:t xml:space="preserve"> and </w:t>
      </w:r>
      <w:r>
        <w:rPr>
          <w:b/>
          <w:i w:val="0"/>
          <w:smallCaps w:val="0"/>
          <w:strike w:val="0"/>
          <w:sz w:val="26"/>
          <w:u w:val="single"/>
        </w:rPr>
        <w:t>turns</w:t>
      </w:r>
      <w:r>
        <w:rPr>
          <w:b/>
          <w:i w:val="0"/>
          <w:smallCaps w:val="0"/>
          <w:strike w:val="0"/>
          <w:sz w:val="26"/>
          <w:u w:val="none"/>
        </w:rPr>
        <w:t xml:space="preserve"> the AFF.</w:t>
      </w:r>
    </w:p>
    <w:p>
      <w:pPr>
        <w:spacing w:after="80"/>
      </w:pPr>
      <w:r>
        <w:rPr>
          <w:b/>
          <w:i w:val="0"/>
          <w:smallCaps w:val="0"/>
          <w:strike w:val="0"/>
          <w:sz w:val="26"/>
          <w:u w:val="none"/>
        </w:rPr>
        <w:t>Battistoni, 19</w:t>
      </w:r>
      <w:r>
        <w:rPr>
          <w:b w:val="0"/>
          <w:i w:val="0"/>
          <w:smallCaps w:val="0"/>
          <w:strike w:val="0"/>
          <w:u w:val="none"/>
        </w:rPr>
        <w:t xml:space="preserve">—editor at Jacobin, Department of Political Science, Yale University (Alyssa, “Spadework: On political organizing,” </w:t>
      </w:r>
      <w:r>
        <w:rPr>
          <w:b w:val="0"/>
          <w:i w:val="0"/>
          <w:smallCaps w:val="0"/>
          <w:strike w:val="0"/>
          <w:u w:val="none"/>
        </w:rPr>
        <w:t>, dml)</w:t>
      </w:r>
    </w:p>
    <w:p>
      <w:pPr>
        <w:spacing w:after="60"/>
      </w:pPr>
      <w:r>
        <w:rPr>
          <w:b w:val="0"/>
          <w:i w:val="0"/>
          <w:smallCaps w:val="0"/>
          <w:strike w:val="0"/>
          <w:sz w:val="16"/>
          <w:u w:val="none"/>
        </w:rPr>
        <w:t xml:space="preserve">By the time I started organizing so much that it felt like a full-time job, it was the spring of 2016, and I had plenty of company. Around the country there were high-profile efforts to organize magazines, fast-food places, and nursing homes. Erstwhile Occupiers became involved in the Bernie Sanders campaign and joined the exploding Democratic Socialists of America, whose members receive shabby business cards proclaiming them an “official socialist organizer.” </w:t>
      </w:r>
      <w:r>
        <w:rPr>
          <w:b w:val="0"/>
          <w:i w:val="0"/>
          <w:smallCaps w:val="0"/>
          <w:strike w:val="0"/>
          <w:sz w:val="22"/>
          <w:u w:val="single"/>
        </w:rPr>
        <w:t xml:space="preserve">Today’s </w:t>
      </w:r>
      <w:r>
        <w:rPr>
          <w:b/>
          <w:i w:val="0"/>
          <w:smallCaps w:val="0"/>
          <w:strike w:val="0"/>
          <w:sz w:val="22"/>
          <w:highlight w:val="cyan"/>
          <w:u w:val="single"/>
        </w:rPr>
        <w:t>organizers</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i w:val="0"/>
          <w:smallCaps w:val="0"/>
          <w:strike w:val="0"/>
          <w:sz w:val="22"/>
          <w:u w:val="single"/>
        </w:rPr>
        <w:t>not activists</w:t>
      </w:r>
      <w:r>
        <w:rPr>
          <w:b w:val="0"/>
          <w:i w:val="0"/>
          <w:smallCaps w:val="0"/>
          <w:strike w:val="0"/>
          <w:sz w:val="16"/>
          <w:u w:val="none"/>
        </w:rPr>
        <w:t>, thank you</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make clear that they </w:t>
      </w:r>
      <w:r>
        <w:rPr>
          <w:b w:val="0"/>
          <w:i w:val="0"/>
          <w:smallCaps w:val="0"/>
          <w:strike w:val="0"/>
          <w:sz w:val="22"/>
          <w:u w:val="single"/>
        </w:rPr>
        <w:t xml:space="preserve">are </w:t>
      </w:r>
      <w:r>
        <w:rPr>
          <w:b/>
          <w:i w:val="0"/>
          <w:smallCaps w:val="0"/>
          <w:strike w:val="0"/>
          <w:sz w:val="22"/>
          <w:u w:val="single"/>
        </w:rPr>
        <w:t>not</w:t>
      </w:r>
      <w:r>
        <w:rPr>
          <w:b w:val="0"/>
          <w:i w:val="0"/>
          <w:smallCaps w:val="0"/>
          <w:strike w:val="0"/>
          <w:sz w:val="16"/>
          <w:u w:val="none"/>
        </w:rPr>
        <w:t xml:space="preserve"> black bloc participants </w:t>
      </w:r>
      <w:r>
        <w:rPr>
          <w:b/>
          <w:i w:val="0"/>
          <w:smallCaps w:val="0"/>
          <w:strike w:val="0"/>
          <w:sz w:val="22"/>
          <w:u w:val="single"/>
        </w:rPr>
        <w:t>brawling with police</w:t>
      </w:r>
      <w:r>
        <w:rPr>
          <w:b w:val="0"/>
          <w:i w:val="0"/>
          <w:smallCaps w:val="0"/>
          <w:strike w:val="0"/>
          <w:sz w:val="22"/>
          <w:u w:val="single"/>
        </w:rPr>
        <w:t xml:space="preserve"> or </w:t>
      </w:r>
      <w:r>
        <w:rPr>
          <w:b/>
          <w:i w:val="0"/>
          <w:smallCaps w:val="0"/>
          <w:strike w:val="0"/>
          <w:sz w:val="22"/>
          <w:u w:val="single"/>
        </w:rPr>
        <w:t>hippies plotting a love-in</w:t>
      </w:r>
      <w:r>
        <w:rPr>
          <w:b w:val="0"/>
          <w:i w:val="0"/>
          <w:smallCaps w:val="0"/>
          <w:strike w:val="0"/>
          <w:sz w:val="22"/>
          <w:u w:val="single"/>
        </w:rPr>
        <w:t xml:space="preserve">. They are inspired by a </w:t>
      </w:r>
      <w:r>
        <w:rPr>
          <w:b/>
          <w:i w:val="0"/>
          <w:smallCaps w:val="0"/>
          <w:strike w:val="0"/>
          <w:sz w:val="22"/>
          <w:u w:val="single"/>
        </w:rPr>
        <w:t>tradition of professional revolutionaries</w:t>
      </w:r>
      <w:r>
        <w:rPr>
          <w:b w:val="0"/>
          <w:i w:val="0"/>
          <w:smallCaps w:val="0"/>
          <w:strike w:val="0"/>
          <w:sz w:val="22"/>
          <w:u w:val="single"/>
        </w:rPr>
        <w:t xml:space="preserve">, by Lenin’s exhortation that “unless the masses are </w:t>
      </w:r>
      <w:r>
        <w:rPr>
          <w:b/>
          <w:i w:val="0"/>
          <w:smallCaps w:val="0"/>
          <w:strike w:val="0"/>
          <w:sz w:val="22"/>
          <w:u w:val="single"/>
        </w:rPr>
        <w:t>organized</w:t>
      </w:r>
      <w:r>
        <w:rPr>
          <w:b w:val="0"/>
          <w:i w:val="0"/>
          <w:smallCaps w:val="0"/>
          <w:strike w:val="0"/>
          <w:sz w:val="22"/>
          <w:u w:val="single"/>
        </w:rPr>
        <w:t xml:space="preserve">, the proletariat is </w:t>
      </w:r>
      <w:r>
        <w:rPr>
          <w:b/>
          <w:i w:val="0"/>
          <w:smallCaps w:val="0"/>
          <w:strike w:val="0"/>
          <w:sz w:val="22"/>
          <w:u w:val="single"/>
        </w:rPr>
        <w:t>nothing</w:t>
      </w:r>
      <w:r>
        <w:rPr>
          <w:b w:val="0"/>
          <w:i w:val="0"/>
          <w:smallCaps w:val="0"/>
          <w:strike w:val="0"/>
          <w:sz w:val="22"/>
          <w:u w:val="single"/>
        </w:rPr>
        <w:t>. Organized</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it is </w:t>
      </w:r>
      <w:r>
        <w:rPr>
          <w:b/>
          <w:i w:val="0"/>
          <w:smallCaps w:val="0"/>
          <w:strike w:val="0"/>
          <w:sz w:val="22"/>
          <w:u w:val="single"/>
        </w:rPr>
        <w:t>everything</w:t>
      </w:r>
      <w:r>
        <w:rPr>
          <w:b w:val="0"/>
          <w:i w:val="0"/>
          <w:smallCaps w:val="0"/>
          <w:strike w:val="0"/>
          <w:sz w:val="22"/>
          <w:u w:val="single"/>
        </w:rPr>
        <w:t>.” Organizing</w:t>
      </w:r>
      <w:r>
        <w:rPr>
          <w:b w:val="0"/>
          <w:i w:val="0"/>
          <w:smallCaps w:val="0"/>
          <w:strike w:val="0"/>
          <w:sz w:val="16"/>
          <w:u w:val="none"/>
        </w:rPr>
        <w:t xml:space="preserve">, in other words, </w:t>
      </w:r>
      <w:r>
        <w:rPr>
          <w:b w:val="0"/>
          <w:i w:val="0"/>
          <w:smallCaps w:val="0"/>
          <w:strike w:val="0"/>
          <w:sz w:val="22"/>
          <w:u w:val="single"/>
        </w:rPr>
        <w:t xml:space="preserve">is </w:t>
      </w:r>
      <w:r>
        <w:rPr>
          <w:b/>
          <w:i w:val="0"/>
          <w:smallCaps w:val="0"/>
          <w:strike w:val="0"/>
          <w:sz w:val="22"/>
          <w:u w:val="single"/>
        </w:rPr>
        <w:t>unembarrassed about power</w:t>
      </w:r>
      <w:r>
        <w:rPr>
          <w:b w:val="0"/>
          <w:i w:val="0"/>
          <w:smallCaps w:val="0"/>
          <w:strike w:val="0"/>
          <w:sz w:val="22"/>
          <w:u w:val="single"/>
        </w:rPr>
        <w:t>. It r</w:t>
      </w:r>
      <w:r>
        <w:rPr>
          <w:b w:val="0"/>
          <w:i w:val="0"/>
          <w:smallCaps w:val="0"/>
          <w:strike w:val="0"/>
          <w:sz w:val="22"/>
          <w:highlight w:val="cyan"/>
          <w:u w:val="single"/>
        </w:rPr>
        <w:t>ecognize</w:t>
      </w:r>
      <w:r>
        <w:rPr>
          <w:b w:val="0"/>
          <w:i w:val="0"/>
          <w:smallCaps w:val="0"/>
          <w:strike w:val="0"/>
          <w:sz w:val="22"/>
          <w:u w:val="single"/>
        </w:rPr>
        <w:t xml:space="preserve">s </w:t>
      </w:r>
      <w:r>
        <w:rPr>
          <w:b w:val="0"/>
          <w:i w:val="0"/>
          <w:smallCaps w:val="0"/>
          <w:strike w:val="0"/>
          <w:sz w:val="22"/>
          <w:highlight w:val="cyan"/>
          <w:u w:val="single"/>
        </w:rPr>
        <w:t>that</w:t>
      </w:r>
      <w:r>
        <w:rPr>
          <w:b w:val="0"/>
          <w:i w:val="0"/>
          <w:smallCaps w:val="0"/>
          <w:strike w:val="0"/>
          <w:sz w:val="22"/>
          <w:u w:val="single"/>
        </w:rPr>
        <w:t xml:space="preserve"> to wield it </w:t>
      </w:r>
      <w:r>
        <w:rPr>
          <w:b w:val="0"/>
          <w:i w:val="0"/>
          <w:smallCaps w:val="0"/>
          <w:strike w:val="0"/>
          <w:sz w:val="22"/>
          <w:highlight w:val="cyan"/>
          <w:u w:val="single"/>
        </w:rPr>
        <w:t xml:space="preserve">you need to </w:t>
      </w:r>
      <w:r>
        <w:rPr>
          <w:b/>
          <w:i w:val="0"/>
          <w:smallCaps w:val="0"/>
          <w:strike w:val="0"/>
          <w:sz w:val="22"/>
          <w:highlight w:val="cyan"/>
          <w:u w:val="single"/>
        </w:rPr>
        <w:t>persuade</w:t>
      </w:r>
      <w:r>
        <w:rPr>
          <w:b/>
          <w:i w:val="0"/>
          <w:smallCaps w:val="0"/>
          <w:strike w:val="0"/>
          <w:sz w:val="22"/>
          <w:u w:val="single"/>
        </w:rPr>
        <w:t xml:space="preserve"> untold numbers</w:t>
      </w:r>
      <w:r>
        <w:rPr>
          <w:b w:val="0"/>
          <w:i w:val="0"/>
          <w:smallCaps w:val="0"/>
          <w:strike w:val="0"/>
          <w:sz w:val="22"/>
          <w:u w:val="single"/>
        </w:rPr>
        <w:t xml:space="preserve"> of </w:t>
      </w:r>
      <w:r>
        <w:rPr>
          <w:b w:val="0"/>
          <w:i w:val="0"/>
          <w:smallCaps w:val="0"/>
          <w:strike w:val="0"/>
          <w:sz w:val="22"/>
          <w:highlight w:val="cyan"/>
          <w:u w:val="single"/>
        </w:rPr>
        <w:t xml:space="preserve">people to </w:t>
      </w:r>
      <w:r>
        <w:rPr>
          <w:b/>
          <w:i w:val="0"/>
          <w:smallCaps w:val="0"/>
          <w:strike w:val="0"/>
          <w:sz w:val="22"/>
          <w:highlight w:val="cyan"/>
          <w:u w:val="single"/>
        </w:rPr>
        <w:t>join a cause</w:t>
      </w:r>
      <w:r>
        <w:rPr>
          <w:b w:val="0"/>
          <w:i w:val="0"/>
          <w:smallCaps w:val="0"/>
          <w:strike w:val="0"/>
          <w:sz w:val="22"/>
          <w:u w:val="single"/>
        </w:rPr>
        <w:t xml:space="preserve">, and to </w:t>
      </w:r>
      <w:r>
        <w:rPr>
          <w:b/>
          <w:i w:val="0"/>
          <w:smallCaps w:val="0"/>
          <w:strike w:val="0"/>
          <w:sz w:val="22"/>
          <w:u w:val="single"/>
        </w:rPr>
        <w:t>begin organizing themselves</w:t>
      </w:r>
      <w:r>
        <w:rPr>
          <w:b w:val="0"/>
          <w:i w:val="0"/>
          <w:smallCaps w:val="0"/>
          <w:strike w:val="0"/>
          <w:sz w:val="22"/>
          <w:u w:val="single"/>
        </w:rPr>
        <w:t xml:space="preserve">. Organizing means </w:t>
      </w:r>
      <w:r>
        <w:rPr>
          <w:b/>
          <w:i w:val="0"/>
          <w:smallCaps w:val="0"/>
          <w:strike w:val="0"/>
          <w:sz w:val="22"/>
          <w:u w:val="single"/>
        </w:rPr>
        <w:t>being in it to win</w:t>
      </w:r>
      <w:r>
        <w:rPr>
          <w:b w:val="0"/>
          <w:i w:val="0"/>
          <w:smallCaps w:val="0"/>
          <w:strike w:val="0"/>
          <w:sz w:val="22"/>
          <w:u w:val="single"/>
        </w:rPr>
        <w:t>.</w:t>
      </w:r>
    </w:p>
    <w:p>
      <w:pPr>
        <w:spacing w:after="60"/>
      </w:pPr>
      <w:r>
        <w:rPr>
          <w:b w:val="0"/>
          <w:i w:val="0"/>
          <w:smallCaps w:val="0"/>
          <w:strike w:val="0"/>
          <w:sz w:val="22"/>
          <w:u w:val="single"/>
        </w:rPr>
        <w:t>But how do you win?</w:t>
      </w:r>
      <w:r>
        <w:rPr>
          <w:b w:val="0"/>
          <w:i w:val="0"/>
          <w:smallCaps w:val="0"/>
          <w:strike w:val="0"/>
          <w:sz w:val="16"/>
          <w:u w:val="none"/>
        </w:rPr>
        <w:t xml:space="preserve"> Historical materialism holds that </w:t>
      </w:r>
      <w:r>
        <w:rPr>
          <w:b/>
          <w:i w:val="0"/>
          <w:smallCaps w:val="0"/>
          <w:strike w:val="0"/>
          <w:sz w:val="22"/>
          <w:u w:val="single"/>
        </w:rPr>
        <w:t>crises</w:t>
      </w:r>
      <w:r>
        <w:rPr>
          <w:b w:val="0"/>
          <w:i w:val="0"/>
          <w:smallCaps w:val="0"/>
          <w:strike w:val="0"/>
          <w:sz w:val="16"/>
          <w:u w:val="none"/>
        </w:rPr>
        <w:t xml:space="preserve"> of capitalism </w:t>
      </w:r>
      <w:r>
        <w:rPr>
          <w:b/>
          <w:i w:val="0"/>
          <w:smallCaps w:val="0"/>
          <w:strike w:val="0"/>
          <w:sz w:val="22"/>
          <w:u w:val="single"/>
        </w:rPr>
        <w:t>spark revolts</w:t>
      </w:r>
      <w:r>
        <w:rPr>
          <w:b w:val="0"/>
          <w:i w:val="0"/>
          <w:smallCaps w:val="0"/>
          <w:strike w:val="0"/>
          <w:sz w:val="22"/>
          <w:u w:val="single"/>
        </w:rPr>
        <w:t xml:space="preserve">, perhaps even </w:t>
      </w:r>
      <w:r>
        <w:rPr>
          <w:b/>
          <w:i w:val="0"/>
          <w:smallCaps w:val="0"/>
          <w:strike w:val="0"/>
          <w:sz w:val="22"/>
          <w:u w:val="single"/>
        </w:rPr>
        <w:t>revolutions</w:t>
      </w:r>
      <w:r>
        <w:rPr>
          <w:b w:val="0"/>
          <w:i w:val="0"/>
          <w:smallCaps w:val="0"/>
          <w:strike w:val="0"/>
          <w:sz w:val="22"/>
          <w:u w:val="single"/>
        </w:rPr>
        <w:t xml:space="preserve">, as witnessed in the eruption of </w:t>
      </w:r>
      <w:r>
        <w:rPr>
          <w:b/>
          <w:i w:val="0"/>
          <w:smallCaps w:val="0"/>
          <w:strike w:val="0"/>
          <w:sz w:val="22"/>
          <w:u w:val="single"/>
        </w:rPr>
        <w:t>Occupy</w:t>
      </w:r>
      <w:r>
        <w:rPr>
          <w:b w:val="0"/>
          <w:i w:val="0"/>
          <w:smallCaps w:val="0"/>
          <w:strike w:val="0"/>
          <w:sz w:val="22"/>
          <w:u w:val="single"/>
        </w:rPr>
        <w:t xml:space="preserve"> and </w:t>
      </w:r>
      <w:r>
        <w:rPr>
          <w:b/>
          <w:i w:val="0"/>
          <w:smallCaps w:val="0"/>
          <w:strike w:val="0"/>
          <w:sz w:val="22"/>
          <w:u w:val="single"/>
        </w:rPr>
        <w:t>Black Lives Matter</w:t>
      </w:r>
      <w:r>
        <w:rPr>
          <w:b w:val="0"/>
          <w:i w:val="0"/>
          <w:smallCaps w:val="0"/>
          <w:strike w:val="0"/>
          <w:sz w:val="22"/>
          <w:u w:val="single"/>
        </w:rPr>
        <w:t xml:space="preserve">; uprisings in </w:t>
      </w:r>
      <w:r>
        <w:rPr>
          <w:b/>
          <w:i w:val="0"/>
          <w:smallCaps w:val="0"/>
          <w:strike w:val="0"/>
          <w:sz w:val="22"/>
          <w:u w:val="single"/>
        </w:rPr>
        <w:t>Spain</w:t>
      </w:r>
      <w:r>
        <w:rPr>
          <w:b w:val="0"/>
          <w:i w:val="0"/>
          <w:smallCaps w:val="0"/>
          <w:strike w:val="0"/>
          <w:sz w:val="22"/>
          <w:u w:val="single"/>
        </w:rPr>
        <w:t xml:space="preserve">, </w:t>
      </w:r>
      <w:r>
        <w:rPr>
          <w:b/>
          <w:i w:val="0"/>
          <w:smallCaps w:val="0"/>
          <w:strike w:val="0"/>
          <w:sz w:val="22"/>
          <w:u w:val="single"/>
        </w:rPr>
        <w:t>Greece</w:t>
      </w:r>
      <w:r>
        <w:rPr>
          <w:b w:val="0"/>
          <w:i w:val="0"/>
          <w:smallCaps w:val="0"/>
          <w:strike w:val="0"/>
          <w:sz w:val="22"/>
          <w:u w:val="single"/>
        </w:rPr>
        <w:t xml:space="preserve">, and </w:t>
      </w:r>
      <w:r>
        <w:rPr>
          <w:b/>
          <w:i w:val="0"/>
          <w:smallCaps w:val="0"/>
          <w:strike w:val="0"/>
          <w:sz w:val="22"/>
          <w:u w:val="single"/>
        </w:rPr>
        <w:t>Egypt</w:t>
      </w:r>
      <w:r>
        <w:rPr>
          <w:b w:val="0"/>
          <w:i w:val="0"/>
          <w:smallCaps w:val="0"/>
          <w:strike w:val="0"/>
          <w:sz w:val="22"/>
          <w:u w:val="single"/>
        </w:rPr>
        <w:t xml:space="preserve">; and the </w:t>
      </w:r>
      <w:r>
        <w:rPr>
          <w:b/>
          <w:i w:val="0"/>
          <w:smallCaps w:val="0"/>
          <w:strike w:val="0"/>
          <w:sz w:val="22"/>
          <w:u w:val="single"/>
        </w:rPr>
        <w:t>British student movement</w:t>
      </w:r>
      <w:r>
        <w:rPr>
          <w:b w:val="0"/>
          <w:i w:val="0"/>
          <w:smallCaps w:val="0"/>
          <w:strike w:val="0"/>
          <w:sz w:val="16"/>
          <w:u w:val="none"/>
        </w:rPr>
        <w:t xml:space="preserve"> against tuition fees. </w:t>
      </w:r>
      <w:r>
        <w:rPr>
          <w:b w:val="0"/>
          <w:i w:val="0"/>
          <w:smallCaps w:val="0"/>
          <w:strike w:val="0"/>
          <w:sz w:val="22"/>
          <w:u w:val="single"/>
        </w:rPr>
        <w:t xml:space="preserve">But there’s </w:t>
      </w:r>
      <w:r>
        <w:rPr>
          <w:b/>
          <w:i w:val="0"/>
          <w:smallCaps w:val="0"/>
          <w:strike w:val="0"/>
          <w:sz w:val="22"/>
          <w:u w:val="single"/>
        </w:rPr>
        <w:t>no guide for what happens</w:t>
      </w:r>
      <w:r>
        <w:rPr>
          <w:b w:val="0"/>
          <w:i w:val="0"/>
          <w:smallCaps w:val="0"/>
          <w:strike w:val="0"/>
          <w:sz w:val="22"/>
          <w:u w:val="single"/>
        </w:rPr>
        <w:t xml:space="preserve"> in the </w:t>
      </w:r>
      <w:r>
        <w:rPr>
          <w:b/>
          <w:i w:val="0"/>
          <w:smallCaps w:val="0"/>
          <w:strike w:val="0"/>
          <w:sz w:val="22"/>
          <w:u w:val="single"/>
        </w:rPr>
        <w:t>long aftermath</w:t>
      </w:r>
      <w:r>
        <w:rPr>
          <w:b w:val="0"/>
          <w:i w:val="0"/>
          <w:smallCaps w:val="0"/>
          <w:strike w:val="0"/>
          <w:sz w:val="22"/>
          <w:u w:val="single"/>
        </w:rPr>
        <w:t xml:space="preserve">, as the left has </w:t>
      </w:r>
      <w:r>
        <w:rPr>
          <w:b/>
          <w:i w:val="0"/>
          <w:smallCaps w:val="0"/>
          <w:strike w:val="0"/>
          <w:sz w:val="22"/>
          <w:u w:val="single"/>
        </w:rPr>
        <w:t>often learned the hard way</w:t>
      </w:r>
      <w:r>
        <w:rPr>
          <w:b w:val="0"/>
          <w:i w:val="0"/>
          <w:smallCaps w:val="0"/>
          <w:strike w:val="0"/>
          <w:sz w:val="22"/>
          <w:u w:val="single"/>
        </w:rPr>
        <w:t>.</w:t>
      </w:r>
    </w:p>
    <w:p>
      <w:pPr>
        <w:spacing w:after="60"/>
      </w:pPr>
      <w:r>
        <w:rPr>
          <w:b w:val="0"/>
          <w:i w:val="0"/>
          <w:smallCaps w:val="0"/>
          <w:strike w:val="0"/>
          <w:sz w:val="16"/>
          <w:u w:val="none"/>
        </w:rPr>
        <w:t>In previous moments of upheaval and promise the left has often turned to Antonio Gramsci, who sought to understand why working-class revolts in Europe following the Russian Revolution had led to fascism. Gramsci concluded that on some level people consent to subservience, even take it for granted, when the order in which they live comes to seem like common sense. Hegemony was subtler than outright coercion, more pervasive, permeating the tempos of daily life.</w:t>
      </w:r>
      <w:r>
        <w:rPr>
          <w:b w:val="0"/>
          <w:i w:val="0"/>
          <w:smallCaps w:val="0"/>
          <w:strike w:val="0"/>
          <w:sz w:val="16"/>
          <w:u w:val="none"/>
        </w:rPr>
        <w:t>aCXf</w:t>
      </w:r>
    </w:p>
    <w:p>
      <w:pPr>
        <w:spacing w:after="60"/>
      </w:pPr>
      <w:r>
        <w:rPr>
          <w:b w:val="0"/>
          <w:i w:val="0"/>
          <w:smallCaps w:val="0"/>
          <w:strike w:val="0"/>
          <w:sz w:val="16"/>
          <w:u w:val="none"/>
        </w:rPr>
        <w:t>It was hegemony, Stuart Hall argued in 1983, that was key to understanding the disappointment of his own generation</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why Thatcher and the new right had triumphed in remaking common sense after a decade of labor union revolt. Hegemony shaped how people acted when they weren’t thinking about it, what they thought was right and wrong, what they imagined the good life to be. A hegemonic project had to “occupy each and every front” of life, “to insert itself into the pores of the practical consciousness of human beings.” Thatcherism had understood this better than the left. It had “entered the struggle on every single front on which it calculated it could advance itself,” put forth a “theory for every single arena of human life,” from economics to language, morality to culture. The domains the left dismissed as bourgeois were simply the ones where the ruling class was winning. Yet creating hegemony was “difficult work,” Hall reminded us. Never fully settled, “it always has to be won.”</w:t>
      </w:r>
    </w:p>
    <w:p>
      <w:pPr>
        <w:spacing w:after="60"/>
      </w:pPr>
      <w:r>
        <w:rPr>
          <w:b w:val="0"/>
          <w:i w:val="0"/>
          <w:smallCaps w:val="0"/>
          <w:strike w:val="0"/>
          <w:sz w:val="16"/>
          <w:u w:val="none"/>
        </w:rPr>
        <w:t xml:space="preserve">In other words, </w:t>
      </w:r>
      <w:r>
        <w:rPr>
          <w:b w:val="0"/>
          <w:i w:val="0"/>
          <w:smallCaps w:val="0"/>
          <w:strike w:val="0"/>
          <w:sz w:val="22"/>
          <w:u w:val="single"/>
        </w:rPr>
        <w:t xml:space="preserve">there is </w:t>
      </w:r>
      <w:r>
        <w:rPr>
          <w:b/>
          <w:i w:val="0"/>
          <w:smallCaps w:val="0"/>
          <w:strike w:val="0"/>
          <w:sz w:val="22"/>
          <w:highlight w:val="cyan"/>
          <w:u w:val="single"/>
        </w:rPr>
        <w:t>no</w:t>
      </w:r>
      <w:r>
        <w:rPr>
          <w:b w:val="0"/>
          <w:i w:val="0"/>
          <w:smallCaps w:val="0"/>
          <w:strike w:val="0"/>
          <w:sz w:val="16"/>
          <w:u w:val="none"/>
        </w:rPr>
        <w:t xml:space="preserve"> economic </w:t>
      </w:r>
      <w:r>
        <w:rPr>
          <w:b/>
          <w:i w:val="0"/>
          <w:smallCaps w:val="0"/>
          <w:strike w:val="0"/>
          <w:sz w:val="22"/>
          <w:highlight w:val="cyan"/>
          <w:u w:val="single"/>
        </w:rPr>
        <w:t>deus ex machina</w:t>
      </w:r>
      <w:r>
        <w:rPr>
          <w:b w:val="0"/>
          <w:i w:val="0"/>
          <w:smallCaps w:val="0"/>
          <w:strike w:val="0"/>
          <w:sz w:val="22"/>
          <w:u w:val="single"/>
        </w:rPr>
        <w:t xml:space="preserve"> that </w:t>
      </w:r>
      <w:r>
        <w:rPr>
          <w:b w:val="0"/>
          <w:i w:val="0"/>
          <w:smallCaps w:val="0"/>
          <w:strike w:val="0"/>
          <w:sz w:val="22"/>
          <w:highlight w:val="cyan"/>
          <w:u w:val="single"/>
        </w:rPr>
        <w:t xml:space="preserve">will </w:t>
      </w:r>
      <w:r>
        <w:rPr>
          <w:b/>
          <w:i w:val="0"/>
          <w:smallCaps w:val="0"/>
          <w:strike w:val="0"/>
          <w:sz w:val="22"/>
          <w:highlight w:val="cyan"/>
          <w:u w:val="single"/>
        </w:rPr>
        <w:t>bring the rev</w:t>
      </w:r>
      <w:r>
        <w:rPr>
          <w:b/>
          <w:i w:val="0"/>
          <w:smallCaps w:val="0"/>
          <w:strike w:val="0"/>
          <w:sz w:val="22"/>
          <w:u w:val="single"/>
        </w:rPr>
        <w:t>olution</w:t>
      </w:r>
      <w:r>
        <w:rPr>
          <w:b w:val="0"/>
          <w:i w:val="0"/>
          <w:smallCaps w:val="0"/>
          <w:strike w:val="0"/>
          <w:sz w:val="22"/>
          <w:u w:val="single"/>
        </w:rPr>
        <w:t xml:space="preserve">. There are still </w:t>
      </w:r>
      <w:r>
        <w:rPr>
          <w:b/>
          <w:i w:val="0"/>
          <w:smallCaps w:val="0"/>
          <w:strike w:val="0"/>
          <w:sz w:val="22"/>
          <w:highlight w:val="cyan"/>
          <w:u w:val="single"/>
        </w:rPr>
        <w:t>people</w:t>
      </w:r>
      <w:r>
        <w:rPr>
          <w:b w:val="0"/>
          <w:i w:val="0"/>
          <w:smallCaps w:val="0"/>
          <w:strike w:val="0"/>
          <w:sz w:val="22"/>
          <w:u w:val="single"/>
        </w:rPr>
        <w:t xml:space="preserve">, </w:t>
      </w:r>
      <w:r>
        <w:rPr>
          <w:b w:val="0"/>
          <w:i w:val="0"/>
          <w:smallCaps w:val="0"/>
          <w:strike w:val="0"/>
          <w:sz w:val="22"/>
          <w:highlight w:val="cyan"/>
          <w:u w:val="single"/>
        </w:rPr>
        <w:t xml:space="preserve">in their </w:t>
      </w:r>
      <w:r>
        <w:rPr>
          <w:b/>
          <w:i w:val="0"/>
          <w:smallCaps w:val="0"/>
          <w:strike w:val="0"/>
          <w:sz w:val="22"/>
          <w:highlight w:val="cyan"/>
          <w:u w:val="single"/>
        </w:rPr>
        <w:t>stubborn</w:t>
      </w:r>
      <w:r>
        <w:rPr>
          <w:b w:val="0"/>
          <w:i w:val="0"/>
          <w:smallCaps w:val="0"/>
          <w:strike w:val="0"/>
          <w:sz w:val="22"/>
          <w:u w:val="single"/>
        </w:rPr>
        <w:t xml:space="preserve">, </w:t>
      </w:r>
      <w:r>
        <w:rPr>
          <w:b/>
          <w:i w:val="0"/>
          <w:smallCaps w:val="0"/>
          <w:strike w:val="0"/>
          <w:sz w:val="22"/>
          <w:u w:val="single"/>
        </w:rPr>
        <w:t xml:space="preserve">contradictory </w:t>
      </w:r>
      <w:r>
        <w:rPr>
          <w:b/>
          <w:i w:val="0"/>
          <w:smallCaps w:val="0"/>
          <w:strike w:val="0"/>
          <w:sz w:val="22"/>
          <w:highlight w:val="cyan"/>
          <w:u w:val="single"/>
        </w:rPr>
        <w:t>particularities</w:t>
      </w:r>
      <w:r>
        <w:rPr>
          <w:b w:val="0"/>
          <w:i w:val="0"/>
          <w:smallCaps w:val="0"/>
          <w:strike w:val="0"/>
          <w:sz w:val="22"/>
          <w:u w:val="single"/>
        </w:rPr>
        <w:t xml:space="preserve">, as they </w:t>
      </w:r>
      <w:r>
        <w:rPr>
          <w:b w:val="0"/>
          <w:i w:val="0"/>
          <w:smallCaps w:val="0"/>
          <w:strike w:val="0"/>
          <w:sz w:val="22"/>
          <w:highlight w:val="cyan"/>
          <w:u w:val="single"/>
        </w:rPr>
        <w:t xml:space="preserve">exist in </w:t>
      </w:r>
      <w:r>
        <w:rPr>
          <w:b/>
          <w:i w:val="0"/>
          <w:smallCaps w:val="0"/>
          <w:strike w:val="0"/>
          <w:sz w:val="22"/>
          <w:highlight w:val="cyan"/>
          <w:u w:val="single"/>
        </w:rPr>
        <w:t>concrete space</w:t>
      </w:r>
      <w:r>
        <w:rPr>
          <w:b w:val="0"/>
          <w:i w:val="0"/>
          <w:smallCaps w:val="0"/>
          <w:strike w:val="0"/>
          <w:sz w:val="22"/>
          <w:highlight w:val="cyan"/>
          <w:u w:val="single"/>
        </w:rPr>
        <w:t xml:space="preserve"> and </w:t>
      </w:r>
      <w:r>
        <w:rPr>
          <w:b/>
          <w:i w:val="0"/>
          <w:smallCaps w:val="0"/>
          <w:strike w:val="0"/>
          <w:sz w:val="22"/>
          <w:highlight w:val="cyan"/>
          <w:u w:val="single"/>
        </w:rPr>
        <w:t>time</w:t>
      </w:r>
      <w:r>
        <w:rPr>
          <w:b w:val="0"/>
          <w:i w:val="0"/>
          <w:smallCaps w:val="0"/>
          <w:strike w:val="0"/>
          <w:sz w:val="22"/>
          <w:u w:val="single"/>
        </w:rPr>
        <w:t xml:space="preserve">. It is </w:t>
      </w:r>
      <w:r>
        <w:rPr>
          <w:b/>
          <w:i w:val="0"/>
          <w:smallCaps w:val="0"/>
          <w:strike w:val="0"/>
          <w:sz w:val="22"/>
          <w:u w:val="single"/>
        </w:rPr>
        <w:t>up to you</w:t>
      </w:r>
      <w:r>
        <w:rPr>
          <w:b w:val="0"/>
          <w:i w:val="0"/>
          <w:smallCaps w:val="0"/>
          <w:strike w:val="0"/>
          <w:sz w:val="22"/>
          <w:u w:val="single"/>
        </w:rPr>
        <w:t xml:space="preserve"> to figure out how to </w:t>
      </w:r>
      <w:r>
        <w:rPr>
          <w:b/>
          <w:i w:val="0"/>
          <w:smallCaps w:val="0"/>
          <w:strike w:val="0"/>
          <w:sz w:val="22"/>
          <w:u w:val="single"/>
        </w:rPr>
        <w:t>act together</w:t>
      </w:r>
      <w:r>
        <w:rPr>
          <w:b w:val="0"/>
          <w:i w:val="0"/>
          <w:smallCaps w:val="0"/>
          <w:strike w:val="0"/>
          <w:sz w:val="22"/>
          <w:u w:val="single"/>
        </w:rPr>
        <w:t xml:space="preserve">, or </w:t>
      </w:r>
      <w:r>
        <w:rPr>
          <w:b/>
          <w:i w:val="0"/>
          <w:smallCaps w:val="0"/>
          <w:strike w:val="0"/>
          <w:sz w:val="22"/>
          <w:u w:val="single"/>
        </w:rPr>
        <w:t>not</w:t>
      </w:r>
      <w:r>
        <w:rPr>
          <w:b w:val="0"/>
          <w:i w:val="0"/>
          <w:smallCaps w:val="0"/>
          <w:strike w:val="0"/>
          <w:sz w:val="22"/>
          <w:u w:val="single"/>
        </w:rPr>
        <w:t xml:space="preserve">; how </w:t>
      </w:r>
      <w:r>
        <w:rPr>
          <w:b w:val="0"/>
          <w:i w:val="0"/>
          <w:smallCaps w:val="0"/>
          <w:strike w:val="0"/>
          <w:sz w:val="22"/>
          <w:highlight w:val="cyan"/>
          <w:u w:val="single"/>
        </w:rPr>
        <w:t xml:space="preserve">to </w:t>
      </w:r>
      <w:r>
        <w:rPr>
          <w:b/>
          <w:i w:val="0"/>
          <w:smallCaps w:val="0"/>
          <w:strike w:val="0"/>
          <w:sz w:val="22"/>
          <w:highlight w:val="cyan"/>
          <w:u w:val="single"/>
        </w:rPr>
        <w:t>find common ground</w:t>
      </w:r>
      <w:r>
        <w:rPr>
          <w:b w:val="0"/>
          <w:i w:val="0"/>
          <w:smallCaps w:val="0"/>
          <w:strike w:val="0"/>
          <w:sz w:val="22"/>
          <w:u w:val="single"/>
        </w:rPr>
        <w:t xml:space="preserve">, or </w:t>
      </w:r>
      <w:r>
        <w:rPr>
          <w:b/>
          <w:i w:val="0"/>
          <w:smallCaps w:val="0"/>
          <w:strike w:val="0"/>
          <w:sz w:val="22"/>
          <w:u w:val="single"/>
        </w:rPr>
        <w:t>not</w:t>
      </w:r>
      <w:r>
        <w:rPr>
          <w:b w:val="0"/>
          <w:i w:val="0"/>
          <w:smallCaps w:val="0"/>
          <w:strike w:val="0"/>
          <w:sz w:val="16"/>
          <w:u w:val="none"/>
        </w:rPr>
        <w:t xml:space="preserve">. Gramsci and Hall insist that </w:t>
      </w:r>
      <w:r>
        <w:rPr>
          <w:b w:val="0"/>
          <w:i w:val="0"/>
          <w:smallCaps w:val="0"/>
          <w:strike w:val="0"/>
          <w:sz w:val="22"/>
          <w:highlight w:val="cyan"/>
          <w:u w:val="single"/>
        </w:rPr>
        <w:t xml:space="preserve">you must </w:t>
      </w:r>
      <w:r>
        <w:rPr>
          <w:b/>
          <w:i w:val="0"/>
          <w:smallCaps w:val="0"/>
          <w:strike w:val="0"/>
          <w:sz w:val="22"/>
          <w:highlight w:val="cyan"/>
          <w:u w:val="single"/>
        </w:rPr>
        <w:t>look relentlessly</w:t>
      </w:r>
      <w:r>
        <w:rPr>
          <w:b/>
          <w:i w:val="0"/>
          <w:smallCaps w:val="0"/>
          <w:strike w:val="0"/>
          <w:sz w:val="22"/>
          <w:u w:val="single"/>
        </w:rPr>
        <w:t xml:space="preserve"> at things</w:t>
      </w:r>
      <w:r>
        <w:rPr>
          <w:b w:val="0"/>
          <w:i w:val="0"/>
          <w:smallCaps w:val="0"/>
          <w:strike w:val="0"/>
          <w:sz w:val="22"/>
          <w:u w:val="single"/>
        </w:rPr>
        <w:t xml:space="preserve"> and </w:t>
      </w:r>
      <w:r>
        <w:rPr>
          <w:b/>
          <w:i w:val="0"/>
          <w:smallCaps w:val="0"/>
          <w:strike w:val="0"/>
          <w:sz w:val="22"/>
          <w:u w:val="single"/>
        </w:rPr>
        <w:t>people as they are</w:t>
      </w:r>
      <w:r>
        <w:rPr>
          <w:b w:val="0"/>
          <w:i w:val="0"/>
          <w:smallCaps w:val="0"/>
          <w:strike w:val="0"/>
          <w:sz w:val="22"/>
          <w:u w:val="single"/>
        </w:rPr>
        <w:t xml:space="preserve">, </w:t>
      </w:r>
      <w:r>
        <w:rPr>
          <w:b/>
          <w:i w:val="0"/>
          <w:smallCaps w:val="0"/>
          <w:strike w:val="0"/>
          <w:sz w:val="22"/>
          <w:u w:val="single"/>
        </w:rPr>
        <w:t>face your prospects with brutal honesty</w:t>
      </w:r>
      <w:r>
        <w:rPr>
          <w:b w:val="0"/>
          <w:i w:val="0"/>
          <w:smallCaps w:val="0"/>
          <w:strike w:val="0"/>
          <w:sz w:val="22"/>
          <w:u w:val="single"/>
        </w:rPr>
        <w:t xml:space="preserve">, and </w:t>
      </w:r>
      <w:r>
        <w:rPr>
          <w:b/>
          <w:i w:val="0"/>
          <w:smallCaps w:val="0"/>
          <w:strike w:val="0"/>
          <w:sz w:val="22"/>
          <w:u w:val="single"/>
        </w:rPr>
        <w:t>act in ways that you think can have an effect</w:t>
      </w:r>
      <w:r>
        <w:rPr>
          <w:b w:val="0"/>
          <w:i w:val="0"/>
          <w:smallCaps w:val="0"/>
          <w:strike w:val="0"/>
          <w:sz w:val="16"/>
          <w:u w:val="none"/>
        </w:rPr>
        <w:t xml:space="preserve">. In these ways they are an </w:t>
      </w:r>
      <w:r>
        <w:rPr>
          <w:b w:val="0"/>
          <w:i w:val="0"/>
          <w:smallCaps w:val="0"/>
          <w:strike w:val="0"/>
          <w:sz w:val="16"/>
          <w:u w:val="none"/>
        </w:rPr>
        <w:t>organizer’s theorists.</w:t>
      </w:r>
    </w:p>
    <w:p>
      <w:pPr>
        <w:spacing w:after="60"/>
      </w:pPr>
      <w:r>
        <w:rPr>
          <w:b w:val="0"/>
          <w:i w:val="0"/>
          <w:smallCaps w:val="0"/>
          <w:strike w:val="0"/>
          <w:u w:val="none"/>
        </w:rPr>
        <w:t>BUT IN FACT, one doesn’t become an organizer by reading theory, or at least I didn’t. I went to graduate school to study political theory, in hopes of figuring out what to do about the dilemmas that weighed on me. But it took something else to give that theory meaning in my own life. This was the experience of graduate school, which wasn’t necessarily your typical workplace</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so the Yale administration kept telling us.</w:t>
      </w:r>
    </w:p>
    <w:p>
      <w:pPr>
        <w:spacing w:after="60"/>
      </w:pPr>
      <w:r>
        <w:rPr>
          <w:b w:val="0"/>
          <w:i w:val="0"/>
          <w:smallCaps w:val="0"/>
          <w:strike w:val="0"/>
          <w:u w:val="none"/>
        </w:rPr>
        <w:t>I’d joined the union as a matter of course, stopping by the Graduate Employees and Students Organization (GESO) table at the extracurriculars fair before I’d gone to a single day of class. Politically, it seemed obvious: I supported unions in general, so why not join? Plus my college roommate had been at Yale and organizing for years already: I’d heard from him of struggles and triumphs, of how he’d knocked doors all summer to help a slate of union members and supporters take over city government the year prior. A few days after I signed my card, I went to a union pizza lunch in my department to welcome our new cohort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I was one of just three people who</w:t>
      </w:r>
      <w:r>
        <w:rPr>
          <w:b w:val="0"/>
          <w:i w:val="0"/>
          <w:smallCaps w:val="0"/>
          <w:strike w:val="0"/>
          <w:u w:val="none"/>
        </w:rPr>
        <w:t>’</w:t>
      </w:r>
      <w:r>
        <w:rPr>
          <w:b w:val="0"/>
          <w:i w:val="0"/>
          <w:smallCaps w:val="0"/>
          <w:strike w:val="0"/>
          <w:u w:val="none"/>
        </w:rPr>
        <w:t>d showed up, out of seventeen</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and nodded along with the organizer</w:t>
      </w:r>
      <w:r>
        <w:rPr>
          <w:b w:val="0"/>
          <w:i w:val="0"/>
          <w:smallCaps w:val="0"/>
          <w:strike w:val="0"/>
          <w:u w:val="none"/>
        </w:rPr>
        <w:t>’</w:t>
      </w:r>
      <w:r>
        <w:rPr>
          <w:b w:val="0"/>
          <w:i w:val="0"/>
          <w:smallCaps w:val="0"/>
          <w:strike w:val="0"/>
          <w:u w:val="none"/>
        </w:rPr>
        <w:t>s rap about why the union was good. I didn</w:t>
      </w:r>
      <w:r>
        <w:rPr>
          <w:b w:val="0"/>
          <w:i w:val="0"/>
          <w:smallCaps w:val="0"/>
          <w:strike w:val="0"/>
          <w:u w:val="none"/>
        </w:rPr>
        <w:t>’</w:t>
      </w:r>
      <w:r>
        <w:rPr>
          <w:b w:val="0"/>
          <w:i w:val="0"/>
          <w:smallCaps w:val="0"/>
          <w:strike w:val="0"/>
          <w:u w:val="none"/>
        </w:rPr>
        <w:t>t need convincing.</w:t>
      </w:r>
    </w:p>
    <w:p>
      <w:pPr>
        <w:spacing w:after="60"/>
      </w:pPr>
      <w:r>
        <w:rPr>
          <w:b w:val="0"/>
          <w:i w:val="0"/>
          <w:smallCaps w:val="0"/>
          <w:strike w:val="0"/>
          <w:u w:val="none"/>
        </w:rPr>
        <w:t>Yet when another organizer asked me to join the union communications team a few weeks later, I burst into tears. I was already completely overwhelmed with hundreds of pages of reading I couldn’t possibly hope to complete, response papers to write and presentations to give on said reading, obligatory departmental workshops and talks to attend. Doing one more thing seemed impossible. She talked me down from panic and I agreed to do something small</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an interview with a union member for a newsletter we hoped to revive. I took on a series of other projects</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more interviews, filming testimonials for a new website. At the end of our first year, my closest friend in my graduate cohort ran for a municipal office on the union slate, and I spent the summer knocking doors for his campaign. I met up with other organizers for “visits,” where we walked around campus looking for members to sign whatever petition we were running at the time, and joined my department’s organizing committee. I cried in many more meetings.</w:t>
      </w:r>
    </w:p>
    <w:p>
      <w:pPr>
        <w:spacing w:after="60"/>
      </w:pPr>
      <w:r>
        <w:rPr>
          <w:b w:val="0"/>
          <w:i w:val="0"/>
          <w:smallCaps w:val="0"/>
          <w:strike w:val="0"/>
          <w:u w:val="none"/>
        </w:rPr>
        <w:t>Graduate school, I came to realize, was not the place to go to learn about politics. I was bewildered by its rituals, which counterintuitively seemed structured around avoiding intellectual conversation in favor of gossip and shoptalk. At house parties and department receptions, we rarely talked about the things we’d read or thought about; instead we complained about how many papers we’d written that week, how many deadlines loomed for funding applications or summer programs, how little sleep we’d gotten. We tiptoed around more sensitive conversations: access to mental-health care, caring for children on a stipend, the cratering job market and growing pool of adjunct labor. I was desperate for those conversations, and organizing, I found, was the way to have them. Like a consciousness-raising group, organizing conversations allowed you to air grievances long suppressed in the name of politeness or professionalism, to create a space for politics where it wasn’t supposed to be. The point was to locate the fundamental experience of powerlessness lurking beneath the generalized misery. Yet for all that we griped about how much we worked, in organizing conversations the question of whether we were really workers came up constantly.</w:t>
      </w:r>
    </w:p>
    <w:p>
      <w:pPr>
        <w:spacing w:after="60"/>
      </w:pPr>
      <w:r>
        <w:rPr>
          <w:b w:val="0"/>
          <w:i w:val="0"/>
          <w:smallCaps w:val="0"/>
          <w:strike w:val="0"/>
          <w:u w:val="none"/>
        </w:rPr>
        <w:t>Why was it so hard to see ourselves as people who might need a union? Gramsci had observed that any individual’s personality was “strangely composite,” made up of a mixture of beliefs, thoughts, and ideas gleaned from family history, cultural norms, and formal education, filtered through their own life experiences read through the prevailing ideology of the time. Hall had taken this up to argue that when the working class failed to espouse revolutionary thought, women to embrace feminism, or people of color to advocate antiracism, it wasn’t because they suffered from false consciousness. The idea that consciousness could be true or false simply made no sense: it was always, Hall stated, “complex, fragmentary, and contradictory.” This was just as true for those on the left as for anyone else. “A tiny bit of all of us is also somewhere inside the Thatcherite project,” Hall had warned in 1988. “Of course, we’re all one hundred per cent committed. But every now and then</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Saturday mornings, perhaps, just before the demonstration</w:t>
      </w:r>
      <w:r>
        <w:rPr>
          <w:b w:val="0"/>
          <w:i w:val="0"/>
          <w:smallCaps w:val="0"/>
          <w:strike w:val="0"/>
          <w:u w:val="none"/>
        </w:rPr>
        <w:t>—</w:t>
      </w:r>
      <w:r>
        <w:rPr>
          <w:b w:val="0"/>
          <w:i w:val="0"/>
          <w:smallCaps w:val="0"/>
          <w:strike w:val="0"/>
          <w:u w:val="none"/>
        </w:rPr>
        <w:t>we go to Sainsbury’s and we’re just a tiny bit of a Thatcherite subject.”</w:t>
      </w:r>
    </w:p>
    <w:p>
      <w:pPr>
        <w:spacing w:after="60"/>
      </w:pPr>
      <w:r>
        <w:rPr>
          <w:b w:val="0"/>
          <w:i w:val="0"/>
          <w:smallCaps w:val="0"/>
          <w:strike w:val="0"/>
          <w:u w:val="none"/>
        </w:rPr>
        <w:t>The Thatcherite project was since then much advanced, and we had internalized its dictates. For our whole lives we had learned to do school very well; in graduate school we learned to exploit ourselves on weekends and vacations before putting ourselves “on the market.” Many of us still believed in meritocracy, despite learning every day how it was failing us. The worse the conditions of academic life became, the harder everyone worked, and the harder it became to contest them. Plus, we were so lucky to be there</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at Yale! Compared to so many grad students, we had it good, and surely jobs were waiting on the other side for us, if for anyone. Who were we to complain? Organizing a union of graduate students at Yale seemed to many like an act of unbearable privilege</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a bunch of Ivy League self-styled radicals doing worker cosplay.</w:t>
      </w:r>
    </w:p>
    <w:p>
      <w:pPr>
        <w:spacing w:after="60"/>
      </w:pPr>
      <w:r>
        <w:rPr>
          <w:b w:val="0"/>
          <w:i w:val="0"/>
          <w:smallCaps w:val="0"/>
          <w:strike w:val="0"/>
          <w:u w:val="none"/>
        </w:rPr>
        <w:t>Then there was the prevailing ideology. Many people liked unions in the abstract, for other people, but had reservations about whether one made sense for us. We worked independently for the most part (getting paid to read!); we exercised control over our own work</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or at least hoped to one day. Nearly all of us had grown up hearing about how bad teachers</w:t>
      </w:r>
      <w:r>
        <w:rPr>
          <w:b w:val="0"/>
          <w:i w:val="0"/>
          <w:smallCaps w:val="0"/>
          <w:strike w:val="0"/>
          <w:u w:val="none"/>
        </w:rPr>
        <w:t>’</w:t>
      </w:r>
      <w:r>
        <w:rPr>
          <w:b w:val="0"/>
          <w:i w:val="0"/>
          <w:smallCaps w:val="0"/>
          <w:strike w:val="0"/>
          <w:u w:val="none"/>
        </w:rPr>
        <w:t xml:space="preserve"> unions were for our own precious educations. Few of us came from union families; almost no one had belonged to a union before, and those who had sometimes cited bad experiences. Even among those who were nominally sympathetic, “I think unions are good, but . . . ” was a common refrain.</w:t>
      </w:r>
    </w:p>
    <w:p>
      <w:pPr>
        <w:spacing w:after="60"/>
      </w:pPr>
      <w:r>
        <w:rPr>
          <w:b w:val="0"/>
          <w:i w:val="0"/>
          <w:smallCaps w:val="0"/>
          <w:strike w:val="0"/>
          <w:u w:val="none"/>
        </w:rPr>
        <w:t>The really controversial thing, though, wasn’t joining the union but organizing it. We asked people to help build the union, and to help lead it. We asked them to sign a card, then to ask a friend to sign one, too; to commit to meeting regularly with an organizer; to join the organizing committee and bring the people they knew to meetings and to rallies. We asked a lot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too much, some thought. Many people were happy to sign a membership card and a petition from time to time but didn</w:t>
      </w:r>
      <w:r>
        <w:rPr>
          <w:b w:val="0"/>
          <w:i w:val="0"/>
          <w:smallCaps w:val="0"/>
          <w:strike w:val="0"/>
          <w:u w:val="none"/>
        </w:rPr>
        <w:t>’</w:t>
      </w:r>
      <w:r>
        <w:rPr>
          <w:b w:val="0"/>
          <w:i w:val="0"/>
          <w:smallCaps w:val="0"/>
          <w:strike w:val="0"/>
          <w:u w:val="none"/>
        </w:rPr>
        <w:t>t want to go to more meetings or talk to colleagues about the union: they were already busy, so busy. They supported the union, they said, but they wanted it to leave them alone.</w:t>
      </w:r>
    </w:p>
    <w:p>
      <w:pPr>
        <w:spacing w:after="60"/>
      </w:pPr>
      <w:r>
        <w:rPr>
          <w:b w:val="0"/>
          <w:i w:val="0"/>
          <w:smallCaps w:val="0"/>
          <w:strike w:val="0"/>
          <w:sz w:val="16"/>
          <w:u w:val="none"/>
        </w:rPr>
        <w:t xml:space="preserve">This seemed like a distinctive challenge of organizing graduate students, who on the one hand were notoriously overworked and never really off the clock, and on the other were not quite immiserated, at least at Yale. (In fact, this was partly because the university had increased graduate stipends and benefits over the years in order to undercut the union; it was the price of success.) Yet I came to think it was part of the challenge of organizing more generally. </w:t>
      </w:r>
      <w:r>
        <w:rPr>
          <w:b w:val="0"/>
          <w:i w:val="0"/>
          <w:smallCaps w:val="0"/>
          <w:strike w:val="0"/>
          <w:sz w:val="22"/>
          <w:u w:val="single"/>
        </w:rPr>
        <w:t>Reading</w:t>
      </w:r>
      <w:r>
        <w:rPr>
          <w:b w:val="0"/>
          <w:i w:val="0"/>
          <w:smallCaps w:val="0"/>
          <w:strike w:val="0"/>
          <w:sz w:val="16"/>
          <w:u w:val="none"/>
        </w:rPr>
        <w:t xml:space="preserve"> Charles Payne’s I’ve Got the Light of Freedom, </w:t>
      </w:r>
      <w:r>
        <w:rPr>
          <w:b w:val="0"/>
          <w:i w:val="0"/>
          <w:smallCaps w:val="0"/>
          <w:strike w:val="0"/>
          <w:sz w:val="22"/>
          <w:u w:val="single"/>
        </w:rPr>
        <w:t xml:space="preserve">about </w:t>
      </w:r>
      <w:r>
        <w:rPr>
          <w:b/>
          <w:i w:val="0"/>
          <w:smallCaps w:val="0"/>
          <w:strike w:val="0"/>
          <w:sz w:val="22"/>
          <w:u w:val="single"/>
        </w:rPr>
        <w:t>civil rights organizing</w:t>
      </w:r>
      <w:r>
        <w:rPr>
          <w:b w:val="0"/>
          <w:i w:val="0"/>
          <w:smallCaps w:val="0"/>
          <w:strike w:val="0"/>
          <w:sz w:val="22"/>
          <w:u w:val="single"/>
        </w:rPr>
        <w:t xml:space="preserve"> in the </w:t>
      </w:r>
      <w:r>
        <w:rPr>
          <w:b/>
          <w:i w:val="0"/>
          <w:smallCaps w:val="0"/>
          <w:strike w:val="0"/>
          <w:sz w:val="22"/>
          <w:u w:val="single"/>
        </w:rPr>
        <w:t>Jim Crow South</w:t>
      </w:r>
      <w:r>
        <w:rPr>
          <w:b w:val="0"/>
          <w:i w:val="0"/>
          <w:smallCaps w:val="0"/>
          <w:strike w:val="0"/>
          <w:sz w:val="22"/>
          <w:u w:val="single"/>
        </w:rPr>
        <w:t>, I was struck by the list compiled by</w:t>
      </w:r>
      <w:r>
        <w:rPr>
          <w:b w:val="0"/>
          <w:i w:val="0"/>
          <w:smallCaps w:val="0"/>
          <w:strike w:val="0"/>
          <w:sz w:val="16"/>
          <w:u w:val="none"/>
        </w:rPr>
        <w:t xml:space="preserve"> Student Nonviolent Coordinating Committee (</w:t>
      </w:r>
      <w:r>
        <w:rPr>
          <w:b/>
          <w:i w:val="0"/>
          <w:smallCaps w:val="0"/>
          <w:strike w:val="0"/>
          <w:sz w:val="22"/>
          <w:u w:val="single"/>
        </w:rPr>
        <w:t>SNCC</w:t>
      </w:r>
      <w:r>
        <w:rPr>
          <w:b w:val="0"/>
          <w:i w:val="0"/>
          <w:smallCaps w:val="0"/>
          <w:strike w:val="0"/>
          <w:sz w:val="16"/>
          <w:u w:val="none"/>
        </w:rPr>
        <w:t xml:space="preserve">) </w:t>
      </w:r>
      <w:r>
        <w:rPr>
          <w:b/>
          <w:i w:val="0"/>
          <w:smallCaps w:val="0"/>
          <w:strike w:val="0"/>
          <w:sz w:val="22"/>
          <w:u w:val="single"/>
        </w:rPr>
        <w:t>canvassers</w:t>
      </w:r>
      <w:r>
        <w:rPr>
          <w:b w:val="0"/>
          <w:i w:val="0"/>
          <w:smallCaps w:val="0"/>
          <w:strike w:val="0"/>
          <w:sz w:val="22"/>
          <w:u w:val="single"/>
        </w:rPr>
        <w:t xml:space="preserve"> of reasons black Mississippians gave for not wanting to register to vote in the early 1960s</w:t>
      </w:r>
      <w:r>
        <w:rPr>
          <w:b w:val="0"/>
          <w:i w:val="0"/>
          <w:smallCaps w:val="0"/>
          <w:strike w:val="0"/>
          <w:sz w:val="16"/>
          <w:u w:val="none"/>
        </w:rPr>
        <w:t xml:space="preserve">, which could by and large have been given by grad students: </w:t>
      </w:r>
      <w:r>
        <w:rPr>
          <w:b w:val="0"/>
          <w:i w:val="0"/>
          <w:smallCaps w:val="0"/>
          <w:strike w:val="0"/>
          <w:sz w:val="22"/>
          <w:u w:val="single"/>
        </w:rPr>
        <w:t>“Just not interested.” “Don’t have the time to discuss voting.” “Feel the politicians are going to do whatever they want, regardless of votes cast.” “Too busy, engaged in personal affairs.” “Wants time to think it over.” “Satisfied with things as they are.”</w:t>
      </w:r>
    </w:p>
    <w:p>
      <w:pPr>
        <w:spacing w:after="60"/>
      </w:pPr>
      <w:r>
        <w:rPr>
          <w:b w:val="0"/>
          <w:i w:val="0"/>
          <w:smallCaps w:val="0"/>
          <w:strike w:val="0"/>
          <w:sz w:val="22"/>
          <w:u w:val="single"/>
        </w:rPr>
        <w:t xml:space="preserve">We </w:t>
      </w:r>
      <w:r>
        <w:rPr>
          <w:b/>
          <w:i w:val="0"/>
          <w:smallCaps w:val="0"/>
          <w:strike w:val="0"/>
          <w:sz w:val="22"/>
          <w:u w:val="single"/>
        </w:rPr>
        <w:t>were not</w:t>
      </w:r>
      <w:r>
        <w:rPr>
          <w:b w:val="0"/>
          <w:i w:val="0"/>
          <w:smallCaps w:val="0"/>
          <w:strike w:val="0"/>
          <w:sz w:val="16"/>
          <w:u w:val="none"/>
        </w:rPr>
        <w:t xml:space="preserve">, of course, </w:t>
      </w:r>
      <w:r>
        <w:rPr>
          <w:b/>
          <w:i w:val="0"/>
          <w:smallCaps w:val="0"/>
          <w:strike w:val="0"/>
          <w:sz w:val="22"/>
          <w:u w:val="single"/>
        </w:rPr>
        <w:t>fighting Jim Crow</w:t>
      </w:r>
      <w:r>
        <w:rPr>
          <w:b w:val="0"/>
          <w:i w:val="0"/>
          <w:smallCaps w:val="0"/>
          <w:strike w:val="0"/>
          <w:sz w:val="16"/>
          <w:u w:val="none"/>
        </w:rPr>
        <w:t xml:space="preserve">. Yale was miserable and feudal in many respects, but we were there temporarily and by choice; </w:t>
      </w:r>
      <w:r>
        <w:rPr>
          <w:b w:val="0"/>
          <w:i w:val="0"/>
          <w:smallCaps w:val="0"/>
          <w:strike w:val="0"/>
          <w:sz w:val="22"/>
          <w:u w:val="single"/>
        </w:rPr>
        <w:t>many of us</w:t>
      </w:r>
      <w:r>
        <w:rPr>
          <w:b w:val="0"/>
          <w:i w:val="0"/>
          <w:smallCaps w:val="0"/>
          <w:strike w:val="0"/>
          <w:sz w:val="16"/>
          <w:u w:val="none"/>
        </w:rPr>
        <w:t xml:space="preserve"> feared our advisers but </w:t>
      </w:r>
      <w:r>
        <w:rPr>
          <w:b/>
          <w:i w:val="0"/>
          <w:smallCaps w:val="0"/>
          <w:strike w:val="0"/>
          <w:sz w:val="22"/>
          <w:u w:val="single"/>
        </w:rPr>
        <w:t>did not fear for our lives</w:t>
      </w:r>
      <w:r>
        <w:rPr>
          <w:b w:val="0"/>
          <w:i w:val="0"/>
          <w:smallCaps w:val="0"/>
          <w:strike w:val="0"/>
          <w:sz w:val="16"/>
          <w:u w:val="none"/>
        </w:rPr>
        <w:t xml:space="preserve">. We might give the same excuses, but they didn’t mean the same things. </w:t>
      </w:r>
      <w:r>
        <w:rPr>
          <w:b w:val="0"/>
          <w:i w:val="0"/>
          <w:smallCaps w:val="0"/>
          <w:strike w:val="0"/>
          <w:sz w:val="22"/>
          <w:u w:val="single"/>
        </w:rPr>
        <w:t xml:space="preserve">Still, </w:t>
      </w:r>
      <w:r>
        <w:rPr>
          <w:b/>
          <w:i w:val="0"/>
          <w:smallCaps w:val="0"/>
          <w:strike w:val="0"/>
          <w:sz w:val="22"/>
          <w:u w:val="single"/>
        </w:rPr>
        <w:t>certain dynamics</w:t>
      </w:r>
      <w:r>
        <w:rPr>
          <w:b w:val="0"/>
          <w:i w:val="0"/>
          <w:smallCaps w:val="0"/>
          <w:strike w:val="0"/>
          <w:sz w:val="22"/>
          <w:u w:val="single"/>
        </w:rPr>
        <w:t xml:space="preserve"> of the two organizing campaigns were </w:t>
      </w:r>
      <w:r>
        <w:rPr>
          <w:b/>
          <w:i w:val="0"/>
          <w:smallCaps w:val="0"/>
          <w:strike w:val="0"/>
          <w:sz w:val="22"/>
          <w:u w:val="single"/>
        </w:rPr>
        <w:t>similar</w:t>
      </w:r>
      <w:r>
        <w:rPr>
          <w:b w:val="0"/>
          <w:i w:val="0"/>
          <w:smallCaps w:val="0"/>
          <w:strike w:val="0"/>
          <w:sz w:val="22"/>
          <w:u w:val="single"/>
        </w:rPr>
        <w:t xml:space="preserve">, despite the </w:t>
      </w:r>
      <w:r>
        <w:rPr>
          <w:b/>
          <w:i w:val="0"/>
          <w:smallCaps w:val="0"/>
          <w:strike w:val="0"/>
          <w:sz w:val="22"/>
          <w:u w:val="single"/>
        </w:rPr>
        <w:t>obvious differences</w:t>
      </w:r>
      <w:r>
        <w:rPr>
          <w:b w:val="0"/>
          <w:i w:val="0"/>
          <w:smallCaps w:val="0"/>
          <w:strike w:val="0"/>
          <w:sz w:val="22"/>
          <w:u w:val="single"/>
        </w:rPr>
        <w:t xml:space="preserve">. People </w:t>
      </w:r>
      <w:r>
        <w:rPr>
          <w:b/>
          <w:i w:val="0"/>
          <w:smallCaps w:val="0"/>
          <w:strike w:val="0"/>
          <w:sz w:val="22"/>
          <w:u w:val="single"/>
        </w:rPr>
        <w:t>often told you</w:t>
      </w:r>
      <w:r>
        <w:rPr>
          <w:b w:val="0"/>
          <w:i w:val="0"/>
          <w:smallCaps w:val="0"/>
          <w:strike w:val="0"/>
          <w:sz w:val="22"/>
          <w:u w:val="single"/>
        </w:rPr>
        <w:t xml:space="preserve"> why they </w:t>
      </w:r>
      <w:r>
        <w:rPr>
          <w:b/>
          <w:i w:val="0"/>
          <w:smallCaps w:val="0"/>
          <w:strike w:val="0"/>
          <w:sz w:val="22"/>
          <w:u w:val="single"/>
        </w:rPr>
        <w:t>weren’t going to do something</w:t>
      </w:r>
      <w:r>
        <w:rPr>
          <w:b w:val="0"/>
          <w:i w:val="0"/>
          <w:smallCaps w:val="0"/>
          <w:strike w:val="0"/>
          <w:sz w:val="22"/>
          <w:u w:val="single"/>
        </w:rPr>
        <w:t xml:space="preserve">, often with </w:t>
      </w:r>
      <w:r>
        <w:rPr>
          <w:b/>
          <w:i w:val="0"/>
          <w:smallCaps w:val="0"/>
          <w:strike w:val="0"/>
          <w:sz w:val="22"/>
          <w:u w:val="single"/>
        </w:rPr>
        <w:t>perfectly good reasons</w:t>
      </w:r>
      <w:r>
        <w:rPr>
          <w:b w:val="0"/>
          <w:i w:val="0"/>
          <w:smallCaps w:val="0"/>
          <w:strike w:val="0"/>
          <w:sz w:val="22"/>
          <w:u w:val="single"/>
        </w:rPr>
        <w:t xml:space="preserve">, and you </w:t>
      </w:r>
      <w:r>
        <w:rPr>
          <w:b/>
          <w:i w:val="0"/>
          <w:smallCaps w:val="0"/>
          <w:strike w:val="0"/>
          <w:sz w:val="22"/>
          <w:u w:val="single"/>
        </w:rPr>
        <w:t>tried to convince them that they should</w:t>
      </w:r>
      <w:r>
        <w:rPr>
          <w:b w:val="0"/>
          <w:i w:val="0"/>
          <w:smallCaps w:val="0"/>
          <w:strike w:val="0"/>
          <w:sz w:val="16"/>
          <w:u w:val="none"/>
        </w:rPr>
        <w:t>.</w:t>
      </w:r>
    </w:p>
    <w:p>
      <w:pPr>
        <w:spacing w:after="60"/>
      </w:pPr>
      <w:r>
        <w:rPr>
          <w:b w:val="0"/>
          <w:i w:val="0"/>
          <w:smallCaps w:val="0"/>
          <w:strike w:val="0"/>
          <w:sz w:val="16"/>
          <w:u w:val="none"/>
        </w:rPr>
        <w:t xml:space="preserve">We were all too busy, but the too-busyness wasn’t really about time, or at least not only. Being too busy meant people didn’t see why the union was worth making time for. </w:t>
      </w:r>
      <w:r>
        <w:rPr>
          <w:b w:val="0"/>
          <w:i w:val="0"/>
          <w:smallCaps w:val="0"/>
          <w:strike w:val="0"/>
          <w:sz w:val="22"/>
          <w:highlight w:val="cyan"/>
          <w:u w:val="single"/>
        </w:rPr>
        <w:t xml:space="preserve">Your </w:t>
      </w:r>
      <w:r>
        <w:rPr>
          <w:b/>
          <w:i w:val="0"/>
          <w:smallCaps w:val="0"/>
          <w:strike w:val="0"/>
          <w:sz w:val="22"/>
          <w:highlight w:val="cyan"/>
          <w:u w:val="single"/>
        </w:rPr>
        <w:t>job as an organizer</w:t>
      </w:r>
      <w:r>
        <w:rPr>
          <w:b w:val="0"/>
          <w:i w:val="0"/>
          <w:smallCaps w:val="0"/>
          <w:strike w:val="0"/>
          <w:sz w:val="22"/>
          <w:u w:val="single"/>
        </w:rPr>
        <w:t xml:space="preserve"> was to </w:t>
      </w:r>
      <w:r>
        <w:rPr>
          <w:b/>
          <w:i w:val="0"/>
          <w:smallCaps w:val="0"/>
          <w:strike w:val="0"/>
          <w:sz w:val="22"/>
          <w:u w:val="single"/>
        </w:rPr>
        <w:t>find out what it was that people wanted to be different</w:t>
      </w:r>
      <w:r>
        <w:rPr>
          <w:b w:val="0"/>
          <w:i w:val="0"/>
          <w:smallCaps w:val="0"/>
          <w:strike w:val="0"/>
          <w:sz w:val="22"/>
          <w:u w:val="single"/>
        </w:rPr>
        <w:t xml:space="preserve"> in their lives, and then to </w:t>
      </w:r>
      <w:r>
        <w:rPr>
          <w:b/>
          <w:i w:val="0"/>
          <w:smallCaps w:val="0"/>
          <w:strike w:val="0"/>
          <w:sz w:val="22"/>
          <w:u w:val="single"/>
        </w:rPr>
        <w:t>persuade people that it mattered whether they decided to do something about it</w:t>
      </w:r>
      <w:r>
        <w:rPr>
          <w:b w:val="0"/>
          <w:i w:val="0"/>
          <w:smallCaps w:val="0"/>
          <w:strike w:val="0"/>
          <w:sz w:val="22"/>
          <w:u w:val="single"/>
        </w:rPr>
        <w:t xml:space="preserve">. This is </w:t>
      </w:r>
      <w:r>
        <w:rPr>
          <w:b/>
          <w:i w:val="0"/>
          <w:smallCaps w:val="0"/>
          <w:strike w:val="0"/>
          <w:sz w:val="22"/>
          <w:u w:val="single"/>
        </w:rPr>
        <w:t>not the same thing</w:t>
      </w:r>
      <w:r>
        <w:rPr>
          <w:b w:val="0"/>
          <w:i w:val="0"/>
          <w:smallCaps w:val="0"/>
          <w:strike w:val="0"/>
          <w:sz w:val="22"/>
          <w:u w:val="single"/>
        </w:rPr>
        <w:t xml:space="preserve"> as persuading people that the </w:t>
      </w:r>
      <w:r>
        <w:rPr>
          <w:b/>
          <w:i w:val="0"/>
          <w:smallCaps w:val="0"/>
          <w:strike w:val="0"/>
          <w:sz w:val="22"/>
          <w:u w:val="single"/>
        </w:rPr>
        <w:t>thing itself matters</w:t>
      </w:r>
      <w:r>
        <w:rPr>
          <w:b w:val="0"/>
          <w:i w:val="0"/>
          <w:smallCaps w:val="0"/>
          <w:strike w:val="0"/>
          <w:sz w:val="22"/>
          <w:u w:val="single"/>
        </w:rPr>
        <w:t xml:space="preserve">: they </w:t>
      </w:r>
      <w:r>
        <w:rPr>
          <w:b/>
          <w:i w:val="0"/>
          <w:smallCaps w:val="0"/>
          <w:strike w:val="0"/>
          <w:sz w:val="22"/>
          <w:u w:val="single"/>
        </w:rPr>
        <w:t>usually know it does</w:t>
      </w:r>
      <w:r>
        <w:rPr>
          <w:b w:val="0"/>
          <w:i w:val="0"/>
          <w:smallCaps w:val="0"/>
          <w:strike w:val="0"/>
          <w:sz w:val="22"/>
          <w:u w:val="single"/>
        </w:rPr>
        <w:t xml:space="preserve">. The </w:t>
      </w:r>
      <w:r>
        <w:rPr>
          <w:b/>
          <w:i w:val="0"/>
          <w:smallCaps w:val="0"/>
          <w:strike w:val="0"/>
          <w:sz w:val="22"/>
          <w:u w:val="single"/>
        </w:rPr>
        <w:t>task</w:t>
      </w:r>
      <w:r>
        <w:rPr>
          <w:b w:val="0"/>
          <w:i w:val="0"/>
          <w:smallCaps w:val="0"/>
          <w:strike w:val="0"/>
          <w:sz w:val="22"/>
          <w:u w:val="single"/>
        </w:rPr>
        <w:t xml:space="preserve"> </w:t>
      </w:r>
      <w:r>
        <w:rPr>
          <w:b w:val="0"/>
          <w:i w:val="0"/>
          <w:smallCaps w:val="0"/>
          <w:strike w:val="0"/>
          <w:sz w:val="22"/>
          <w:highlight w:val="cyan"/>
          <w:u w:val="single"/>
        </w:rPr>
        <w:t xml:space="preserve">is to </w:t>
      </w:r>
      <w:r>
        <w:rPr>
          <w:b/>
          <w:i w:val="0"/>
          <w:smallCaps w:val="0"/>
          <w:strike w:val="0"/>
          <w:sz w:val="30"/>
          <w:highlight w:val="cyan"/>
          <w:u w:val="single"/>
        </w:rPr>
        <w:t>persuade people</w:t>
      </w:r>
      <w:r>
        <w:rPr>
          <w:b/>
          <w:i w:val="0"/>
          <w:smallCaps w:val="0"/>
          <w:strike w:val="0"/>
          <w:sz w:val="30"/>
          <w:u w:val="single"/>
        </w:rPr>
        <w:t xml:space="preserve"> that </w:t>
      </w:r>
      <w:r>
        <w:rPr>
          <w:b/>
          <w:i w:val="0"/>
          <w:smallCaps w:val="0"/>
          <w:strike w:val="0"/>
          <w:sz w:val="30"/>
          <w:highlight w:val="cyan"/>
          <w:u w:val="single"/>
        </w:rPr>
        <w:t>they matter</w:t>
      </w:r>
      <w:r>
        <w:rPr>
          <w:b w:val="0"/>
          <w:i w:val="0"/>
          <w:smallCaps w:val="0"/>
          <w:strike w:val="0"/>
          <w:sz w:val="22"/>
          <w:u w:val="single"/>
        </w:rPr>
        <w:t xml:space="preserve">: they </w:t>
      </w:r>
      <w:r>
        <w:rPr>
          <w:b/>
          <w:i w:val="0"/>
          <w:smallCaps w:val="0"/>
          <w:strike w:val="0"/>
          <w:sz w:val="22"/>
          <w:u w:val="single"/>
        </w:rPr>
        <w:t>know they usually don’t</w:t>
      </w:r>
      <w:r>
        <w:rPr>
          <w:b w:val="0"/>
          <w:i w:val="0"/>
          <w:smallCaps w:val="0"/>
          <w:strike w:val="0"/>
          <w:sz w:val="16"/>
          <w:u w:val="none"/>
        </w:rPr>
        <w:t>.</w:t>
      </w:r>
    </w:p>
    <w:p>
      <w:pPr>
        <w:spacing w:after="60"/>
      </w:pPr>
      <w:r>
        <w:rPr>
          <w:b w:val="0"/>
          <w:i w:val="0"/>
          <w:smallCaps w:val="0"/>
          <w:strike w:val="0"/>
          <w:sz w:val="16"/>
          <w:u w:val="none"/>
        </w:rPr>
        <w:t xml:space="preserve">“THE BEGINNER WHO has learned a new language always translates it back into his mother tongue,” Marx observed in The Eighteenth Brumaire of Louis Bonaparte, “but he assimilates the spirit of the new language and expresses himself freely in it only when he moves in it without recalling the old and when he forgets his native tongue.” </w:t>
      </w:r>
      <w:r>
        <w:rPr>
          <w:b w:val="0"/>
          <w:i w:val="0"/>
          <w:smallCaps w:val="0"/>
          <w:strike w:val="0"/>
          <w:sz w:val="22"/>
          <w:highlight w:val="cyan"/>
          <w:u w:val="single"/>
        </w:rPr>
        <w:t xml:space="preserve">Organizing requires you to </w:t>
      </w:r>
      <w:r>
        <w:rPr>
          <w:b/>
          <w:i w:val="0"/>
          <w:smallCaps w:val="0"/>
          <w:strike w:val="0"/>
          <w:sz w:val="22"/>
          <w:highlight w:val="cyan"/>
          <w:u w:val="single"/>
        </w:rPr>
        <w:t>learn the language of politics so well</w:t>
      </w:r>
      <w:r>
        <w:rPr>
          <w:b w:val="0"/>
          <w:i w:val="0"/>
          <w:smallCaps w:val="0"/>
          <w:strike w:val="0"/>
          <w:sz w:val="22"/>
          <w:u w:val="single"/>
        </w:rPr>
        <w:t xml:space="preserve"> that </w:t>
      </w:r>
      <w:r>
        <w:rPr>
          <w:b w:val="0"/>
          <w:i w:val="0"/>
          <w:smallCaps w:val="0"/>
          <w:strike w:val="0"/>
          <w:sz w:val="22"/>
          <w:highlight w:val="cyan"/>
          <w:u w:val="single"/>
        </w:rPr>
        <w:t xml:space="preserve">it </w:t>
      </w:r>
      <w:r>
        <w:rPr>
          <w:b/>
          <w:i w:val="0"/>
          <w:smallCaps w:val="0"/>
          <w:strike w:val="0"/>
          <w:sz w:val="22"/>
          <w:highlight w:val="cyan"/>
          <w:u w:val="single"/>
        </w:rPr>
        <w:t>becomes your own</w:t>
      </w:r>
      <w:r>
        <w:rPr>
          <w:b w:val="0"/>
          <w:i w:val="0"/>
          <w:smallCaps w:val="0"/>
          <w:strike w:val="0"/>
          <w:sz w:val="22"/>
          <w:highlight w:val="cyan"/>
          <w:u w:val="single"/>
        </w:rPr>
        <w:t>.</w:t>
      </w:r>
      <w:r>
        <w:rPr>
          <w:b w:val="0"/>
          <w:i w:val="0"/>
          <w:smallCaps w:val="0"/>
          <w:strike w:val="0"/>
          <w:sz w:val="22"/>
          <w:u w:val="single"/>
        </w:rPr>
        <w:t xml:space="preserve"> Like any other language, </w:t>
      </w:r>
      <w:r>
        <w:rPr>
          <w:b w:val="0"/>
          <w:i w:val="0"/>
          <w:smallCaps w:val="0"/>
          <w:strike w:val="0"/>
          <w:sz w:val="22"/>
          <w:u w:val="single"/>
        </w:rPr>
        <w:t xml:space="preserve">it takes a </w:t>
      </w:r>
      <w:r>
        <w:rPr>
          <w:b/>
          <w:i w:val="0"/>
          <w:smallCaps w:val="0"/>
          <w:strike w:val="0"/>
          <w:sz w:val="22"/>
          <w:u w:val="single"/>
        </w:rPr>
        <w:t>lot of practice</w:t>
      </w:r>
      <w:r>
        <w:rPr>
          <w:b w:val="0"/>
          <w:i w:val="0"/>
          <w:smallCaps w:val="0"/>
          <w:strike w:val="0"/>
          <w:sz w:val="22"/>
          <w:u w:val="single"/>
        </w:rPr>
        <w:t xml:space="preserve">, during which time you </w:t>
      </w:r>
      <w:r>
        <w:rPr>
          <w:b/>
          <w:i w:val="0"/>
          <w:smallCaps w:val="0"/>
          <w:strike w:val="0"/>
          <w:sz w:val="22"/>
          <w:u w:val="single"/>
        </w:rPr>
        <w:t>often feel awkward</w:t>
      </w:r>
      <w:r>
        <w:rPr>
          <w:b w:val="0"/>
          <w:i w:val="0"/>
          <w:smallCaps w:val="0"/>
          <w:strike w:val="0"/>
          <w:sz w:val="22"/>
          <w:u w:val="single"/>
        </w:rPr>
        <w:t xml:space="preserve"> and </w:t>
      </w:r>
      <w:r>
        <w:rPr>
          <w:b/>
          <w:i w:val="0"/>
          <w:smallCaps w:val="0"/>
          <w:strike w:val="0"/>
          <w:sz w:val="22"/>
          <w:u w:val="single"/>
        </w:rPr>
        <w:t>unsure</w:t>
      </w:r>
      <w:r>
        <w:rPr>
          <w:b w:val="0"/>
          <w:i w:val="0"/>
          <w:smallCaps w:val="0"/>
          <w:strike w:val="0"/>
          <w:sz w:val="16"/>
          <w:u w:val="none"/>
        </w:rPr>
        <w:t xml:space="preserve">. For </w:t>
      </w:r>
      <w:r>
        <w:rPr>
          <w:b w:val="0"/>
          <w:i w:val="0"/>
          <w:smallCaps w:val="0"/>
          <w:strike w:val="0"/>
          <w:sz w:val="22"/>
          <w:u w:val="single"/>
        </w:rPr>
        <w:t>this stage</w:t>
      </w:r>
      <w:r>
        <w:rPr>
          <w:b w:val="0"/>
          <w:i w:val="0"/>
          <w:smallCaps w:val="0"/>
          <w:strike w:val="0"/>
          <w:sz w:val="16"/>
          <w:u w:val="none"/>
        </w:rPr>
        <w:t xml:space="preserve"> there are exercises like “stake, take, do,” which </w:t>
      </w:r>
      <w:r>
        <w:rPr>
          <w:b w:val="0"/>
          <w:i w:val="0"/>
          <w:smallCaps w:val="0"/>
          <w:strike w:val="0"/>
          <w:sz w:val="22"/>
          <w:u w:val="single"/>
        </w:rPr>
        <w:t xml:space="preserve">lays out a </w:t>
      </w:r>
      <w:r>
        <w:rPr>
          <w:b/>
          <w:i w:val="0"/>
          <w:smallCaps w:val="0"/>
          <w:strike w:val="0"/>
          <w:sz w:val="22"/>
          <w:u w:val="single"/>
        </w:rPr>
        <w:t>sequence of questions</w:t>
      </w:r>
      <w:r>
        <w:rPr>
          <w:b w:val="0"/>
          <w:i w:val="0"/>
          <w:smallCaps w:val="0"/>
          <w:strike w:val="0"/>
          <w:sz w:val="22"/>
          <w:u w:val="single"/>
        </w:rPr>
        <w:t xml:space="preserve"> for you: </w:t>
      </w:r>
      <w:r>
        <w:rPr>
          <w:b/>
          <w:i w:val="0"/>
          <w:smallCaps w:val="0"/>
          <w:strike w:val="0"/>
          <w:sz w:val="30"/>
          <w:highlight w:val="cyan"/>
          <w:u w:val="single"/>
        </w:rPr>
        <w:t>What is at stake for you?</w:t>
      </w:r>
      <w:r>
        <w:rPr>
          <w:b w:val="0"/>
          <w:i w:val="0"/>
          <w:smallCaps w:val="0"/>
          <w:strike w:val="0"/>
          <w:sz w:val="30"/>
          <w:u w:val="single"/>
        </w:rPr>
        <w:t xml:space="preserve"> </w:t>
      </w:r>
      <w:r>
        <w:rPr>
          <w:b/>
          <w:i w:val="0"/>
          <w:smallCaps w:val="0"/>
          <w:strike w:val="0"/>
          <w:sz w:val="30"/>
          <w:highlight w:val="cyan"/>
          <w:u w:val="single"/>
        </w:rPr>
        <w:t>What will it take to win?</w:t>
      </w:r>
      <w:r>
        <w:rPr>
          <w:b w:val="0"/>
          <w:i w:val="0"/>
          <w:smallCaps w:val="0"/>
          <w:strike w:val="0"/>
          <w:sz w:val="30"/>
          <w:u w:val="single"/>
        </w:rPr>
        <w:t xml:space="preserve"> </w:t>
      </w:r>
      <w:r>
        <w:rPr>
          <w:b/>
          <w:i w:val="0"/>
          <w:smallCaps w:val="0"/>
          <w:strike w:val="0"/>
          <w:sz w:val="30"/>
          <w:highlight w:val="cyan"/>
          <w:u w:val="single"/>
        </w:rPr>
        <w:t>What will you do about it?</w:t>
      </w:r>
      <w:r>
        <w:rPr>
          <w:b w:val="0"/>
          <w:i w:val="0"/>
          <w:smallCaps w:val="0"/>
          <w:strike w:val="0"/>
          <w:sz w:val="22"/>
          <w:u w:val="single"/>
        </w:rPr>
        <w:t xml:space="preserve"> </w:t>
      </w:r>
      <w:r>
        <w:rPr>
          <w:b/>
          <w:i w:val="0"/>
          <w:smallCaps w:val="0"/>
          <w:strike w:val="0"/>
          <w:sz w:val="22"/>
          <w:u w:val="single"/>
        </w:rPr>
        <w:t xml:space="preserve">You have to </w:t>
      </w:r>
      <w:r>
        <w:rPr>
          <w:b/>
          <w:i w:val="0"/>
          <w:smallCaps w:val="0"/>
          <w:strike w:val="0"/>
          <w:sz w:val="30"/>
          <w:highlight w:val="cyan"/>
          <w:u w:val="single"/>
        </w:rPr>
        <w:t>start</w:t>
      </w:r>
      <w:r>
        <w:rPr>
          <w:b/>
          <w:i w:val="0"/>
          <w:smallCaps w:val="0"/>
          <w:strike w:val="0"/>
          <w:sz w:val="22"/>
          <w:u w:val="single"/>
        </w:rPr>
        <w:t xml:space="preserve"> with what matters to you</w:t>
      </w:r>
      <w:r>
        <w:rPr>
          <w:b w:val="0"/>
          <w:i w:val="0"/>
          <w:smallCaps w:val="0"/>
          <w:strike w:val="0"/>
          <w:sz w:val="22"/>
          <w:u w:val="single"/>
        </w:rPr>
        <w:t xml:space="preserve"> and the </w:t>
      </w:r>
      <w:r>
        <w:rPr>
          <w:b/>
          <w:i w:val="0"/>
          <w:smallCaps w:val="0"/>
          <w:strike w:val="0"/>
          <w:sz w:val="22"/>
          <w:u w:val="single"/>
        </w:rPr>
        <w:t xml:space="preserve">person you’re organizing </w:t>
      </w:r>
      <w:r>
        <w:rPr>
          <w:b/>
          <w:i w:val="0"/>
          <w:smallCaps w:val="0"/>
          <w:strike w:val="0"/>
          <w:sz w:val="30"/>
          <w:highlight w:val="cyan"/>
          <w:u w:val="single"/>
        </w:rPr>
        <w:t>before</w:t>
      </w:r>
      <w:r>
        <w:rPr>
          <w:b/>
          <w:i w:val="0"/>
          <w:smallCaps w:val="0"/>
          <w:strike w:val="0"/>
          <w:sz w:val="22"/>
          <w:highlight w:val="cyan"/>
          <w:u w:val="single"/>
        </w:rPr>
        <w:t xml:space="preserve"> jumping in</w:t>
      </w:r>
      <w:r>
        <w:rPr>
          <w:b/>
          <w:i w:val="0"/>
          <w:smallCaps w:val="0"/>
          <w:strike w:val="0"/>
          <w:sz w:val="22"/>
          <w:u w:val="single"/>
        </w:rPr>
        <w:t>to how hard it’s going to be</w:t>
      </w:r>
      <w:r>
        <w:rPr>
          <w:b w:val="0"/>
          <w:i w:val="0"/>
          <w:smallCaps w:val="0"/>
          <w:strike w:val="0"/>
          <w:sz w:val="22"/>
          <w:u w:val="single"/>
        </w:rPr>
        <w:t xml:space="preserve"> and </w:t>
      </w:r>
      <w:r>
        <w:rPr>
          <w:b/>
          <w:i w:val="0"/>
          <w:smallCaps w:val="0"/>
          <w:strike w:val="0"/>
          <w:sz w:val="22"/>
          <w:u w:val="single"/>
        </w:rPr>
        <w:t>why they should do it anyway</w:t>
      </w:r>
      <w:r>
        <w:rPr>
          <w:b w:val="0"/>
          <w:i w:val="0"/>
          <w:smallCaps w:val="0"/>
          <w:strike w:val="0"/>
          <w:sz w:val="22"/>
          <w:u w:val="single"/>
        </w:rPr>
        <w:t xml:space="preserve">. These exercises are </w:t>
      </w:r>
      <w:r>
        <w:rPr>
          <w:b/>
          <w:i w:val="0"/>
          <w:smallCaps w:val="0"/>
          <w:strike w:val="0"/>
          <w:sz w:val="22"/>
          <w:u w:val="single"/>
        </w:rPr>
        <w:t>useful</w:t>
      </w:r>
      <w:r>
        <w:rPr>
          <w:b w:val="0"/>
          <w:i w:val="0"/>
          <w:smallCaps w:val="0"/>
          <w:strike w:val="0"/>
          <w:sz w:val="22"/>
          <w:u w:val="single"/>
        </w:rPr>
        <w:t xml:space="preserve">, but they can be </w:t>
      </w:r>
      <w:r>
        <w:rPr>
          <w:b/>
          <w:i w:val="0"/>
          <w:smallCaps w:val="0"/>
          <w:strike w:val="0"/>
          <w:sz w:val="22"/>
          <w:u w:val="single"/>
        </w:rPr>
        <w:t>stiff</w:t>
      </w:r>
      <w:r>
        <w:rPr>
          <w:b w:val="0"/>
          <w:i w:val="0"/>
          <w:smallCaps w:val="0"/>
          <w:strike w:val="0"/>
          <w:sz w:val="22"/>
          <w:u w:val="single"/>
        </w:rPr>
        <w:t xml:space="preserve"> and </w:t>
      </w:r>
      <w:r>
        <w:rPr>
          <w:b/>
          <w:i w:val="0"/>
          <w:smallCaps w:val="0"/>
          <w:strike w:val="0"/>
          <w:sz w:val="22"/>
          <w:u w:val="single"/>
        </w:rPr>
        <w:t>artificial</w:t>
      </w:r>
      <w:r>
        <w:rPr>
          <w:b w:val="0"/>
          <w:i w:val="0"/>
          <w:smallCaps w:val="0"/>
          <w:strike w:val="0"/>
          <w:sz w:val="22"/>
          <w:u w:val="single"/>
        </w:rPr>
        <w:t xml:space="preserve">, because you’re </w:t>
      </w:r>
      <w:r>
        <w:rPr>
          <w:b/>
          <w:i w:val="0"/>
          <w:smallCaps w:val="0"/>
          <w:strike w:val="0"/>
          <w:sz w:val="22"/>
          <w:u w:val="single"/>
        </w:rPr>
        <w:t>not really speaking politics yet</w:t>
      </w:r>
      <w:r>
        <w:rPr>
          <w:b w:val="0"/>
          <w:i w:val="0"/>
          <w:smallCaps w:val="0"/>
          <w:strike w:val="0"/>
          <w:sz w:val="22"/>
          <w:u w:val="single"/>
        </w:rPr>
        <w:t xml:space="preserve">: you’re still </w:t>
      </w:r>
      <w:r>
        <w:rPr>
          <w:b/>
          <w:i w:val="0"/>
          <w:smallCaps w:val="0"/>
          <w:strike w:val="0"/>
          <w:sz w:val="22"/>
          <w:u w:val="single"/>
        </w:rPr>
        <w:t>translating</w:t>
      </w:r>
      <w:r>
        <w:rPr>
          <w:b w:val="0"/>
          <w:i w:val="0"/>
          <w:smallCaps w:val="0"/>
          <w:strike w:val="0"/>
          <w:sz w:val="16"/>
          <w:u w:val="none"/>
        </w:rPr>
        <w:t xml:space="preserve">. It’s why new organizers often sound slightly robotic, repeating something they’ve clearly learned from someone else. But </w:t>
      </w:r>
      <w:r>
        <w:rPr>
          <w:b w:val="0"/>
          <w:i w:val="0"/>
          <w:smallCaps w:val="0"/>
          <w:strike w:val="0"/>
          <w:sz w:val="22"/>
          <w:u w:val="single"/>
        </w:rPr>
        <w:t xml:space="preserve">eventually you learn to </w:t>
      </w:r>
      <w:r>
        <w:rPr>
          <w:b/>
          <w:i w:val="0"/>
          <w:smallCaps w:val="0"/>
          <w:strike w:val="0"/>
          <w:sz w:val="22"/>
          <w:u w:val="single"/>
        </w:rPr>
        <w:t>leave this scaffolding behind</w:t>
      </w:r>
      <w:r>
        <w:rPr>
          <w:b w:val="0"/>
          <w:i w:val="0"/>
          <w:smallCaps w:val="0"/>
          <w:strike w:val="0"/>
          <w:sz w:val="22"/>
          <w:u w:val="single"/>
        </w:rPr>
        <w:t xml:space="preserve"> and </w:t>
      </w:r>
      <w:r>
        <w:rPr>
          <w:b/>
          <w:i w:val="0"/>
          <w:smallCaps w:val="0"/>
          <w:strike w:val="0"/>
          <w:sz w:val="22"/>
          <w:u w:val="single"/>
        </w:rPr>
        <w:t>speak as yourself</w:t>
      </w:r>
      <w:r>
        <w:rPr>
          <w:b w:val="0"/>
          <w:i w:val="0"/>
          <w:smallCaps w:val="0"/>
          <w:strike w:val="0"/>
          <w:sz w:val="16"/>
          <w:u w:val="none"/>
        </w:rPr>
        <w:t>.</w:t>
      </w:r>
    </w:p>
    <w:p>
      <w:pPr>
        <w:spacing w:after="60"/>
      </w:pPr>
      <w:r>
        <w:rPr>
          <w:b w:val="0"/>
          <w:i w:val="0"/>
          <w:smallCaps w:val="0"/>
          <w:strike w:val="0"/>
          <w:sz w:val="22"/>
          <w:u w:val="single"/>
        </w:rPr>
        <w:t>Often</w:t>
      </w:r>
      <w:r>
        <w:rPr>
          <w:b w:val="0"/>
          <w:i w:val="0"/>
          <w:smallCaps w:val="0"/>
          <w:strike w:val="0"/>
          <w:sz w:val="16"/>
          <w:u w:val="none"/>
        </w:rPr>
        <w:t xml:space="preserve">, however, </w:t>
      </w:r>
      <w:r>
        <w:rPr>
          <w:b w:val="0"/>
          <w:i w:val="0"/>
          <w:smallCaps w:val="0"/>
          <w:strike w:val="0"/>
          <w:sz w:val="22"/>
          <w:highlight w:val="cyan"/>
          <w:u w:val="single"/>
        </w:rPr>
        <w:t xml:space="preserve">you have to learn to speak </w:t>
      </w:r>
      <w:r>
        <w:rPr>
          <w:b/>
          <w:i w:val="0"/>
          <w:smallCaps w:val="0"/>
          <w:strike w:val="0"/>
          <w:sz w:val="22"/>
          <w:highlight w:val="cyan"/>
          <w:u w:val="single"/>
        </w:rPr>
        <w:t>differently</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to speak as </w:t>
      </w:r>
      <w:r>
        <w:rPr>
          <w:b w:val="0"/>
          <w:i w:val="0"/>
          <w:smallCaps w:val="0"/>
          <w:strike w:val="0"/>
          <w:sz w:val="22"/>
          <w:highlight w:val="cyan"/>
          <w:u w:val="single"/>
        </w:rPr>
        <w:t xml:space="preserve">a </w:t>
      </w:r>
      <w:r>
        <w:rPr>
          <w:b/>
          <w:i w:val="0"/>
          <w:smallCaps w:val="0"/>
          <w:strike w:val="0"/>
          <w:sz w:val="22"/>
          <w:highlight w:val="cyan"/>
          <w:u w:val="single"/>
        </w:rPr>
        <w:t>different version of yourself</w:t>
      </w:r>
      <w:r>
        <w:rPr>
          <w:b w:val="0"/>
          <w:i w:val="0"/>
          <w:smallCaps w:val="0"/>
          <w:strike w:val="0"/>
          <w:sz w:val="22"/>
          <w:u w:val="single"/>
        </w:rPr>
        <w:t xml:space="preserve">. </w:t>
      </w:r>
      <w:r>
        <w:rPr>
          <w:b w:val="0"/>
          <w:i w:val="0"/>
          <w:smallCaps w:val="0"/>
          <w:strike w:val="0"/>
          <w:sz w:val="22"/>
          <w:highlight w:val="cyan"/>
          <w:u w:val="single"/>
        </w:rPr>
        <w:t xml:space="preserve">This means </w:t>
      </w:r>
      <w:r>
        <w:rPr>
          <w:b/>
          <w:i w:val="0"/>
          <w:smallCaps w:val="0"/>
          <w:strike w:val="0"/>
          <w:sz w:val="22"/>
          <w:highlight w:val="cyan"/>
          <w:u w:val="single"/>
        </w:rPr>
        <w:t>discarding</w:t>
      </w:r>
      <w:r>
        <w:rPr>
          <w:b w:val="0"/>
          <w:i w:val="0"/>
          <w:smallCaps w:val="0"/>
          <w:strike w:val="0"/>
          <w:sz w:val="22"/>
          <w:u w:val="single"/>
        </w:rPr>
        <w:t xml:space="preserve"> many of </w:t>
      </w:r>
      <w:r>
        <w:rPr>
          <w:b w:val="0"/>
          <w:i w:val="0"/>
          <w:smallCaps w:val="0"/>
          <w:strike w:val="0"/>
          <w:sz w:val="22"/>
          <w:highlight w:val="cyan"/>
          <w:u w:val="single"/>
        </w:rPr>
        <w:t xml:space="preserve">your </w:t>
      </w:r>
      <w:r>
        <w:rPr>
          <w:b/>
          <w:i w:val="0"/>
          <w:smallCaps w:val="0"/>
          <w:strike w:val="0"/>
          <w:sz w:val="22"/>
          <w:highlight w:val="cyan"/>
          <w:u w:val="single"/>
        </w:rPr>
        <w:t>most familiar habits</w:t>
      </w:r>
      <w:r>
        <w:rPr>
          <w:b w:val="0"/>
          <w:i w:val="0"/>
          <w:smallCaps w:val="0"/>
          <w:strike w:val="0"/>
          <w:sz w:val="16"/>
          <w:u w:val="none"/>
        </w:rPr>
        <w:t>. Like many women, for a while I managed to get by on likability; I was already good at a certain kind of emotional labor. But as the asks got bigger, I hit a wall: people might spend thirty seconds signing a petition they didn’t think mattered much because they liked me, but they weren’t going to piss off their boss just to stay in my good graces. So I had to learn something else. “An axiom of organizers,” writes Jane McAlevey, “is that every good organizing conversation makes everyone at least a little uncomfortable.” The most awkward part is what McAlevey calls “the long uncomfortable silence”</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the moment when you make an ask and let someone think about their answer. For a long time my biggest weakness was my tendency to shy away from making sure people knew that winning the things they said they wanted was up to them. </w:t>
      </w:r>
      <w:r>
        <w:rPr>
          <w:b w:val="0"/>
          <w:i w:val="0"/>
          <w:smallCaps w:val="0"/>
          <w:strike w:val="0"/>
          <w:sz w:val="22"/>
          <w:u w:val="single"/>
        </w:rPr>
        <w:t xml:space="preserve">Too often I tried </w:t>
      </w:r>
      <w:r>
        <w:rPr>
          <w:b w:val="0"/>
          <w:i w:val="0"/>
          <w:smallCaps w:val="0"/>
          <w:strike w:val="0"/>
          <w:sz w:val="22"/>
          <w:highlight w:val="cyan"/>
          <w:u w:val="single"/>
        </w:rPr>
        <w:t xml:space="preserve">to </w:t>
      </w:r>
      <w:r>
        <w:rPr>
          <w:b/>
          <w:i w:val="0"/>
          <w:smallCaps w:val="0"/>
          <w:strike w:val="0"/>
          <w:sz w:val="22"/>
          <w:highlight w:val="cyan"/>
          <w:u w:val="single"/>
        </w:rPr>
        <w:t>gloss over the discomfort</w:t>
      </w:r>
      <w:r>
        <w:rPr>
          <w:b w:val="0"/>
          <w:i w:val="0"/>
          <w:smallCaps w:val="0"/>
          <w:strike w:val="0"/>
          <w:sz w:val="22"/>
          <w:u w:val="single"/>
        </w:rPr>
        <w:t xml:space="preserve"> instead of </w:t>
      </w:r>
      <w:r>
        <w:rPr>
          <w:b/>
          <w:i w:val="0"/>
          <w:smallCaps w:val="0"/>
          <w:strike w:val="0"/>
          <w:sz w:val="22"/>
          <w:u w:val="single"/>
        </w:rPr>
        <w:t>letting it sit</w:t>
      </w:r>
      <w:r>
        <w:rPr>
          <w:b w:val="0"/>
          <w:i w:val="0"/>
          <w:smallCaps w:val="0"/>
          <w:strike w:val="0"/>
          <w:sz w:val="22"/>
          <w:u w:val="single"/>
        </w:rPr>
        <w:t xml:space="preserve">. It was </w:t>
      </w:r>
      <w:r>
        <w:rPr>
          <w:b/>
          <w:i w:val="0"/>
          <w:smallCaps w:val="0"/>
          <w:strike w:val="0"/>
          <w:sz w:val="22"/>
          <w:u w:val="single"/>
        </w:rPr>
        <w:t>a lot easier</w:t>
      </w:r>
      <w:r>
        <w:rPr>
          <w:b w:val="0"/>
          <w:i w:val="0"/>
          <w:smallCaps w:val="0"/>
          <w:strike w:val="0"/>
          <w:sz w:val="22"/>
          <w:u w:val="single"/>
        </w:rPr>
        <w:t xml:space="preserve"> to talk about our </w:t>
      </w:r>
      <w:r>
        <w:rPr>
          <w:b/>
          <w:i w:val="0"/>
          <w:smallCaps w:val="0"/>
          <w:strike w:val="0"/>
          <w:sz w:val="22"/>
          <w:u w:val="single"/>
        </w:rPr>
        <w:t>brilliant plan</w:t>
      </w:r>
      <w:r>
        <w:rPr>
          <w:b w:val="0"/>
          <w:i w:val="0"/>
          <w:smallCaps w:val="0"/>
          <w:strike w:val="0"/>
          <w:sz w:val="22"/>
          <w:u w:val="single"/>
        </w:rPr>
        <w:t xml:space="preserve"> or </w:t>
      </w:r>
      <w:r>
        <w:rPr>
          <w:b/>
          <w:i w:val="0"/>
          <w:smallCaps w:val="0"/>
          <w:strike w:val="0"/>
          <w:sz w:val="22"/>
          <w:u w:val="single"/>
        </w:rPr>
        <w:t>how much support we had from our allies</w:t>
      </w:r>
      <w:r>
        <w:rPr>
          <w:b w:val="0"/>
          <w:i w:val="0"/>
          <w:smallCaps w:val="0"/>
          <w:strike w:val="0"/>
          <w:sz w:val="22"/>
          <w:u w:val="single"/>
        </w:rPr>
        <w:t xml:space="preserve"> than to insist with the people I was organizing that </w:t>
      </w:r>
      <w:r>
        <w:rPr>
          <w:b/>
          <w:i w:val="0"/>
          <w:smallCaps w:val="0"/>
          <w:strike w:val="0"/>
          <w:sz w:val="22"/>
          <w:u w:val="single"/>
        </w:rPr>
        <w:t>whether we won</w:t>
      </w:r>
      <w:r>
        <w:rPr>
          <w:b w:val="0"/>
          <w:i w:val="0"/>
          <w:smallCaps w:val="0"/>
          <w:strike w:val="0"/>
          <w:sz w:val="16"/>
          <w:u w:val="none"/>
        </w:rPr>
        <w:t xml:space="preserve"> our own union </w:t>
      </w:r>
      <w:r>
        <w:rPr>
          <w:b/>
          <w:i w:val="0"/>
          <w:smallCaps w:val="0"/>
          <w:strike w:val="0"/>
          <w:sz w:val="22"/>
          <w:u w:val="single"/>
        </w:rPr>
        <w:t>or not depended on them</w:t>
      </w:r>
      <w:r>
        <w:rPr>
          <w:b w:val="0"/>
          <w:i w:val="0"/>
          <w:smallCaps w:val="0"/>
          <w:strike w:val="0"/>
          <w:sz w:val="16"/>
          <w:u w:val="none"/>
        </w:rPr>
        <w:t xml:space="preserve">. As a result, people saw me as the union person who would deliver information and lay out a plan and keep them posted; they did not see themselves as union people who were also responsible for helping to win the things they said they wanted. McAlevey would call this a shortcut; </w:t>
      </w:r>
      <w:r>
        <w:rPr>
          <w:b w:val="0"/>
          <w:i w:val="0"/>
          <w:smallCaps w:val="0"/>
          <w:strike w:val="0"/>
          <w:sz w:val="22"/>
          <w:u w:val="single"/>
        </w:rPr>
        <w:t xml:space="preserve">we called it </w:t>
      </w:r>
      <w:r>
        <w:rPr>
          <w:b/>
          <w:i w:val="0"/>
          <w:smallCaps w:val="0"/>
          <w:strike w:val="0"/>
          <w:sz w:val="22"/>
          <w:highlight w:val="cyan"/>
          <w:u w:val="single"/>
        </w:rPr>
        <w:t>protect</w:t>
      </w:r>
      <w:r>
        <w:rPr>
          <w:b/>
          <w:i w:val="0"/>
          <w:smallCaps w:val="0"/>
          <w:strike w:val="0"/>
          <w:sz w:val="22"/>
          <w:u w:val="single"/>
        </w:rPr>
        <w:t xml:space="preserve">ing </w:t>
      </w:r>
      <w:r>
        <w:rPr>
          <w:b/>
          <w:i w:val="0"/>
          <w:smallCaps w:val="0"/>
          <w:strike w:val="0"/>
          <w:sz w:val="22"/>
          <w:highlight w:val="cyan"/>
          <w:u w:val="single"/>
        </w:rPr>
        <w:t>people from the organizing</w:t>
      </w:r>
      <w:r>
        <w:rPr>
          <w:b w:val="0"/>
          <w:i w:val="0"/>
          <w:smallCaps w:val="0"/>
          <w:strike w:val="0"/>
          <w:sz w:val="22"/>
          <w:u w:val="single"/>
        </w:rPr>
        <w:t xml:space="preserve">. To </w:t>
      </w:r>
      <w:r>
        <w:rPr>
          <w:b/>
          <w:i w:val="0"/>
          <w:smallCaps w:val="0"/>
          <w:strike w:val="0"/>
          <w:sz w:val="22"/>
          <w:u w:val="single"/>
        </w:rPr>
        <w:t>soften the ask</w:t>
      </w:r>
      <w:r>
        <w:rPr>
          <w:b w:val="0"/>
          <w:i w:val="0"/>
          <w:smallCaps w:val="0"/>
          <w:strike w:val="0"/>
          <w:sz w:val="22"/>
          <w:u w:val="single"/>
        </w:rPr>
        <w:t xml:space="preserve"> seems </w:t>
      </w:r>
      <w:r>
        <w:rPr>
          <w:b/>
          <w:i w:val="0"/>
          <w:smallCaps w:val="0"/>
          <w:strike w:val="0"/>
          <w:sz w:val="22"/>
          <w:u w:val="single"/>
        </w:rPr>
        <w:t>compassionate</w:t>
      </w:r>
      <w:r>
        <w:rPr>
          <w:b w:val="0"/>
          <w:i w:val="0"/>
          <w:smallCaps w:val="0"/>
          <w:strike w:val="0"/>
          <w:sz w:val="22"/>
          <w:highlight w:val="cyan"/>
          <w:u w:val="single"/>
        </w:rPr>
        <w:t xml:space="preserve">, but </w:t>
      </w:r>
      <w:r>
        <w:rPr>
          <w:b/>
          <w:i w:val="0"/>
          <w:smallCaps w:val="0"/>
          <w:strike w:val="0"/>
          <w:sz w:val="22"/>
          <w:highlight w:val="cyan"/>
          <w:u w:val="single"/>
        </w:rPr>
        <w:t>like any other protective measure</w:t>
      </w:r>
      <w:r>
        <w:rPr>
          <w:b w:val="0"/>
          <w:i w:val="0"/>
          <w:smallCaps w:val="0"/>
          <w:strike w:val="0"/>
          <w:sz w:val="22"/>
          <w:u w:val="single"/>
        </w:rPr>
        <w:t xml:space="preserve">, </w:t>
      </w:r>
      <w:r>
        <w:rPr>
          <w:b w:val="0"/>
          <w:i w:val="0"/>
          <w:smallCaps w:val="0"/>
          <w:strike w:val="0"/>
          <w:sz w:val="22"/>
          <w:highlight w:val="cyan"/>
          <w:u w:val="single"/>
        </w:rPr>
        <w:t xml:space="preserve">it </w:t>
      </w:r>
      <w:r>
        <w:rPr>
          <w:b/>
          <w:i w:val="0"/>
          <w:smallCaps w:val="0"/>
          <w:strike w:val="0"/>
          <w:sz w:val="22"/>
          <w:highlight w:val="cyan"/>
          <w:u w:val="single"/>
        </w:rPr>
        <w:t>condescends</w:t>
      </w:r>
      <w:r>
        <w:rPr>
          <w:b w:val="0"/>
          <w:i w:val="0"/>
          <w:smallCaps w:val="0"/>
          <w:strike w:val="0"/>
          <w:sz w:val="22"/>
          <w:u w:val="single"/>
        </w:rPr>
        <w:t xml:space="preserve">, and </w:t>
      </w:r>
      <w:r>
        <w:rPr>
          <w:b/>
          <w:i w:val="0"/>
          <w:smallCaps w:val="0"/>
          <w:strike w:val="0"/>
          <w:sz w:val="22"/>
          <w:u w:val="single"/>
        </w:rPr>
        <w:t>like any other shortcut</w:t>
      </w:r>
      <w:r>
        <w:rPr>
          <w:b w:val="0"/>
          <w:i w:val="0"/>
          <w:smallCaps w:val="0"/>
          <w:strike w:val="0"/>
          <w:sz w:val="22"/>
          <w:u w:val="single"/>
        </w:rPr>
        <w:t xml:space="preserve">, it </w:t>
      </w:r>
      <w:r>
        <w:rPr>
          <w:b/>
          <w:i w:val="0"/>
          <w:smallCaps w:val="0"/>
          <w:strike w:val="0"/>
          <w:sz w:val="22"/>
          <w:u w:val="single"/>
        </w:rPr>
        <w:t>makes things harder in the long run</w:t>
      </w:r>
      <w:r>
        <w:rPr>
          <w:b w:val="0"/>
          <w:i w:val="0"/>
          <w:smallCaps w:val="0"/>
          <w:strike w:val="0"/>
          <w:sz w:val="16"/>
          <w:u w:val="none"/>
        </w:rPr>
        <w:t>.</w:t>
      </w:r>
    </w:p>
    <w:p>
      <w:pPr>
        <w:spacing w:after="60"/>
      </w:pPr>
      <w:r>
        <w:rPr>
          <w:b w:val="0"/>
          <w:i w:val="0"/>
          <w:smallCaps w:val="0"/>
          <w:strike w:val="0"/>
          <w:sz w:val="16"/>
          <w:u w:val="none"/>
        </w:rPr>
        <w:t xml:space="preserve">Realizing that it was not enough for people to like me was revelatory. </w:t>
      </w:r>
      <w:r>
        <w:rPr>
          <w:b w:val="0"/>
          <w:i w:val="0"/>
          <w:smallCaps w:val="0"/>
          <w:strike w:val="0"/>
          <w:sz w:val="22"/>
          <w:u w:val="single"/>
        </w:rPr>
        <w:t xml:space="preserve">I had to </w:t>
      </w:r>
      <w:r>
        <w:rPr>
          <w:b/>
          <w:i w:val="0"/>
          <w:smallCaps w:val="0"/>
          <w:strike w:val="0"/>
          <w:sz w:val="22"/>
          <w:highlight w:val="cyan"/>
          <w:u w:val="single"/>
        </w:rPr>
        <w:t>learn to be more comfortable with antagonism</w:t>
      </w:r>
      <w:r>
        <w:rPr>
          <w:b w:val="0"/>
          <w:i w:val="0"/>
          <w:smallCaps w:val="0"/>
          <w:strike w:val="0"/>
          <w:sz w:val="22"/>
          <w:highlight w:val="cyan"/>
          <w:u w:val="single"/>
        </w:rPr>
        <w:t xml:space="preserve"> and </w:t>
      </w:r>
      <w:r>
        <w:rPr>
          <w:b/>
          <w:i w:val="0"/>
          <w:smallCaps w:val="0"/>
          <w:strike w:val="0"/>
          <w:sz w:val="22"/>
          <w:highlight w:val="cyan"/>
          <w:u w:val="single"/>
        </w:rPr>
        <w:t>disagreement</w:t>
      </w:r>
      <w:r>
        <w:rPr>
          <w:b w:val="0"/>
          <w:i w:val="0"/>
          <w:smallCaps w:val="0"/>
          <w:strike w:val="0"/>
          <w:sz w:val="22"/>
          <w:u w:val="single"/>
        </w:rPr>
        <w:t xml:space="preserve">, with </w:t>
      </w:r>
      <w:r>
        <w:rPr>
          <w:b/>
          <w:i w:val="0"/>
          <w:smallCaps w:val="0"/>
          <w:strike w:val="0"/>
          <w:sz w:val="22"/>
          <w:u w:val="single"/>
        </w:rPr>
        <w:t>putting a choice in front of people</w:t>
      </w:r>
      <w:r>
        <w:rPr>
          <w:b w:val="0"/>
          <w:i w:val="0"/>
          <w:smallCaps w:val="0"/>
          <w:strike w:val="0"/>
          <w:sz w:val="22"/>
          <w:u w:val="single"/>
        </w:rPr>
        <w:t xml:space="preserve"> and </w:t>
      </w:r>
      <w:r>
        <w:rPr>
          <w:b/>
          <w:i w:val="0"/>
          <w:smallCaps w:val="0"/>
          <w:strike w:val="0"/>
          <w:sz w:val="22"/>
          <w:u w:val="single"/>
        </w:rPr>
        <w:t>letting them make it</w:t>
      </w:r>
      <w:r>
        <w:rPr>
          <w:b w:val="0"/>
          <w:i w:val="0"/>
          <w:smallCaps w:val="0"/>
          <w:strike w:val="0"/>
          <w:sz w:val="22"/>
          <w:u w:val="single"/>
        </w:rPr>
        <w:t xml:space="preserve"> instead of </w:t>
      </w:r>
      <w:r>
        <w:rPr>
          <w:b/>
          <w:i w:val="0"/>
          <w:smallCaps w:val="0"/>
          <w:strike w:val="0"/>
          <w:sz w:val="22"/>
          <w:u w:val="single"/>
        </w:rPr>
        <w:t>smiling away tension</w:t>
      </w:r>
      <w:r>
        <w:rPr>
          <w:b w:val="0"/>
          <w:i w:val="0"/>
          <w:smallCaps w:val="0"/>
          <w:strike w:val="0"/>
          <w:sz w:val="22"/>
          <w:u w:val="single"/>
        </w:rPr>
        <w:t xml:space="preserve"> and </w:t>
      </w:r>
      <w:r>
        <w:rPr>
          <w:b/>
          <w:i w:val="0"/>
          <w:smallCaps w:val="0"/>
          <w:strike w:val="0"/>
          <w:sz w:val="22"/>
          <w:u w:val="single"/>
        </w:rPr>
        <w:t>doing the work myself</w:t>
      </w:r>
      <w:r>
        <w:rPr>
          <w:b w:val="0"/>
          <w:i w:val="0"/>
          <w:smallCaps w:val="0"/>
          <w:strike w:val="0"/>
          <w:sz w:val="16"/>
          <w:u w:val="none"/>
        </w:rPr>
        <w:t xml:space="preserve">. I had to expect more from other people. </w:t>
      </w:r>
      <w:r>
        <w:rPr>
          <w:b/>
          <w:i w:val="0"/>
          <w:smallCaps w:val="0"/>
          <w:strike w:val="0"/>
          <w:sz w:val="22"/>
          <w:highlight w:val="cyan"/>
          <w:u w:val="single"/>
        </w:rPr>
        <w:t>With other organizers</w:t>
      </w:r>
      <w:r>
        <w:rPr>
          <w:b w:val="0"/>
          <w:i w:val="0"/>
          <w:smallCaps w:val="0"/>
          <w:strike w:val="0"/>
          <w:sz w:val="22"/>
          <w:u w:val="single"/>
        </w:rPr>
        <w:t xml:space="preserve">, </w:t>
      </w:r>
      <w:r>
        <w:rPr>
          <w:b/>
          <w:i w:val="0"/>
          <w:smallCaps w:val="0"/>
          <w:strike w:val="0"/>
          <w:sz w:val="30"/>
          <w:highlight w:val="cyan"/>
          <w:u w:val="single"/>
        </w:rPr>
        <w:t>I role-played the conversations I feared most before having them</w:t>
      </w:r>
      <w:r>
        <w:rPr>
          <w:b w:val="0"/>
          <w:i w:val="0"/>
          <w:smallCaps w:val="0"/>
          <w:strike w:val="0"/>
          <w:sz w:val="22"/>
          <w:u w:val="single"/>
        </w:rPr>
        <w:t xml:space="preserve">; </w:t>
      </w:r>
      <w:r>
        <w:rPr>
          <w:b/>
          <w:i w:val="0"/>
          <w:smallCaps w:val="0"/>
          <w:strike w:val="0"/>
          <w:sz w:val="22"/>
          <w:u w:val="single"/>
        </w:rPr>
        <w:t>afterward</w:t>
      </w:r>
      <w:r>
        <w:rPr>
          <w:b w:val="0"/>
          <w:i w:val="0"/>
          <w:smallCaps w:val="0"/>
          <w:strike w:val="0"/>
          <w:sz w:val="22"/>
          <w:u w:val="single"/>
        </w:rPr>
        <w:t xml:space="preserve">, </w:t>
      </w:r>
      <w:r>
        <w:rPr>
          <w:b/>
          <w:i w:val="0"/>
          <w:smallCaps w:val="0"/>
          <w:strike w:val="0"/>
          <w:sz w:val="22"/>
          <w:u w:val="single"/>
        </w:rPr>
        <w:t>I replayed them over</w:t>
      </w:r>
      <w:r>
        <w:rPr>
          <w:b w:val="0"/>
          <w:i w:val="0"/>
          <w:smallCaps w:val="0"/>
          <w:strike w:val="0"/>
          <w:sz w:val="22"/>
          <w:u w:val="single"/>
        </w:rPr>
        <w:t xml:space="preserve"> and </w:t>
      </w:r>
      <w:r>
        <w:rPr>
          <w:b/>
          <w:i w:val="0"/>
          <w:smallCaps w:val="0"/>
          <w:strike w:val="0"/>
          <w:sz w:val="22"/>
          <w:u w:val="single"/>
        </w:rPr>
        <w:t>over in my head</w:t>
      </w:r>
      <w:r>
        <w:rPr>
          <w:b w:val="0"/>
          <w:i w:val="0"/>
          <w:smallCaps w:val="0"/>
          <w:strike w:val="0"/>
          <w:sz w:val="22"/>
          <w:u w:val="single"/>
        </w:rPr>
        <w:t>. I struggled to be</w:t>
      </w:r>
      <w:r>
        <w:rPr>
          <w:b w:val="0"/>
          <w:i w:val="0"/>
          <w:smallCaps w:val="0"/>
          <w:strike w:val="0"/>
          <w:sz w:val="16"/>
          <w:u w:val="none"/>
        </w:rPr>
        <w:t xml:space="preserve"> different: the version of myself I wanted to be, </w:t>
      </w:r>
      <w:r>
        <w:rPr>
          <w:b w:val="0"/>
          <w:i w:val="0"/>
          <w:smallCaps w:val="0"/>
          <w:strike w:val="0"/>
          <w:sz w:val="22"/>
          <w:u w:val="single"/>
        </w:rPr>
        <w:t xml:space="preserve">someone who could </w:t>
      </w:r>
      <w:r>
        <w:rPr>
          <w:b/>
          <w:i w:val="0"/>
          <w:smallCaps w:val="0"/>
          <w:strike w:val="0"/>
          <w:sz w:val="22"/>
          <w:u w:val="single"/>
        </w:rPr>
        <w:t>move people</w:t>
      </w:r>
      <w:r>
        <w:rPr>
          <w:b w:val="0"/>
          <w:i w:val="0"/>
          <w:smallCaps w:val="0"/>
          <w:strike w:val="0"/>
          <w:sz w:val="22"/>
          <w:u w:val="single"/>
        </w:rPr>
        <w:t xml:space="preserve"> and </w:t>
      </w:r>
      <w:r>
        <w:rPr>
          <w:b/>
          <w:i w:val="0"/>
          <w:smallCaps w:val="0"/>
          <w:strike w:val="0"/>
          <w:sz w:val="22"/>
          <w:u w:val="single"/>
        </w:rPr>
        <w:t>bend at least some tiny corner of the universe</w:t>
      </w:r>
      <w:r>
        <w:rPr>
          <w:b w:val="0"/>
          <w:i w:val="0"/>
          <w:smallCaps w:val="0"/>
          <w:strike w:val="0"/>
          <w:sz w:val="22"/>
          <w:u w:val="single"/>
        </w:rPr>
        <w:t>.</w:t>
      </w:r>
    </w:p>
    <w:p>
      <w:pPr>
        <w:spacing w:after="60"/>
      </w:pPr>
      <w:r>
        <w:rPr>
          <w:b w:val="0"/>
          <w:i w:val="0"/>
          <w:smallCaps w:val="0"/>
          <w:strike w:val="0"/>
          <w:sz w:val="22"/>
          <w:u w:val="single"/>
        </w:rPr>
        <w:t xml:space="preserve">It’s </w:t>
      </w:r>
      <w:r>
        <w:rPr>
          <w:b/>
          <w:i w:val="0"/>
          <w:smallCaps w:val="0"/>
          <w:strike w:val="0"/>
          <w:sz w:val="22"/>
          <w:u w:val="single"/>
        </w:rPr>
        <w:t>not easy</w:t>
      </w:r>
      <w:r>
        <w:rPr>
          <w:b w:val="0"/>
          <w:i w:val="0"/>
          <w:smallCaps w:val="0"/>
          <w:strike w:val="0"/>
          <w:sz w:val="22"/>
          <w:u w:val="single"/>
        </w:rPr>
        <w:t xml:space="preserve"> to be the site of a </w:t>
      </w:r>
      <w:r>
        <w:rPr>
          <w:b w:val="0"/>
          <w:i w:val="0"/>
          <w:smallCaps w:val="0"/>
          <w:strike w:val="0"/>
          <w:sz w:val="22"/>
          <w:highlight w:val="cyan"/>
          <w:u w:val="single"/>
        </w:rPr>
        <w:t>battle</w:t>
      </w:r>
      <w:r>
        <w:rPr>
          <w:b w:val="0"/>
          <w:i w:val="0"/>
          <w:smallCaps w:val="0"/>
          <w:strike w:val="0"/>
          <w:sz w:val="22"/>
          <w:u w:val="single"/>
        </w:rPr>
        <w:t xml:space="preserve"> for hegemony</w:t>
      </w:r>
      <w:r>
        <w:rPr>
          <w:b w:val="0"/>
          <w:i w:val="0"/>
          <w:smallCaps w:val="0"/>
          <w:strike w:val="0"/>
          <w:sz w:val="16"/>
          <w:u w:val="none"/>
        </w:rPr>
        <w:t xml:space="preserve">. It’s not a beatific Whitmanesque “I contain multitudes”; </w:t>
      </w:r>
      <w:r>
        <w:rPr>
          <w:b w:val="0"/>
          <w:i w:val="0"/>
          <w:smallCaps w:val="0"/>
          <w:strike w:val="0"/>
          <w:sz w:val="22"/>
          <w:u w:val="single"/>
        </w:rPr>
        <w:t>it</w:t>
      </w:r>
      <w:r>
        <w:rPr>
          <w:b w:val="0"/>
          <w:i w:val="0"/>
          <w:smallCaps w:val="0"/>
          <w:strike w:val="0"/>
          <w:sz w:val="22"/>
          <w:highlight w:val="cyan"/>
          <w:u w:val="single"/>
        </w:rPr>
        <w:t>’s</w:t>
      </w:r>
      <w:r>
        <w:rPr>
          <w:b w:val="0"/>
          <w:i w:val="0"/>
          <w:smallCaps w:val="0"/>
          <w:strike w:val="0"/>
          <w:sz w:val="22"/>
          <w:u w:val="single"/>
        </w:rPr>
        <w:t xml:space="preserve"> an </w:t>
      </w:r>
      <w:r>
        <w:rPr>
          <w:b/>
          <w:i w:val="0"/>
          <w:smallCaps w:val="0"/>
          <w:strike w:val="0"/>
          <w:sz w:val="22"/>
          <w:u w:val="single"/>
        </w:rPr>
        <w:t xml:space="preserve">often </w:t>
      </w:r>
      <w:r>
        <w:rPr>
          <w:b/>
          <w:i w:val="0"/>
          <w:smallCaps w:val="0"/>
          <w:strike w:val="0"/>
          <w:sz w:val="22"/>
          <w:highlight w:val="cyan"/>
          <w:u w:val="single"/>
        </w:rPr>
        <w:t>painful struggle</w:t>
      </w:r>
      <w:r>
        <w:rPr>
          <w:b w:val="0"/>
          <w:i w:val="0"/>
          <w:smallCaps w:val="0"/>
          <w:strike w:val="0"/>
          <w:sz w:val="22"/>
          <w:u w:val="single"/>
        </w:rPr>
        <w:t xml:space="preserve"> among your competing selves for dominance. You have </w:t>
      </w:r>
      <w:r>
        <w:rPr>
          <w:b/>
          <w:i w:val="0"/>
          <w:smallCaps w:val="0"/>
          <w:strike w:val="0"/>
          <w:sz w:val="22"/>
          <w:u w:val="single"/>
        </w:rPr>
        <w:t>one body</w:t>
      </w:r>
      <w:r>
        <w:rPr>
          <w:b w:val="0"/>
          <w:i w:val="0"/>
          <w:smallCaps w:val="0"/>
          <w:strike w:val="0"/>
          <w:sz w:val="22"/>
          <w:u w:val="single"/>
        </w:rPr>
        <w:t xml:space="preserve"> and </w:t>
      </w:r>
      <w:r>
        <w:rPr>
          <w:b/>
          <w:i w:val="0"/>
          <w:smallCaps w:val="0"/>
          <w:strike w:val="0"/>
          <w:sz w:val="22"/>
          <w:u w:val="single"/>
        </w:rPr>
        <w:t>twenty-four hours</w:t>
      </w:r>
      <w:r>
        <w:rPr>
          <w:b w:val="0"/>
          <w:i w:val="0"/>
          <w:smallCaps w:val="0"/>
          <w:strike w:val="0"/>
          <w:sz w:val="22"/>
          <w:u w:val="single"/>
        </w:rPr>
        <w:t xml:space="preserve"> in a day. An organizer asks </w:t>
      </w:r>
      <w:r>
        <w:rPr>
          <w:b/>
          <w:i w:val="0"/>
          <w:smallCaps w:val="0"/>
          <w:strike w:val="0"/>
          <w:sz w:val="22"/>
          <w:u w:val="single"/>
        </w:rPr>
        <w:t>what you’ll do with them</w:t>
      </w:r>
      <w:r>
        <w:rPr>
          <w:b w:val="0"/>
          <w:i w:val="0"/>
          <w:smallCaps w:val="0"/>
          <w:strike w:val="0"/>
          <w:sz w:val="22"/>
          <w:u w:val="single"/>
        </w:rPr>
        <w:t xml:space="preserve">, </w:t>
      </w:r>
      <w:r>
        <w:rPr>
          <w:b/>
          <w:i w:val="0"/>
          <w:smallCaps w:val="0"/>
          <w:strike w:val="0"/>
          <w:sz w:val="22"/>
          <w:u w:val="single"/>
        </w:rPr>
        <w:t>concretely</w:t>
      </w:r>
      <w:r>
        <w:rPr>
          <w:b w:val="0"/>
          <w:i w:val="0"/>
          <w:smallCaps w:val="0"/>
          <w:strike w:val="0"/>
          <w:sz w:val="22"/>
          <w:u w:val="single"/>
        </w:rPr>
        <w:t xml:space="preserve">, </w:t>
      </w:r>
      <w:r>
        <w:rPr>
          <w:b/>
          <w:i w:val="0"/>
          <w:smallCaps w:val="0"/>
          <w:strike w:val="0"/>
          <w:sz w:val="22"/>
          <w:u w:val="single"/>
        </w:rPr>
        <w:t>now</w:t>
      </w:r>
      <w:r>
        <w:rPr>
          <w:b w:val="0"/>
          <w:i w:val="0"/>
          <w:smallCaps w:val="0"/>
          <w:strike w:val="0"/>
          <w:sz w:val="22"/>
          <w:u w:val="single"/>
        </w:rPr>
        <w:t xml:space="preserve">. You </w:t>
      </w:r>
      <w:r>
        <w:rPr>
          <w:b/>
          <w:i w:val="0"/>
          <w:smallCaps w:val="0"/>
          <w:strike w:val="0"/>
          <w:sz w:val="22"/>
          <w:u w:val="single"/>
        </w:rPr>
        <w:t>may not like your own answer</w:t>
      </w:r>
      <w:r>
        <w:rPr>
          <w:b w:val="0"/>
          <w:i w:val="0"/>
          <w:smallCaps w:val="0"/>
          <w:strike w:val="0"/>
          <w:sz w:val="16"/>
          <w:u w:val="none"/>
        </w:rPr>
        <w:t xml:space="preserve">. Your inner Thatcherite will raise its voice. You can’t kill it off entirely; you will almost certainly find that it’s a bigger part of you than you thought. </w:t>
      </w:r>
      <w:r>
        <w:rPr>
          <w:b w:val="0"/>
          <w:i w:val="0"/>
          <w:smallCaps w:val="0"/>
          <w:strike w:val="0"/>
          <w:sz w:val="22"/>
          <w:u w:val="single"/>
        </w:rPr>
        <w:t xml:space="preserve">But organizing </w:t>
      </w:r>
      <w:r>
        <w:rPr>
          <w:b/>
          <w:i w:val="0"/>
          <w:smallCaps w:val="0"/>
          <w:strike w:val="0"/>
          <w:sz w:val="22"/>
          <w:u w:val="single"/>
        </w:rPr>
        <w:t>burrows into the pores</w:t>
      </w:r>
      <w:r>
        <w:rPr>
          <w:b w:val="0"/>
          <w:i w:val="0"/>
          <w:smallCaps w:val="0"/>
          <w:strike w:val="0"/>
          <w:sz w:val="22"/>
          <w:u w:val="single"/>
        </w:rPr>
        <w:t xml:space="preserve"> of your practical consciousness and asks you to choose the part of yourself that </w:t>
      </w:r>
      <w:r>
        <w:rPr>
          <w:b/>
          <w:i w:val="0"/>
          <w:smallCaps w:val="0"/>
          <w:strike w:val="0"/>
          <w:sz w:val="22"/>
          <w:u w:val="single"/>
        </w:rPr>
        <w:t>wants something other than common sense</w:t>
      </w:r>
      <w:r>
        <w:rPr>
          <w:b w:val="0"/>
          <w:i w:val="0"/>
          <w:smallCaps w:val="0"/>
          <w:strike w:val="0"/>
          <w:sz w:val="22"/>
          <w:u w:val="single"/>
        </w:rPr>
        <w:t xml:space="preserve">. </w:t>
      </w:r>
      <w:r>
        <w:rPr>
          <w:b w:val="0"/>
          <w:i w:val="0"/>
          <w:smallCaps w:val="0"/>
          <w:strike w:val="0"/>
          <w:sz w:val="22"/>
          <w:highlight w:val="cyan"/>
          <w:u w:val="single"/>
        </w:rPr>
        <w:t xml:space="preserve">It’s </w:t>
      </w:r>
      <w:r>
        <w:rPr>
          <w:b/>
          <w:i w:val="0"/>
          <w:smallCaps w:val="0"/>
          <w:strike w:val="0"/>
          <w:sz w:val="22"/>
          <w:highlight w:val="cyan"/>
          <w:u w:val="single"/>
        </w:rPr>
        <w:t>unsettling</w:t>
      </w:r>
      <w:r>
        <w:rPr>
          <w:b w:val="0"/>
          <w:i w:val="0"/>
          <w:smallCaps w:val="0"/>
          <w:strike w:val="0"/>
          <w:sz w:val="22"/>
          <w:u w:val="single"/>
        </w:rPr>
        <w:t xml:space="preserve">. It can be </w:t>
      </w:r>
      <w:r>
        <w:rPr>
          <w:b/>
          <w:i w:val="0"/>
          <w:smallCaps w:val="0"/>
          <w:strike w:val="0"/>
          <w:sz w:val="22"/>
          <w:u w:val="single"/>
        </w:rPr>
        <w:t>alienating</w:t>
      </w:r>
      <w:r>
        <w:rPr>
          <w:b w:val="0"/>
          <w:i w:val="0"/>
          <w:smallCaps w:val="0"/>
          <w:strike w:val="0"/>
          <w:sz w:val="22"/>
          <w:u w:val="single"/>
        </w:rPr>
        <w:t xml:space="preserve">. </w:t>
      </w:r>
      <w:r>
        <w:rPr>
          <w:b w:val="0"/>
          <w:i w:val="0"/>
          <w:smallCaps w:val="0"/>
          <w:strike w:val="0"/>
          <w:sz w:val="22"/>
          <w:highlight w:val="cyan"/>
          <w:u w:val="single"/>
        </w:rPr>
        <w:t>And yet</w:t>
      </w:r>
      <w:r>
        <w:rPr>
          <w:b w:val="0"/>
          <w:i w:val="0"/>
          <w:smallCaps w:val="0"/>
          <w:strike w:val="0"/>
          <w:sz w:val="22"/>
          <w:u w:val="single"/>
        </w:rPr>
        <w:t xml:space="preserve"> I </w:t>
      </w:r>
      <w:r>
        <w:rPr>
          <w:b w:val="0"/>
          <w:i w:val="0"/>
          <w:smallCaps w:val="0"/>
          <w:strike w:val="0"/>
          <w:sz w:val="22"/>
          <w:highlight w:val="cyan"/>
          <w:u w:val="single"/>
        </w:rPr>
        <w:t>also</w:t>
      </w:r>
      <w:r>
        <w:rPr>
          <w:b w:val="0"/>
          <w:i w:val="0"/>
          <w:smallCaps w:val="0"/>
          <w:strike w:val="0"/>
          <w:sz w:val="22"/>
          <w:u w:val="single"/>
        </w:rPr>
        <w:t xml:space="preserve"> often felt I was </w:t>
      </w:r>
      <w:r>
        <w:rPr>
          <w:b/>
          <w:i w:val="0"/>
          <w:smallCaps w:val="0"/>
          <w:strike w:val="0"/>
          <w:sz w:val="22"/>
          <w:highlight w:val="cyan"/>
          <w:u w:val="single"/>
        </w:rPr>
        <w:t>finally reconciling</w:t>
      </w:r>
      <w:r>
        <w:rPr>
          <w:b w:val="0"/>
          <w:i w:val="0"/>
          <w:smallCaps w:val="0"/>
          <w:strike w:val="0"/>
          <w:sz w:val="22"/>
          <w:u w:val="single"/>
        </w:rPr>
        <w:t xml:space="preserve"> parts of myself I’d tried to keep separate</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what I thought, what I said, what I did. </w:t>
      </w:r>
      <w:r>
        <w:rPr>
          <w:b w:val="0"/>
          <w:i w:val="0"/>
          <w:smallCaps w:val="0"/>
          <w:strike w:val="0"/>
          <w:sz w:val="22"/>
          <w:highlight w:val="cyan"/>
          <w:u w:val="single"/>
        </w:rPr>
        <w:t>To organize</w:t>
      </w:r>
      <w:r>
        <w:rPr>
          <w:b w:val="0"/>
          <w:i w:val="0"/>
          <w:smallCaps w:val="0"/>
          <w:strike w:val="0"/>
          <w:sz w:val="22"/>
          <w:u w:val="single"/>
        </w:rPr>
        <w:t xml:space="preserve">, and to be organized, you have to </w:t>
      </w:r>
      <w:r>
        <w:rPr>
          <w:b w:val="0"/>
          <w:i w:val="0"/>
          <w:smallCaps w:val="0"/>
          <w:strike w:val="0"/>
          <w:sz w:val="22"/>
          <w:highlight w:val="cyan"/>
          <w:u w:val="single"/>
        </w:rPr>
        <w:t>keep in mind</w:t>
      </w:r>
      <w:r>
        <w:rPr>
          <w:b w:val="0"/>
          <w:i w:val="0"/>
          <w:smallCaps w:val="0"/>
          <w:strike w:val="0"/>
          <w:sz w:val="16"/>
          <w:u w:val="none"/>
        </w:rPr>
        <w:t xml:space="preserve"> Hall</w:t>
      </w:r>
      <w:r>
        <w:rPr>
          <w:b w:val="0"/>
          <w:i w:val="0"/>
          <w:smallCaps w:val="0"/>
          <w:strike w:val="0"/>
          <w:sz w:val="16"/>
          <w:u w:val="none"/>
        </w:rPr>
        <w:t>’</w:t>
      </w:r>
      <w:r>
        <w:rPr>
          <w:b w:val="0"/>
          <w:i w:val="0"/>
          <w:smallCaps w:val="0"/>
          <w:strike w:val="0"/>
          <w:sz w:val="16"/>
          <w:u w:val="none"/>
        </w:rPr>
        <w:t xml:space="preserve">s lesson: </w:t>
      </w:r>
      <w:r>
        <w:rPr>
          <w:b w:val="0"/>
          <w:i w:val="0"/>
          <w:smallCaps w:val="0"/>
          <w:strike w:val="0"/>
          <w:sz w:val="22"/>
          <w:highlight w:val="cyan"/>
          <w:u w:val="single"/>
        </w:rPr>
        <w:t xml:space="preserve">there is </w:t>
      </w:r>
      <w:r>
        <w:rPr>
          <w:b/>
          <w:i w:val="0"/>
          <w:smallCaps w:val="0"/>
          <w:strike w:val="0"/>
          <w:sz w:val="22"/>
          <w:highlight w:val="cyan"/>
          <w:u w:val="single"/>
        </w:rPr>
        <w:t>no true</w:t>
      </w:r>
      <w:r>
        <w:rPr>
          <w:b w:val="0"/>
          <w:i w:val="0"/>
          <w:smallCaps w:val="0"/>
          <w:strike w:val="0"/>
          <w:sz w:val="22"/>
          <w:u w:val="single"/>
        </w:rPr>
        <w:t xml:space="preserve"> or </w:t>
      </w:r>
      <w:r>
        <w:rPr>
          <w:b/>
          <w:i w:val="0"/>
          <w:smallCaps w:val="0"/>
          <w:strike w:val="0"/>
          <w:sz w:val="22"/>
          <w:u w:val="single"/>
        </w:rPr>
        <w:t xml:space="preserve">false </w:t>
      </w:r>
      <w:r>
        <w:rPr>
          <w:b/>
          <w:i w:val="0"/>
          <w:smallCaps w:val="0"/>
          <w:strike w:val="0"/>
          <w:sz w:val="22"/>
          <w:highlight w:val="cyan"/>
          <w:u w:val="single"/>
        </w:rPr>
        <w:t>consciousness</w:t>
      </w:r>
      <w:r>
        <w:rPr>
          <w:b w:val="0"/>
          <w:i w:val="0"/>
          <w:smallCaps w:val="0"/>
          <w:strike w:val="0"/>
          <w:sz w:val="22"/>
          <w:u w:val="single"/>
        </w:rPr>
        <w:t xml:space="preserve">, </w:t>
      </w:r>
      <w:r>
        <w:rPr>
          <w:b/>
          <w:i w:val="0"/>
          <w:smallCaps w:val="0"/>
          <w:strike w:val="0"/>
          <w:sz w:val="22"/>
          <w:u w:val="single"/>
        </w:rPr>
        <w:t>no true self that organizing discovers</w:t>
      </w:r>
      <w:r>
        <w:rPr>
          <w:b w:val="0"/>
          <w:i w:val="0"/>
          <w:smallCaps w:val="0"/>
          <w:strike w:val="0"/>
          <w:sz w:val="22"/>
          <w:u w:val="single"/>
        </w:rPr>
        <w:t xml:space="preserve"> or </w:t>
      </w:r>
      <w:r>
        <w:rPr>
          <w:b/>
          <w:i w:val="0"/>
          <w:smallCaps w:val="0"/>
          <w:strike w:val="0"/>
          <w:sz w:val="22"/>
          <w:u w:val="single"/>
        </w:rPr>
        <w:t>undoes</w:t>
      </w:r>
      <w:r>
        <w:rPr>
          <w:b w:val="0"/>
          <w:i w:val="0"/>
          <w:smallCaps w:val="0"/>
          <w:strike w:val="0"/>
          <w:sz w:val="22"/>
          <w:u w:val="single"/>
        </w:rPr>
        <w:t>. You too</w:t>
      </w:r>
      <w:r>
        <w:rPr>
          <w:b w:val="0"/>
          <w:i w:val="0"/>
          <w:smallCaps w:val="0"/>
          <w:strike w:val="0"/>
          <w:sz w:val="16"/>
          <w:u w:val="none"/>
        </w:rPr>
        <w:t xml:space="preserve">, Hall reminds us, </w:t>
      </w:r>
      <w:r>
        <w:rPr>
          <w:b w:val="0"/>
          <w:i w:val="0"/>
          <w:smallCaps w:val="0"/>
          <w:strike w:val="0"/>
          <w:sz w:val="22"/>
          <w:u w:val="single"/>
        </w:rPr>
        <w:t xml:space="preserve">were made by this world you hope to change. The </w:t>
      </w:r>
      <w:r>
        <w:rPr>
          <w:b/>
          <w:i w:val="0"/>
          <w:smallCaps w:val="0"/>
          <w:strike w:val="0"/>
          <w:sz w:val="22"/>
          <w:u w:val="single"/>
        </w:rPr>
        <w:t>more distant</w:t>
      </w:r>
      <w:r>
        <w:rPr>
          <w:b w:val="0"/>
          <w:i w:val="0"/>
          <w:smallCaps w:val="0"/>
          <w:strike w:val="0"/>
          <w:sz w:val="22"/>
          <w:u w:val="single"/>
        </w:rPr>
        <w:t xml:space="preserve"> the world you want to live in is from the world that exists, the </w:t>
      </w:r>
      <w:r>
        <w:rPr>
          <w:b/>
          <w:i w:val="0"/>
          <w:smallCaps w:val="0"/>
          <w:strike w:val="0"/>
          <w:sz w:val="22"/>
          <w:u w:val="single"/>
        </w:rPr>
        <w:t>more deeply</w:t>
      </w:r>
      <w:r>
        <w:rPr>
          <w:b w:val="0"/>
          <w:i w:val="0"/>
          <w:smallCaps w:val="0"/>
          <w:strike w:val="0"/>
          <w:sz w:val="22"/>
          <w:u w:val="single"/>
        </w:rPr>
        <w:t xml:space="preserve"> you yourself will feel this disjuncture. “</w:t>
      </w:r>
      <w:r>
        <w:rPr>
          <w:b/>
          <w:i w:val="0"/>
          <w:smallCaps w:val="0"/>
          <w:strike w:val="0"/>
          <w:sz w:val="22"/>
          <w:u w:val="single"/>
        </w:rPr>
        <w:t>I’m not cut out for this</w:t>
      </w:r>
      <w:r>
        <w:rPr>
          <w:b w:val="0"/>
          <w:i w:val="0"/>
          <w:smallCaps w:val="0"/>
          <w:strike w:val="0"/>
          <w:sz w:val="22"/>
          <w:u w:val="single"/>
        </w:rPr>
        <w:t xml:space="preserve">,” people </w:t>
      </w:r>
      <w:r>
        <w:rPr>
          <w:b/>
          <w:i w:val="0"/>
          <w:smallCaps w:val="0"/>
          <w:strike w:val="0"/>
          <w:sz w:val="22"/>
          <w:u w:val="single"/>
        </w:rPr>
        <w:t>often say</w:t>
      </w:r>
      <w:r>
        <w:rPr>
          <w:b w:val="0"/>
          <w:i w:val="0"/>
          <w:smallCaps w:val="0"/>
          <w:strike w:val="0"/>
          <w:sz w:val="22"/>
          <w:u w:val="single"/>
        </w:rPr>
        <w:t xml:space="preserve"> when they struggle with organizing. </w:t>
      </w:r>
      <w:r>
        <w:rPr>
          <w:b/>
          <w:i w:val="0"/>
          <w:smallCaps w:val="0"/>
          <w:strike w:val="0"/>
          <w:sz w:val="22"/>
          <w:u w:val="single"/>
        </w:rPr>
        <w:t>No one is</w:t>
      </w:r>
      <w:r>
        <w:rPr>
          <w:b w:val="0"/>
          <w:i w:val="0"/>
          <w:smallCaps w:val="0"/>
          <w:strike w:val="0"/>
          <w:sz w:val="22"/>
          <w:u w:val="single"/>
        </w:rPr>
        <w:t xml:space="preserve">: </w:t>
      </w:r>
      <w:r>
        <w:rPr>
          <w:b w:val="0"/>
          <w:i w:val="0"/>
          <w:smallCaps w:val="0"/>
          <w:strike w:val="0"/>
          <w:sz w:val="22"/>
          <w:highlight w:val="cyan"/>
          <w:u w:val="single"/>
        </w:rPr>
        <w:t xml:space="preserve">one </w:t>
      </w:r>
      <w:r>
        <w:rPr>
          <w:b/>
          <w:i w:val="0"/>
          <w:smallCaps w:val="0"/>
          <w:strike w:val="0"/>
          <w:sz w:val="22"/>
          <w:highlight w:val="cyan"/>
          <w:u w:val="single"/>
        </w:rPr>
        <w:t>isn’t born an organizer</w:t>
      </w:r>
      <w:r>
        <w:rPr>
          <w:b w:val="0"/>
          <w:i w:val="0"/>
          <w:smallCaps w:val="0"/>
          <w:strike w:val="0"/>
          <w:sz w:val="22"/>
          <w:u w:val="single"/>
        </w:rPr>
        <w:t xml:space="preserve">, </w:t>
      </w:r>
      <w:r>
        <w:rPr>
          <w:b w:val="0"/>
          <w:i w:val="0"/>
          <w:smallCaps w:val="0"/>
          <w:strike w:val="0"/>
          <w:sz w:val="22"/>
          <w:highlight w:val="cyan"/>
          <w:u w:val="single"/>
        </w:rPr>
        <w:t xml:space="preserve">but </w:t>
      </w:r>
      <w:r>
        <w:rPr>
          <w:b/>
          <w:i w:val="0"/>
          <w:smallCaps w:val="0"/>
          <w:strike w:val="0"/>
          <w:sz w:val="22"/>
          <w:highlight w:val="cyan"/>
          <w:u w:val="single"/>
        </w:rPr>
        <w:t>becomes one</w:t>
      </w:r>
      <w:r>
        <w:rPr>
          <w:b w:val="0"/>
          <w:i w:val="0"/>
          <w:smallCaps w:val="0"/>
          <w:strike w:val="0"/>
          <w:sz w:val="16"/>
          <w:u w:val="none"/>
        </w:rPr>
        <w:t>.</w:t>
      </w:r>
    </w:p>
    <w:p>
      <w:pPr>
        <w:spacing w:after="60"/>
      </w:pPr>
      <w:r>
        <w:rPr>
          <w:b w:val="0"/>
          <w:i w:val="0"/>
          <w:smallCaps w:val="0"/>
          <w:strike w:val="0"/>
          <w:sz w:val="16"/>
          <w:u w:val="none"/>
        </w:rPr>
        <w:t xml:space="preserve">THE SOBER, UNSEXY character of organizing is often reromanticized in paeans to the “real work.” Organizing’s defenders are the most likely to insist that it is boring. For a generation maligned as flighty and self-absorbed, the mundanity and dullness signify authenticity, like political normcore. Organizing signals heroic commitment rather than faddish dilettantism, a noble resolve to do something in real life rather than trade memes in Facebook groups or dunk on Twitter enemies. It’s true that </w:t>
      </w:r>
      <w:r>
        <w:rPr>
          <w:b w:val="0"/>
          <w:i w:val="0"/>
          <w:smallCaps w:val="0"/>
          <w:strike w:val="0"/>
          <w:sz w:val="22"/>
          <w:u w:val="single"/>
        </w:rPr>
        <w:t xml:space="preserve">organizing is </w:t>
      </w:r>
      <w:r>
        <w:rPr>
          <w:b w:val="0"/>
          <w:i w:val="0"/>
          <w:smallCaps w:val="0"/>
          <w:strike w:val="0"/>
          <w:sz w:val="22"/>
          <w:highlight w:val="cyan"/>
          <w:u w:val="single"/>
        </w:rPr>
        <w:t xml:space="preserve">the </w:t>
      </w:r>
      <w:r>
        <w:rPr>
          <w:b/>
          <w:i w:val="0"/>
          <w:smallCaps w:val="0"/>
          <w:strike w:val="0"/>
          <w:sz w:val="22"/>
          <w:highlight w:val="cyan"/>
          <w:u w:val="single"/>
        </w:rPr>
        <w:t>day-to-day work</w:t>
      </w:r>
      <w:r>
        <w:rPr>
          <w:b w:val="0"/>
          <w:i w:val="0"/>
          <w:smallCaps w:val="0"/>
          <w:strike w:val="0"/>
          <w:sz w:val="22"/>
          <w:highlight w:val="cyan"/>
          <w:u w:val="single"/>
        </w:rPr>
        <w:t xml:space="preserve"> of politics</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what Ella Baker called “</w:t>
      </w:r>
      <w:r>
        <w:rPr>
          <w:b/>
          <w:i w:val="0"/>
          <w:smallCaps w:val="0"/>
          <w:strike w:val="0"/>
          <w:sz w:val="22"/>
          <w:u w:val="single"/>
        </w:rPr>
        <w:t>spadework</w:t>
      </w:r>
      <w:r>
        <w:rPr>
          <w:b w:val="0"/>
          <w:i w:val="0"/>
          <w:smallCaps w:val="0"/>
          <w:strike w:val="0"/>
          <w:sz w:val="22"/>
          <w:u w:val="single"/>
        </w:rPr>
        <w:t xml:space="preserve">,” the </w:t>
      </w:r>
      <w:r>
        <w:rPr>
          <w:b/>
          <w:i w:val="0"/>
          <w:smallCaps w:val="0"/>
          <w:strike w:val="0"/>
          <w:sz w:val="22"/>
          <w:u w:val="single"/>
        </w:rPr>
        <w:t xml:space="preserve">hard labor that </w:t>
      </w:r>
      <w:r>
        <w:rPr>
          <w:b/>
          <w:i w:val="0"/>
          <w:smallCaps w:val="0"/>
          <w:strike w:val="0"/>
          <w:sz w:val="22"/>
          <w:highlight w:val="cyan"/>
          <w:u w:val="single"/>
        </w:rPr>
        <w:t>prepares the ground for dramatic action</w:t>
      </w:r>
      <w:r>
        <w:rPr>
          <w:b w:val="0"/>
          <w:i w:val="0"/>
          <w:smallCaps w:val="0"/>
          <w:strike w:val="0"/>
          <w:sz w:val="22"/>
          <w:u w:val="single"/>
        </w:rPr>
        <w:t xml:space="preserve">. But I’ve </w:t>
      </w:r>
      <w:r>
        <w:rPr>
          <w:b/>
          <w:i w:val="0"/>
          <w:smallCaps w:val="0"/>
          <w:strike w:val="0"/>
          <w:sz w:val="22"/>
          <w:u w:val="single"/>
        </w:rPr>
        <w:t>never understood</w:t>
      </w:r>
      <w:r>
        <w:rPr>
          <w:b w:val="0"/>
          <w:i w:val="0"/>
          <w:smallCaps w:val="0"/>
          <w:strike w:val="0"/>
          <w:sz w:val="22"/>
          <w:u w:val="single"/>
        </w:rPr>
        <w:t xml:space="preserve"> the charge of </w:t>
      </w:r>
      <w:r>
        <w:rPr>
          <w:b/>
          <w:i w:val="0"/>
          <w:smallCaps w:val="0"/>
          <w:strike w:val="0"/>
          <w:sz w:val="22"/>
          <w:u w:val="single"/>
        </w:rPr>
        <w:t>mundanity</w:t>
      </w:r>
      <w:r>
        <w:rPr>
          <w:b w:val="0"/>
          <w:i w:val="0"/>
          <w:smallCaps w:val="0"/>
          <w:strike w:val="0"/>
          <w:sz w:val="16"/>
          <w:u w:val="none"/>
        </w:rPr>
        <w:t xml:space="preserve">. Canvassing on a slow day can be tedious, but </w:t>
      </w:r>
      <w:r>
        <w:rPr>
          <w:b/>
          <w:i w:val="0"/>
          <w:smallCaps w:val="0"/>
          <w:strike w:val="0"/>
          <w:sz w:val="22"/>
          <w:u w:val="single"/>
        </w:rPr>
        <w:t>no other part</w:t>
      </w:r>
      <w:r>
        <w:rPr>
          <w:b w:val="0"/>
          <w:i w:val="0"/>
          <w:smallCaps w:val="0"/>
          <w:strike w:val="0"/>
          <w:sz w:val="22"/>
          <w:u w:val="single"/>
        </w:rPr>
        <w:t xml:space="preserve"> of organizing has </w:t>
      </w:r>
      <w:r>
        <w:rPr>
          <w:b/>
          <w:i w:val="0"/>
          <w:smallCaps w:val="0"/>
          <w:strike w:val="0"/>
          <w:sz w:val="22"/>
          <w:u w:val="single"/>
        </w:rPr>
        <w:t>ever felt dull</w:t>
      </w:r>
      <w:r>
        <w:rPr>
          <w:b w:val="0"/>
          <w:i w:val="0"/>
          <w:smallCaps w:val="0"/>
          <w:strike w:val="0"/>
          <w:sz w:val="16"/>
          <w:u w:val="none"/>
        </w:rPr>
        <w:t xml:space="preserve"> to me. </w:t>
      </w:r>
      <w:r>
        <w:rPr>
          <w:b/>
          <w:i w:val="0"/>
          <w:smallCaps w:val="0"/>
          <w:strike w:val="0"/>
          <w:sz w:val="22"/>
          <w:u w:val="single"/>
        </w:rPr>
        <w:t>Quite the opposite</w:t>
      </w:r>
      <w:r>
        <w:rPr>
          <w:b w:val="0"/>
          <w:i w:val="0"/>
          <w:smallCaps w:val="0"/>
          <w:strike w:val="0"/>
          <w:sz w:val="22"/>
          <w:u w:val="single"/>
        </w:rPr>
        <w:t xml:space="preserve">: </w:t>
      </w:r>
      <w:r>
        <w:rPr>
          <w:b/>
          <w:i w:val="0"/>
          <w:smallCaps w:val="0"/>
          <w:strike w:val="0"/>
          <w:sz w:val="22"/>
          <w:u w:val="single"/>
        </w:rPr>
        <w:t>nothing has ever felt more thrilling</w:t>
      </w:r>
      <w:r>
        <w:rPr>
          <w:b w:val="0"/>
          <w:i w:val="0"/>
          <w:smallCaps w:val="0"/>
          <w:strike w:val="0"/>
          <w:sz w:val="22"/>
          <w:u w:val="single"/>
        </w:rPr>
        <w:t xml:space="preserve"> or </w:t>
      </w:r>
      <w:r>
        <w:rPr>
          <w:b/>
          <w:i w:val="0"/>
          <w:smallCaps w:val="0"/>
          <w:strike w:val="0"/>
          <w:sz w:val="22"/>
          <w:u w:val="single"/>
        </w:rPr>
        <w:t>more wrenching</w:t>
      </w:r>
      <w:r>
        <w:rPr>
          <w:b w:val="0"/>
          <w:i w:val="0"/>
          <w:smallCaps w:val="0"/>
          <w:strike w:val="0"/>
          <w:sz w:val="22"/>
          <w:u w:val="single"/>
        </w:rPr>
        <w:t xml:space="preserve">. Nothing has </w:t>
      </w:r>
      <w:r>
        <w:rPr>
          <w:b/>
          <w:i w:val="0"/>
          <w:smallCaps w:val="0"/>
          <w:strike w:val="0"/>
          <w:sz w:val="22"/>
          <w:u w:val="single"/>
        </w:rPr>
        <w:t>ever been harder to do</w:t>
      </w:r>
      <w:r>
        <w:rPr>
          <w:b w:val="0"/>
          <w:i w:val="0"/>
          <w:smallCaps w:val="0"/>
          <w:strike w:val="0"/>
          <w:sz w:val="22"/>
          <w:u w:val="single"/>
        </w:rPr>
        <w:t xml:space="preserve">, or </w:t>
      </w:r>
      <w:r>
        <w:rPr>
          <w:b/>
          <w:i w:val="0"/>
          <w:smallCaps w:val="0"/>
          <w:strike w:val="0"/>
          <w:sz w:val="22"/>
          <w:u w:val="single"/>
        </w:rPr>
        <w:t>harder to stop thinking about</w:t>
      </w:r>
      <w:r>
        <w:rPr>
          <w:b w:val="0"/>
          <w:i w:val="0"/>
          <w:smallCaps w:val="0"/>
          <w:strike w:val="0"/>
          <w:sz w:val="16"/>
          <w:u w:val="none"/>
        </w:rPr>
        <w:t>.</w:t>
      </w:r>
    </w:p>
    <w:p>
      <w:pPr>
        <w:spacing w:after="60"/>
      </w:pPr>
      <w:r>
        <w:rPr>
          <w:b w:val="0"/>
          <w:i w:val="0"/>
          <w:smallCaps w:val="0"/>
          <w:strike w:val="0"/>
          <w:u w:val="none"/>
        </w:rPr>
        <w:t>In The Romance of American Communism, Vivian Gornick tells a story I think about often, about a young woman tasked with selling the Communist Party newsletter The Daily Worker. “My God! How I hated selling the Worker!” she recalls. “I used to stand in front of the neighborhood movie on a Saturday night with sickness and terror in my heart, thrusting the paper at people who’d turn away from me or push me or even spit in my face. I dreaded it. Every week of my life for years I dreaded Saturday night. . . . God, I felt annihilated. But I did it, I did it. I did it because if I didn’t do it, I couldn’t face my comrades the next day. And we all did it for the same reason: we were accountable to each other.”</w:t>
      </w:r>
    </w:p>
    <w:p>
      <w:pPr>
        <w:spacing w:after="60"/>
      </w:pPr>
      <w:r>
        <w:rPr>
          <w:b w:val="0"/>
          <w:i w:val="0"/>
          <w:smallCaps w:val="0"/>
          <w:strike w:val="0"/>
          <w:u w:val="none"/>
        </w:rPr>
        <w:t>No one ever spat in my face, but the rest I recognize. Though I didn’t always dread organizing, I often woke up with a pit in my stomach, thinking of the phone calls I’d have to make that day and the people I was supposed to catch in the hallway after class. If anything, it was worse: the people I was talking to weren’t strangers on the street, but friends and colleagues. It hurt when they stopped picking up the phone or looked away in the halls. Why on earth did I keep doing it?</w:t>
      </w:r>
    </w:p>
    <w:p>
      <w:pPr>
        <w:spacing w:after="60"/>
      </w:pPr>
      <w:r>
        <w:rPr>
          <w:b w:val="0"/>
          <w:i w:val="0"/>
          <w:smallCaps w:val="0"/>
          <w:strike w:val="0"/>
          <w:u w:val="none"/>
        </w:rPr>
        <w:t>Why did anyone? Because of their political beliefs? Maybe at first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I didn</w:t>
      </w:r>
      <w:r>
        <w:rPr>
          <w:b w:val="0"/>
          <w:i w:val="0"/>
          <w:smallCaps w:val="0"/>
          <w:strike w:val="0"/>
          <w:u w:val="none"/>
        </w:rPr>
        <w:t>’</w:t>
      </w:r>
      <w:r>
        <w:rPr>
          <w:b w:val="0"/>
          <w:i w:val="0"/>
          <w:smallCaps w:val="0"/>
          <w:strike w:val="0"/>
          <w:u w:val="none"/>
        </w:rPr>
        <w:t>t want to be an armchair revolutionary. But sheer ideological conviction is rarely a predictor of someone</w:t>
      </w:r>
      <w:r>
        <w:rPr>
          <w:b w:val="0"/>
          <w:i w:val="0"/>
          <w:smallCaps w:val="0"/>
          <w:strike w:val="0"/>
          <w:u w:val="none"/>
        </w:rPr>
        <w:t>’</w:t>
      </w:r>
      <w:r>
        <w:rPr>
          <w:b w:val="0"/>
          <w:i w:val="0"/>
          <w:smallCaps w:val="0"/>
          <w:strike w:val="0"/>
          <w:u w:val="none"/>
        </w:rPr>
        <w:t>s organizing stamina. More importantly: because your father was in a union, or</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more likely</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your mother needed to be; because your friend needed child care or you needed a therapist. These things genuinely mattered. But at some point you took a leap into excess. Was I really organizing forty hours a week because I wanted dental? At the rate we were going, I was unlikely to see any of the benefits anyway.</w:t>
      </w:r>
    </w:p>
    <w:p>
      <w:pPr>
        <w:spacing w:after="60"/>
      </w:pPr>
      <w:r>
        <w:rPr>
          <w:b w:val="0"/>
          <w:i w:val="0"/>
          <w:smallCaps w:val="0"/>
          <w:strike w:val="0"/>
          <w:u w:val="none"/>
        </w:rPr>
        <w:t>If much of my daily struggle was against the experience of grad school itself, I had also been looking for something like the union for a long time. I had ended up at the community-organizing nonprofit all those years prior after a few months spent volunteering with an anarchist collective in the ruins of New Orleans after Katrina, frustrated with the limits of mutual aid in the face of total state breakdown, and had been grasping for some kind of political activity that was both transformative and pragmatic ever since. Organizing was all about that dialectic. The union connected our demands</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which were real but not exactly world-historical</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to the long history of labor struggles, contemporary efforts to rebuild worker power, visions of a radically different future that we could play a role in bringing about.</w:t>
      </w:r>
    </w:p>
    <w:p>
      <w:pPr>
        <w:spacing w:after="60"/>
      </w:pPr>
      <w:r>
        <w:rPr>
          <w:b w:val="0"/>
          <w:i w:val="0"/>
          <w:smallCaps w:val="0"/>
          <w:strike w:val="0"/>
          <w:u w:val="none"/>
        </w:rPr>
        <w:t>So we demanded bread and butter, but we were ultimately organizing for the future of academic life, which was visibly crumbling around us; or for the revival of the labor movement, which had mostly already crumbled; or because it was intolerable to live in a city as segregated as New Haven and not do something about it. That our union had been organizing for three decades was both motivating and burdensome. We knew the past triumphs and failures, attachments and wounds; we inherited hope and melancholy. In this, it was not unlike the broader left: so much history, so much struggle</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sometimes too much. We knew we had tuition waivers and stipends and health care because of the union; still, the fact that no one yet had won the whole thing in the end could be sobering. Why would we be the ones to succeed where so many others had failed? But it was also comforting: as there was GESO before us, so there would be GESO after. The campaign to unionize US Steel had taken nearly fifty years; more recently, Smithfield Foods had taken twenty-four.</w:t>
      </w:r>
    </w:p>
    <w:p>
      <w:pPr>
        <w:spacing w:after="60"/>
      </w:pPr>
      <w:r>
        <w:rPr>
          <w:b w:val="0"/>
          <w:i w:val="0"/>
          <w:smallCaps w:val="0"/>
          <w:strike w:val="0"/>
          <w:u w:val="none"/>
        </w:rPr>
        <w:t>Sometimes I felt I was organizing for the future of the entire world, in a deductive train that went: capitalism was going to devastate the planet; to fight it we needed strong unions, which meant new organizing, particularly in low-carbon fields like teaching, which meant building the academic labor movement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which meant that I needed to unionize the Yale political science department. It was absurd. Could I have been more quixotic, more grandiose, more self-important? Our style of organizing was intense, often all-consuming, and I knew that, too. I didn’t always like it. Often I longed for a nice life, an easy life, the life of the mind that academics were supposed to have. Couldn’t I just go to demonstrations here and there on the weekends before stopping off for groceries, the way I had before?</w:t>
      </w:r>
    </w:p>
    <w:p>
      <w:pPr>
        <w:spacing w:after="60"/>
      </w:pPr>
      <w:r>
        <w:rPr>
          <w:b w:val="0"/>
          <w:i w:val="0"/>
          <w:smallCaps w:val="0"/>
          <w:strike w:val="0"/>
          <w:u w:val="none"/>
        </w:rPr>
        <w:t>But that hadn’t worked. And the gap between the smallness of everything I could realistically do and the largeness of everything I wanted to happen was so immense. I was deeply pessimistic, intellectually. The time in which to transform the global economy in order to prevent untold death and destruction shrank daily, and the forces of reaction grew stronger just as fast. So I wanted to do something ambitious and hard: something commensurate with the monstrosity of the world, with the distance of utopia and the nearness of catastrophe. There was so much I wanted to change, so many people I wanted to move. In the daily struggle to build the union and beat the boss and the odds, I saw something I desperately wanted to learn.</w:t>
      </w:r>
    </w:p>
    <w:p>
      <w:pPr>
        <w:spacing w:after="60"/>
      </w:pPr>
      <w:r>
        <w:rPr>
          <w:b w:val="0"/>
          <w:i w:val="0"/>
          <w:smallCaps w:val="0"/>
          <w:strike w:val="0"/>
          <w:sz w:val="22"/>
          <w:u w:val="single"/>
        </w:rPr>
        <w:t xml:space="preserve">THE RELATIONALITY of organizing is maybe the </w:t>
      </w:r>
      <w:r>
        <w:rPr>
          <w:b/>
          <w:i w:val="0"/>
          <w:smallCaps w:val="0"/>
          <w:strike w:val="0"/>
          <w:sz w:val="22"/>
          <w:u w:val="single"/>
        </w:rPr>
        <w:t>hardest thing to understand</w:t>
      </w:r>
      <w:r>
        <w:rPr>
          <w:b w:val="0"/>
          <w:i w:val="0"/>
          <w:smallCaps w:val="0"/>
          <w:strike w:val="0"/>
          <w:sz w:val="16"/>
          <w:u w:val="none"/>
        </w:rPr>
        <w:t xml:space="preserve"> before you’ve done it. </w:t>
      </w:r>
      <w:r>
        <w:rPr>
          <w:b w:val="0"/>
          <w:i w:val="0"/>
          <w:smallCaps w:val="0"/>
          <w:strike w:val="0"/>
          <w:sz w:val="22"/>
          <w:u w:val="single"/>
        </w:rPr>
        <w:t xml:space="preserve">But it is the </w:t>
      </w:r>
      <w:r>
        <w:rPr>
          <w:b/>
          <w:i w:val="0"/>
          <w:smallCaps w:val="0"/>
          <w:strike w:val="0"/>
          <w:sz w:val="22"/>
          <w:u w:val="single"/>
        </w:rPr>
        <w:t>most important</w:t>
      </w:r>
      <w:r>
        <w:rPr>
          <w:b w:val="0"/>
          <w:i w:val="0"/>
          <w:smallCaps w:val="0"/>
          <w:strike w:val="0"/>
          <w:sz w:val="16"/>
          <w:u w:val="none"/>
        </w:rPr>
        <w:t xml:space="preserve">. This is not because people are governed by emotions instead of reason, though they sometimes are. It’s because </w:t>
      </w:r>
      <w:r>
        <w:rPr>
          <w:b w:val="0"/>
          <w:i w:val="0"/>
          <w:smallCaps w:val="0"/>
          <w:strike w:val="0"/>
          <w:sz w:val="22"/>
          <w:u w:val="single"/>
        </w:rPr>
        <w:t xml:space="preserve">the </w:t>
      </w:r>
      <w:r>
        <w:rPr>
          <w:b/>
          <w:i w:val="0"/>
          <w:smallCaps w:val="0"/>
          <w:strike w:val="0"/>
          <w:sz w:val="22"/>
          <w:u w:val="single"/>
        </w:rPr>
        <w:t>entire problem</w:t>
      </w:r>
      <w:r>
        <w:rPr>
          <w:b w:val="0"/>
          <w:i w:val="0"/>
          <w:smallCaps w:val="0"/>
          <w:strike w:val="0"/>
          <w:sz w:val="22"/>
          <w:u w:val="single"/>
        </w:rPr>
        <w:t xml:space="preserve"> of collective action is that it’s </w:t>
      </w:r>
      <w:r>
        <w:rPr>
          <w:b/>
          <w:i w:val="0"/>
          <w:smallCaps w:val="0"/>
          <w:strike w:val="0"/>
          <w:sz w:val="22"/>
          <w:u w:val="single"/>
        </w:rPr>
        <w:t>rational to act collectively</w:t>
      </w:r>
      <w:r>
        <w:rPr>
          <w:b w:val="0"/>
          <w:i w:val="0"/>
          <w:smallCaps w:val="0"/>
          <w:strike w:val="0"/>
          <w:sz w:val="22"/>
          <w:u w:val="single"/>
        </w:rPr>
        <w:t xml:space="preserve"> where it’s </w:t>
      </w:r>
      <w:r>
        <w:rPr>
          <w:b/>
          <w:i w:val="0"/>
          <w:smallCaps w:val="0"/>
          <w:strike w:val="0"/>
          <w:sz w:val="22"/>
          <w:u w:val="single"/>
        </w:rPr>
        <w:t>not to act alone</w:t>
      </w:r>
      <w:r>
        <w:rPr>
          <w:b w:val="0"/>
          <w:i w:val="0"/>
          <w:smallCaps w:val="0"/>
          <w:strike w:val="0"/>
          <w:sz w:val="22"/>
          <w:u w:val="single"/>
        </w:rPr>
        <w:t xml:space="preserve">. And you build the collective </w:t>
      </w:r>
      <w:r>
        <w:rPr>
          <w:b/>
          <w:i w:val="0"/>
          <w:smallCaps w:val="0"/>
          <w:strike w:val="0"/>
          <w:sz w:val="22"/>
          <w:u w:val="single"/>
        </w:rPr>
        <w:t>piece</w:t>
      </w:r>
      <w:r>
        <w:rPr>
          <w:b w:val="0"/>
          <w:i w:val="0"/>
          <w:smallCaps w:val="0"/>
          <w:strike w:val="0"/>
          <w:sz w:val="22"/>
          <w:u w:val="single"/>
        </w:rPr>
        <w:t xml:space="preserve"> by </w:t>
      </w:r>
      <w:r>
        <w:rPr>
          <w:b/>
          <w:i w:val="0"/>
          <w:smallCaps w:val="0"/>
          <w:strike w:val="0"/>
          <w:sz w:val="22"/>
          <w:u w:val="single"/>
        </w:rPr>
        <w:t>piece</w:t>
      </w:r>
      <w:r>
        <w:rPr>
          <w:b w:val="0"/>
          <w:i w:val="0"/>
          <w:smallCaps w:val="0"/>
          <w:strike w:val="0"/>
          <w:sz w:val="16"/>
          <w:u w:val="none"/>
        </w:rPr>
        <w:t>.</w:t>
      </w:r>
    </w:p>
    <w:p>
      <w:pPr>
        <w:spacing w:after="60"/>
      </w:pPr>
      <w:r>
        <w:rPr>
          <w:b w:val="0"/>
          <w:i w:val="0"/>
          <w:smallCaps w:val="0"/>
          <w:strike w:val="0"/>
          <w:sz w:val="22"/>
          <w:u w:val="single"/>
        </w:rPr>
        <w:t xml:space="preserve">Organizing relationships can be </w:t>
      </w:r>
      <w:r>
        <w:rPr>
          <w:b/>
          <w:i w:val="0"/>
          <w:smallCaps w:val="0"/>
          <w:strike w:val="0"/>
          <w:sz w:val="22"/>
          <w:u w:val="single"/>
        </w:rPr>
        <w:t>utopian</w:t>
      </w:r>
      <w:r>
        <w:rPr>
          <w:b w:val="0"/>
          <w:i w:val="0"/>
          <w:smallCaps w:val="0"/>
          <w:strike w:val="0"/>
          <w:sz w:val="22"/>
          <w:u w:val="single"/>
        </w:rPr>
        <w:t xml:space="preserve">: at their </w:t>
      </w:r>
      <w:r>
        <w:rPr>
          <w:b/>
          <w:i w:val="0"/>
          <w:smallCaps w:val="0"/>
          <w:strike w:val="0"/>
          <w:sz w:val="22"/>
          <w:u w:val="single"/>
        </w:rPr>
        <w:t>best</w:t>
      </w:r>
      <w:r>
        <w:rPr>
          <w:b w:val="0"/>
          <w:i w:val="0"/>
          <w:smallCaps w:val="0"/>
          <w:strike w:val="0"/>
          <w:sz w:val="22"/>
          <w:u w:val="single"/>
        </w:rPr>
        <w:t xml:space="preserve">, they offer the </w:t>
      </w:r>
      <w:r>
        <w:rPr>
          <w:b/>
          <w:i w:val="0"/>
          <w:smallCaps w:val="0"/>
          <w:strike w:val="0"/>
          <w:sz w:val="22"/>
          <w:u w:val="single"/>
        </w:rPr>
        <w:t>feminist dream</w:t>
      </w:r>
      <w:r>
        <w:rPr>
          <w:b w:val="0"/>
          <w:i w:val="0"/>
          <w:smallCaps w:val="0"/>
          <w:strike w:val="0"/>
          <w:sz w:val="22"/>
          <w:u w:val="single"/>
        </w:rPr>
        <w:t xml:space="preserve"> of </w:t>
      </w:r>
      <w:r>
        <w:rPr>
          <w:b/>
          <w:i w:val="0"/>
          <w:smallCaps w:val="0"/>
          <w:strike w:val="0"/>
          <w:sz w:val="22"/>
          <w:u w:val="single"/>
        </w:rPr>
        <w:t>intimacy outside of romance</w:t>
      </w:r>
      <w:r>
        <w:rPr>
          <w:b w:val="0"/>
          <w:i w:val="0"/>
          <w:smallCaps w:val="0"/>
          <w:strike w:val="0"/>
          <w:sz w:val="22"/>
          <w:u w:val="single"/>
        </w:rPr>
        <w:t xml:space="preserve"> or </w:t>
      </w:r>
      <w:r>
        <w:rPr>
          <w:b/>
          <w:i w:val="0"/>
          <w:smallCaps w:val="0"/>
          <w:strike w:val="0"/>
          <w:sz w:val="22"/>
          <w:u w:val="single"/>
        </w:rPr>
        <w:t>family</w:t>
      </w:r>
      <w:r>
        <w:rPr>
          <w:b w:val="0"/>
          <w:i w:val="0"/>
          <w:smallCaps w:val="0"/>
          <w:strike w:val="0"/>
          <w:sz w:val="16"/>
          <w:u w:val="none"/>
        </w:rPr>
        <w:t xml:space="preserve">. In the union, I loved people I did not know very well. In meetings I was often overcome with awe and affection at the courage and wisdom of the people there with me. I came to count many of the people I organized with as my dearest friends. When I needed help, there were always people I could call, people who would always pick up the phone, people I could and did talk to about anything. </w:t>
      </w:r>
      <w:r>
        <w:rPr>
          <w:b w:val="0"/>
          <w:i w:val="0"/>
          <w:smallCaps w:val="0"/>
          <w:strike w:val="0"/>
          <w:sz w:val="22"/>
          <w:u w:val="single"/>
        </w:rPr>
        <w:t xml:space="preserve">These relationships often served as a </w:t>
      </w:r>
      <w:r>
        <w:rPr>
          <w:b/>
          <w:i w:val="0"/>
          <w:smallCaps w:val="0"/>
          <w:strike w:val="0"/>
          <w:sz w:val="22"/>
          <w:u w:val="single"/>
        </w:rPr>
        <w:t>source of care</w:t>
      </w:r>
      <w:r>
        <w:rPr>
          <w:b w:val="0"/>
          <w:i w:val="0"/>
          <w:smallCaps w:val="0"/>
          <w:strike w:val="0"/>
          <w:sz w:val="22"/>
          <w:u w:val="single"/>
        </w:rPr>
        <w:t xml:space="preserve"> and </w:t>
      </w:r>
      <w:r>
        <w:rPr>
          <w:b/>
          <w:i w:val="0"/>
          <w:smallCaps w:val="0"/>
          <w:strike w:val="0"/>
          <w:sz w:val="22"/>
          <w:u w:val="single"/>
        </w:rPr>
        <w:t>support</w:t>
      </w:r>
      <w:r>
        <w:rPr>
          <w:b w:val="0"/>
          <w:i w:val="0"/>
          <w:smallCaps w:val="0"/>
          <w:strike w:val="0"/>
          <w:sz w:val="22"/>
          <w:u w:val="single"/>
        </w:rPr>
        <w:t xml:space="preserve"> in a world with </w:t>
      </w:r>
      <w:r>
        <w:rPr>
          <w:b/>
          <w:i w:val="0"/>
          <w:smallCaps w:val="0"/>
          <w:strike w:val="0"/>
          <w:sz w:val="22"/>
          <w:u w:val="single"/>
        </w:rPr>
        <w:t>too little of those things</w:t>
      </w:r>
      <w:r>
        <w:rPr>
          <w:b w:val="0"/>
          <w:i w:val="0"/>
          <w:smallCaps w:val="0"/>
          <w:strike w:val="0"/>
          <w:sz w:val="22"/>
          <w:u w:val="single"/>
        </w:rPr>
        <w:t xml:space="preserve">. But they were not only </w:t>
      </w:r>
      <w:r>
        <w:rPr>
          <w:b/>
          <w:i w:val="0"/>
          <w:smallCaps w:val="0"/>
          <w:strike w:val="0"/>
          <w:sz w:val="22"/>
          <w:u w:val="single"/>
        </w:rPr>
        <w:t>friendships</w:t>
      </w:r>
      <w:r>
        <w:rPr>
          <w:b w:val="0"/>
          <w:i w:val="0"/>
          <w:smallCaps w:val="0"/>
          <w:strike w:val="0"/>
          <w:sz w:val="22"/>
          <w:u w:val="single"/>
        </w:rPr>
        <w:t xml:space="preserve">, and not only </w:t>
      </w:r>
      <w:r>
        <w:rPr>
          <w:b/>
          <w:i w:val="0"/>
          <w:smallCaps w:val="0"/>
          <w:strike w:val="0"/>
          <w:sz w:val="22"/>
          <w:u w:val="single"/>
        </w:rPr>
        <w:t>emotional ballast</w:t>
      </w:r>
      <w:r>
        <w:rPr>
          <w:b w:val="0"/>
          <w:i w:val="0"/>
          <w:smallCaps w:val="0"/>
          <w:strike w:val="0"/>
          <w:sz w:val="22"/>
          <w:u w:val="single"/>
        </w:rPr>
        <w:t>. The</w:t>
      </w:r>
      <w:r>
        <w:rPr>
          <w:b w:val="0"/>
          <w:i w:val="0"/>
          <w:smallCaps w:val="0"/>
          <w:strike w:val="0"/>
          <w:sz w:val="16"/>
          <w:u w:val="none"/>
        </w:rPr>
        <w:t xml:space="preserve"> people I looked to for support would also push me when it was called for, as I would them; that, I knew, was the deal.</w:t>
      </w:r>
    </w:p>
    <w:p>
      <w:pPr>
        <w:spacing w:after="60"/>
      </w:pPr>
      <w:r>
        <w:rPr>
          <w:b w:val="0"/>
          <w:i w:val="0"/>
          <w:smallCaps w:val="0"/>
          <w:strike w:val="0"/>
          <w:sz w:val="16"/>
          <w:u w:val="none"/>
        </w:rPr>
        <w:t xml:space="preserve">Our </w:t>
      </w:r>
      <w:r>
        <w:rPr>
          <w:b w:val="0"/>
          <w:i w:val="0"/>
          <w:smallCaps w:val="0"/>
          <w:strike w:val="0"/>
          <w:sz w:val="22"/>
          <w:u w:val="single"/>
        </w:rPr>
        <w:t xml:space="preserve">relationships </w:t>
      </w:r>
      <w:r>
        <w:rPr>
          <w:b/>
          <w:i w:val="0"/>
          <w:smallCaps w:val="0"/>
          <w:strike w:val="0"/>
          <w:sz w:val="22"/>
          <w:u w:val="single"/>
        </w:rPr>
        <w:t>forged the practical commitments</w:t>
      </w:r>
      <w:r>
        <w:rPr>
          <w:b w:val="0"/>
          <w:i w:val="0"/>
          <w:smallCaps w:val="0"/>
          <w:strike w:val="0"/>
          <w:sz w:val="22"/>
          <w:u w:val="single"/>
        </w:rPr>
        <w:t xml:space="preserve"> to one another that</w:t>
      </w:r>
      <w:r>
        <w:rPr>
          <w:b w:val="0"/>
          <w:i w:val="0"/>
          <w:smallCaps w:val="0"/>
          <w:strike w:val="0"/>
          <w:sz w:val="16"/>
          <w:u w:val="none"/>
        </w:rPr>
        <w:t xml:space="preserve"> held the union together. They </w:t>
      </w:r>
      <w:r>
        <w:rPr>
          <w:b/>
          <w:i w:val="0"/>
          <w:smallCaps w:val="0"/>
          <w:strike w:val="0"/>
          <w:sz w:val="22"/>
          <w:u w:val="single"/>
        </w:rPr>
        <w:t>made us accountable</w:t>
      </w:r>
      <w:r>
        <w:rPr>
          <w:b w:val="0"/>
          <w:i w:val="0"/>
          <w:smallCaps w:val="0"/>
          <w:strike w:val="0"/>
          <w:sz w:val="22"/>
          <w:u w:val="single"/>
        </w:rPr>
        <w:t xml:space="preserve"> to each other</w:t>
      </w:r>
      <w:r>
        <w:rPr>
          <w:b w:val="0"/>
          <w:i w:val="0"/>
          <w:smallCaps w:val="0"/>
          <w:strike w:val="0"/>
          <w:sz w:val="16"/>
          <w:u w:val="none"/>
        </w:rPr>
        <w:t xml:space="preserve">. They were difficult and multifaceted, often frustrating, intensely vulnerable, and potentially transformative but no less prone than any other relationship to carelessness, hurt, and betrayal, and always a lot of work. </w:t>
      </w:r>
      <w:r>
        <w:rPr>
          <w:b w:val="0"/>
          <w:i w:val="0"/>
          <w:smallCaps w:val="0"/>
          <w:strike w:val="0"/>
          <w:sz w:val="22"/>
          <w:u w:val="single"/>
        </w:rPr>
        <w:t>We were constantly building them and testing their limits, pushing each other harder the closer we got</w:t>
      </w:r>
      <w:r>
        <w:rPr>
          <w:b w:val="0"/>
          <w:i w:val="0"/>
          <w:smallCaps w:val="0"/>
          <w:strike w:val="0"/>
          <w:sz w:val="16"/>
          <w:u w:val="none"/>
        </w:rPr>
        <w:t>. They had to bear a lot of weight. In more abject moments, I wondered whether they were anything more than instrumental. More often, though, I wondered what was so menacing about usefulness that it threatened to contaminate all else.</w:t>
      </w:r>
    </w:p>
    <w:p>
      <w:pPr>
        <w:spacing w:after="60"/>
      </w:pPr>
      <w:r>
        <w:rPr>
          <w:b w:val="0"/>
          <w:i w:val="0"/>
          <w:smallCaps w:val="0"/>
          <w:strike w:val="0"/>
          <w:sz w:val="16"/>
          <w:u w:val="none"/>
        </w:rPr>
        <w:t>The word comrade, Jodi Dean argues, names a political relationship, not a personal one: you are someone’s comrade not because you like them but because you are on the same side of a struggle. Comrades are not neighbors, citizens, or friends; nor are they any kind of family, though you might call them brother or sister. The comrade has no race, gender, or nation. (As one meme goes: “My favorite gender-neutral pronoun is comrade.”) Comrades are not even unique individuals; they are “multiple, replaceable, fungible.” You can be comrades with millions of people you have never met and never will. Your relationship is ultimately with the political project you have in common. To many noncommunists, Dean readily admits, this instrumentalism is “horrifying”: a confirmation that communism means submitting to the Borg. But the sameness of the comrade is a kind of genuine equality.</w:t>
      </w:r>
    </w:p>
    <w:p>
      <w:pPr>
        <w:spacing w:after="60"/>
      </w:pPr>
      <w:r>
        <w:rPr>
          <w:b w:val="0"/>
          <w:i w:val="0"/>
          <w:smallCaps w:val="0"/>
          <w:strike w:val="0"/>
          <w:sz w:val="16"/>
          <w:u w:val="none"/>
        </w:rPr>
        <w:t xml:space="preserve">Being an organizer is like being a comrade in some ways but different in others. </w:t>
      </w:r>
      <w:r>
        <w:rPr>
          <w:b w:val="0"/>
          <w:i w:val="0"/>
          <w:smallCaps w:val="0"/>
          <w:strike w:val="0"/>
          <w:sz w:val="22"/>
          <w:u w:val="single"/>
        </w:rPr>
        <w:t xml:space="preserve">The people you organize alongside </w:t>
      </w:r>
      <w:r>
        <w:rPr>
          <w:b/>
          <w:i w:val="0"/>
          <w:smallCaps w:val="0"/>
          <w:strike w:val="0"/>
          <w:sz w:val="22"/>
          <w:u w:val="single"/>
        </w:rPr>
        <w:t>may be comrades</w:t>
      </w:r>
      <w:r>
        <w:rPr>
          <w:b w:val="0"/>
          <w:i w:val="0"/>
          <w:smallCaps w:val="0"/>
          <w:strike w:val="0"/>
          <w:sz w:val="22"/>
          <w:u w:val="single"/>
        </w:rPr>
        <w:t xml:space="preserve">, but the people you are organizing </w:t>
      </w:r>
      <w:r>
        <w:rPr>
          <w:b/>
          <w:i w:val="0"/>
          <w:smallCaps w:val="0"/>
          <w:strike w:val="0"/>
          <w:sz w:val="22"/>
          <w:u w:val="single"/>
        </w:rPr>
        <w:t>often aren’t</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point of organizing</w:t>
      </w:r>
      <w:r>
        <w:rPr>
          <w:b w:val="0"/>
          <w:i w:val="0"/>
          <w:smallCaps w:val="0"/>
          <w:strike w:val="0"/>
          <w:sz w:val="22"/>
          <w:u w:val="single"/>
        </w:rPr>
        <w:t xml:space="preserve">, after all, </w:t>
      </w:r>
      <w:r>
        <w:rPr>
          <w:b w:val="0"/>
          <w:i w:val="0"/>
          <w:smallCaps w:val="0"/>
          <w:strike w:val="0"/>
          <w:sz w:val="22"/>
          <w:highlight w:val="cyan"/>
          <w:u w:val="single"/>
        </w:rPr>
        <w:t xml:space="preserve">is to </w:t>
      </w:r>
      <w:r>
        <w:rPr>
          <w:b/>
          <w:i w:val="0"/>
          <w:smallCaps w:val="0"/>
          <w:strike w:val="0"/>
          <w:sz w:val="22"/>
          <w:highlight w:val="cyan"/>
          <w:u w:val="single"/>
        </w:rPr>
        <w:t>reach beyond</w:t>
      </w:r>
      <w:r>
        <w:rPr>
          <w:b w:val="0"/>
          <w:i w:val="0"/>
          <w:smallCaps w:val="0"/>
          <w:strike w:val="0"/>
          <w:sz w:val="22"/>
          <w:highlight w:val="cyan"/>
          <w:u w:val="single"/>
        </w:rPr>
        <w:t xml:space="preserve"> the people</w:t>
      </w:r>
      <w:r>
        <w:rPr>
          <w:b w:val="0"/>
          <w:i w:val="0"/>
          <w:smallCaps w:val="0"/>
          <w:strike w:val="0"/>
          <w:sz w:val="22"/>
          <w:u w:val="single"/>
        </w:rPr>
        <w:t xml:space="preserve"> who are </w:t>
      </w:r>
      <w:r>
        <w:rPr>
          <w:b/>
          <w:i w:val="0"/>
          <w:smallCaps w:val="0"/>
          <w:strike w:val="0"/>
          <w:sz w:val="22"/>
          <w:highlight w:val="cyan"/>
          <w:u w:val="single"/>
        </w:rPr>
        <w:t>already on your side</w:t>
      </w:r>
      <w:r>
        <w:rPr>
          <w:b w:val="0"/>
          <w:i w:val="0"/>
          <w:smallCaps w:val="0"/>
          <w:strike w:val="0"/>
          <w:sz w:val="22"/>
          <w:highlight w:val="cyan"/>
          <w:u w:val="single"/>
        </w:rPr>
        <w:t xml:space="preserve"> and </w:t>
      </w:r>
      <w:r>
        <w:rPr>
          <w:b/>
          <w:i w:val="0"/>
          <w:smallCaps w:val="0"/>
          <w:strike w:val="0"/>
          <w:sz w:val="22"/>
          <w:highlight w:val="cyan"/>
          <w:u w:val="single"/>
        </w:rPr>
        <w:t>win over</w:t>
      </w:r>
      <w:r>
        <w:rPr>
          <w:b/>
          <w:i w:val="0"/>
          <w:smallCaps w:val="0"/>
          <w:strike w:val="0"/>
          <w:sz w:val="22"/>
          <w:u w:val="single"/>
        </w:rPr>
        <w:t xml:space="preserve"> as many </w:t>
      </w:r>
      <w:r>
        <w:rPr>
          <w:b/>
          <w:i w:val="0"/>
          <w:smallCaps w:val="0"/>
          <w:strike w:val="0"/>
          <w:sz w:val="22"/>
          <w:highlight w:val="cyan"/>
          <w:u w:val="single"/>
        </w:rPr>
        <w:t>others</w:t>
      </w:r>
      <w:r>
        <w:rPr>
          <w:b/>
          <w:i w:val="0"/>
          <w:smallCaps w:val="0"/>
          <w:strike w:val="0"/>
          <w:sz w:val="22"/>
          <w:u w:val="single"/>
        </w:rPr>
        <w:t xml:space="preserve"> as you can</w:t>
      </w:r>
      <w:r>
        <w:rPr>
          <w:b w:val="0"/>
          <w:i w:val="0"/>
          <w:smallCaps w:val="0"/>
          <w:strike w:val="0"/>
          <w:sz w:val="22"/>
          <w:u w:val="single"/>
        </w:rPr>
        <w:t xml:space="preserve">. So </w:t>
      </w:r>
      <w:r>
        <w:rPr>
          <w:b w:val="0"/>
          <w:i w:val="0"/>
          <w:smallCaps w:val="0"/>
          <w:strike w:val="0"/>
          <w:sz w:val="22"/>
          <w:highlight w:val="cyan"/>
          <w:u w:val="single"/>
        </w:rPr>
        <w:t xml:space="preserve">you </w:t>
      </w:r>
      <w:r>
        <w:rPr>
          <w:b/>
          <w:i w:val="0"/>
          <w:smallCaps w:val="0"/>
          <w:strike w:val="0"/>
          <w:sz w:val="22"/>
          <w:highlight w:val="cyan"/>
          <w:u w:val="single"/>
        </w:rPr>
        <w:t>can’t assume</w:t>
      </w:r>
      <w:r>
        <w:rPr>
          <w:b w:val="0"/>
          <w:i w:val="0"/>
          <w:smallCaps w:val="0"/>
          <w:strike w:val="0"/>
          <w:sz w:val="22"/>
          <w:u w:val="single"/>
        </w:rPr>
        <w:t xml:space="preserve"> the people </w:t>
      </w:r>
      <w:r>
        <w:rPr>
          <w:b w:val="0"/>
          <w:i w:val="0"/>
          <w:smallCaps w:val="0"/>
          <w:strike w:val="0"/>
          <w:sz w:val="22"/>
          <w:highlight w:val="cyan"/>
          <w:u w:val="single"/>
        </w:rPr>
        <w:t>you</w:t>
      </w:r>
      <w:r>
        <w:rPr>
          <w:b w:val="0"/>
          <w:i w:val="0"/>
          <w:smallCaps w:val="0"/>
          <w:strike w:val="0"/>
          <w:sz w:val="22"/>
          <w:u w:val="single"/>
        </w:rPr>
        <w:t xml:space="preserve"> organize </w:t>
      </w:r>
      <w:r>
        <w:rPr>
          <w:b/>
          <w:i w:val="0"/>
          <w:smallCaps w:val="0"/>
          <w:strike w:val="0"/>
          <w:sz w:val="22"/>
          <w:highlight w:val="cyan"/>
          <w:u w:val="single"/>
        </w:rPr>
        <w:t>share</w:t>
      </w:r>
      <w:r>
        <w:rPr>
          <w:b/>
          <w:i w:val="0"/>
          <w:smallCaps w:val="0"/>
          <w:strike w:val="0"/>
          <w:sz w:val="22"/>
          <w:u w:val="single"/>
        </w:rPr>
        <w:t xml:space="preserve"> your </w:t>
      </w:r>
      <w:r>
        <w:rPr>
          <w:b/>
          <w:i w:val="0"/>
          <w:smallCaps w:val="0"/>
          <w:strike w:val="0"/>
          <w:sz w:val="22"/>
          <w:highlight w:val="cyan"/>
          <w:u w:val="single"/>
        </w:rPr>
        <w:t>values</w:t>
      </w:r>
      <w:r>
        <w:rPr>
          <w:b w:val="0"/>
          <w:i w:val="0"/>
          <w:smallCaps w:val="0"/>
          <w:strike w:val="0"/>
          <w:sz w:val="22"/>
          <w:u w:val="single"/>
        </w:rPr>
        <w:t xml:space="preserve">; in fact, </w:t>
      </w:r>
      <w:r>
        <w:rPr>
          <w:b w:val="0"/>
          <w:i w:val="0"/>
          <w:smallCaps w:val="0"/>
          <w:strike w:val="0"/>
          <w:sz w:val="22"/>
          <w:highlight w:val="cyan"/>
          <w:u w:val="single"/>
        </w:rPr>
        <w:t>you should</w:t>
      </w:r>
      <w:r>
        <w:rPr>
          <w:b w:val="0"/>
          <w:i w:val="0"/>
          <w:smallCaps w:val="0"/>
          <w:strike w:val="0"/>
          <w:sz w:val="22"/>
          <w:u w:val="single"/>
        </w:rPr>
        <w:t xml:space="preserve"> </w:t>
      </w:r>
      <w:r>
        <w:rPr>
          <w:b/>
          <w:i w:val="0"/>
          <w:smallCaps w:val="0"/>
          <w:strike w:val="0"/>
          <w:sz w:val="22"/>
          <w:u w:val="single"/>
        </w:rPr>
        <w:t>usually</w:t>
      </w:r>
      <w:r>
        <w:rPr>
          <w:b/>
          <w:i w:val="0"/>
          <w:smallCaps w:val="0"/>
          <w:strike w:val="0"/>
          <w:sz w:val="22"/>
          <w:u w:val="single"/>
        </w:rPr>
        <w:t xml:space="preserve"> </w:t>
      </w:r>
      <w:r>
        <w:rPr>
          <w:b/>
          <w:i w:val="0"/>
          <w:smallCaps w:val="0"/>
          <w:strike w:val="0"/>
          <w:sz w:val="22"/>
          <w:highlight w:val="cyan"/>
          <w:u w:val="single"/>
        </w:rPr>
        <w:t>assume they don’t</w:t>
      </w:r>
      <w:r>
        <w:rPr>
          <w:b w:val="0"/>
          <w:i w:val="0"/>
          <w:smallCaps w:val="0"/>
          <w:strike w:val="0"/>
          <w:sz w:val="22"/>
          <w:u w:val="single"/>
        </w:rPr>
        <w:t xml:space="preserve">. This means that unlike comrades, organizers </w:t>
      </w:r>
      <w:r>
        <w:rPr>
          <w:b/>
          <w:i w:val="0"/>
          <w:smallCaps w:val="0"/>
          <w:strike w:val="0"/>
          <w:sz w:val="22"/>
          <w:u w:val="single"/>
        </w:rPr>
        <w:t>aren’t interchangeable</w:t>
      </w:r>
      <w:r>
        <w:rPr>
          <w:b w:val="0"/>
          <w:i w:val="0"/>
          <w:smallCaps w:val="0"/>
          <w:strike w:val="0"/>
          <w:sz w:val="22"/>
          <w:u w:val="single"/>
        </w:rPr>
        <w:t xml:space="preserve">. </w:t>
      </w:r>
      <w:r>
        <w:rPr>
          <w:b/>
          <w:i w:val="0"/>
          <w:smallCaps w:val="0"/>
          <w:strike w:val="0"/>
          <w:sz w:val="22"/>
          <w:u w:val="single"/>
        </w:rPr>
        <w:t>It matters who you are</w:t>
      </w:r>
      <w:r>
        <w:rPr>
          <w:b w:val="0"/>
          <w:i w:val="0"/>
          <w:smallCaps w:val="0"/>
          <w:strike w:val="0"/>
          <w:sz w:val="16"/>
          <w:u w:val="none"/>
        </w:rPr>
        <w:t>. McAlevey’s theory of the organic leader is that people have to be organized by people they know and trust, not by strangers who claim to have the right ideas. The SNCC looked for “strong people”</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not necessarily traditional leaders, but people who were respected and trusted among their peers, on the logic that people would only take risky political action alongside people they trusted. When organizers reflect the people they organize, they win: when women of color organize other women of color, a 2007 paper by Kate Bronfenbrenner and Dorian Warren shows, they win almost 90 percent of elections. This cuts both ways: when women and people of color led the organizing in my department, we often struggled to get white men to take us seriously.</w:t>
      </w:r>
    </w:p>
    <w:p>
      <w:pPr>
        <w:spacing w:after="60"/>
      </w:pPr>
      <w:r>
        <w:rPr>
          <w:b w:val="0"/>
          <w:i w:val="0"/>
          <w:smallCaps w:val="0"/>
          <w:strike w:val="0"/>
          <w:sz w:val="16"/>
          <w:u w:val="none"/>
        </w:rPr>
        <w:t xml:space="preserve">Yet </w:t>
      </w:r>
      <w:r>
        <w:rPr>
          <w:b w:val="0"/>
          <w:i w:val="0"/>
          <w:smallCaps w:val="0"/>
          <w:strike w:val="0"/>
          <w:sz w:val="22"/>
          <w:u w:val="single"/>
        </w:rPr>
        <w:t xml:space="preserve">the comradely element of </w:t>
      </w:r>
      <w:r>
        <w:rPr>
          <w:b w:val="0"/>
          <w:i w:val="0"/>
          <w:smallCaps w:val="0"/>
          <w:strike w:val="0"/>
          <w:sz w:val="22"/>
          <w:highlight w:val="cyan"/>
          <w:u w:val="single"/>
        </w:rPr>
        <w:t>organizing</w:t>
      </w:r>
      <w:r>
        <w:rPr>
          <w:b w:val="0"/>
          <w:i w:val="0"/>
          <w:smallCaps w:val="0"/>
          <w:strike w:val="0"/>
          <w:sz w:val="22"/>
          <w:u w:val="single"/>
        </w:rPr>
        <w:t xml:space="preserve"> can also </w:t>
      </w:r>
      <w:r>
        <w:rPr>
          <w:b/>
          <w:i w:val="0"/>
          <w:smallCaps w:val="0"/>
          <w:strike w:val="0"/>
          <w:sz w:val="22"/>
          <w:highlight w:val="cyan"/>
          <w:u w:val="single"/>
        </w:rPr>
        <w:t>open up space for building relationships</w:t>
      </w:r>
      <w:r>
        <w:rPr>
          <w:b w:val="0"/>
          <w:i w:val="0"/>
          <w:smallCaps w:val="0"/>
          <w:strike w:val="0"/>
          <w:sz w:val="22"/>
          <w:u w:val="single"/>
        </w:rPr>
        <w:t xml:space="preserve"> with people beyond those boundaries. It’s </w:t>
      </w:r>
      <w:r>
        <w:rPr>
          <w:b/>
          <w:i w:val="0"/>
          <w:smallCaps w:val="0"/>
          <w:strike w:val="0"/>
          <w:sz w:val="22"/>
          <w:u w:val="single"/>
        </w:rPr>
        <w:t>not that class</w:t>
      </w:r>
      <w:r>
        <w:rPr>
          <w:b w:val="0"/>
          <w:i w:val="0"/>
          <w:smallCaps w:val="0"/>
          <w:strike w:val="0"/>
          <w:sz w:val="22"/>
          <w:u w:val="single"/>
        </w:rPr>
        <w:t xml:space="preserve"> and </w:t>
      </w:r>
      <w:r>
        <w:rPr>
          <w:b/>
          <w:i w:val="0"/>
          <w:smallCaps w:val="0"/>
          <w:strike w:val="0"/>
          <w:sz w:val="22"/>
          <w:u w:val="single"/>
        </w:rPr>
        <w:t>race</w:t>
      </w:r>
      <w:r>
        <w:rPr>
          <w:b w:val="0"/>
          <w:i w:val="0"/>
          <w:smallCaps w:val="0"/>
          <w:strike w:val="0"/>
          <w:sz w:val="22"/>
          <w:u w:val="single"/>
        </w:rPr>
        <w:t xml:space="preserve"> and </w:t>
      </w:r>
      <w:r>
        <w:rPr>
          <w:b/>
          <w:i w:val="0"/>
          <w:smallCaps w:val="0"/>
          <w:strike w:val="0"/>
          <w:sz w:val="22"/>
          <w:u w:val="single"/>
        </w:rPr>
        <w:t>gender disappear</w:t>
      </w:r>
      <w:r>
        <w:rPr>
          <w:b w:val="0"/>
          <w:i w:val="0"/>
          <w:smallCaps w:val="0"/>
          <w:strike w:val="0"/>
          <w:sz w:val="22"/>
          <w:u w:val="single"/>
        </w:rPr>
        <w:t xml:space="preserve">, </w:t>
      </w:r>
      <w:r>
        <w:rPr>
          <w:b/>
          <w:i w:val="0"/>
          <w:smallCaps w:val="0"/>
          <w:strike w:val="0"/>
          <w:sz w:val="22"/>
          <w:u w:val="single"/>
        </w:rPr>
        <w:t>transcended by the cause</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but the </w:t>
      </w:r>
      <w:r>
        <w:rPr>
          <w:b/>
          <w:i w:val="0"/>
          <w:smallCaps w:val="0"/>
          <w:strike w:val="0"/>
          <w:sz w:val="22"/>
          <w:u w:val="single"/>
        </w:rPr>
        <w:t>need to work together to achieve a shared end</w:t>
      </w:r>
      <w:r>
        <w:rPr>
          <w:b w:val="0"/>
          <w:i w:val="0"/>
          <w:smallCaps w:val="0"/>
          <w:strike w:val="0"/>
          <w:sz w:val="22"/>
          <w:u w:val="single"/>
        </w:rPr>
        <w:t xml:space="preserve"> provides a </w:t>
      </w:r>
      <w:r>
        <w:rPr>
          <w:b/>
          <w:i w:val="0"/>
          <w:smallCaps w:val="0"/>
          <w:strike w:val="0"/>
          <w:sz w:val="22"/>
          <w:u w:val="single"/>
        </w:rPr>
        <w:t>baseline of commonality</w:t>
      </w:r>
      <w:r>
        <w:rPr>
          <w:b w:val="0"/>
          <w:i w:val="0"/>
          <w:smallCaps w:val="0"/>
          <w:strike w:val="0"/>
          <w:sz w:val="22"/>
          <w:u w:val="single"/>
        </w:rPr>
        <w:t xml:space="preserve"> that makes it possible to </w:t>
      </w:r>
      <w:r>
        <w:rPr>
          <w:b/>
          <w:i w:val="0"/>
          <w:smallCaps w:val="0"/>
          <w:strike w:val="0"/>
          <w:sz w:val="22"/>
          <w:u w:val="single"/>
        </w:rPr>
        <w:t>relate across difference</w:t>
      </w:r>
      <w:r>
        <w:rPr>
          <w:b w:val="0"/>
          <w:i w:val="0"/>
          <w:smallCaps w:val="0"/>
          <w:strike w:val="0"/>
          <w:sz w:val="16"/>
          <w:u w:val="none"/>
        </w:rPr>
        <w:t xml:space="preserve"> and essential </w:t>
      </w:r>
      <w:r>
        <w:rPr>
          <w:b w:val="0"/>
          <w:i w:val="0"/>
          <w:smallCaps w:val="0"/>
          <w:strike w:val="0"/>
          <w:sz w:val="22"/>
          <w:u w:val="single"/>
        </w:rPr>
        <w:t xml:space="preserve">to </w:t>
      </w:r>
      <w:r>
        <w:rPr>
          <w:b/>
          <w:i w:val="0"/>
          <w:smallCaps w:val="0"/>
          <w:strike w:val="0"/>
          <w:sz w:val="22"/>
          <w:u w:val="single"/>
        </w:rPr>
        <w:t>figure out how</w:t>
      </w:r>
      <w:r>
        <w:rPr>
          <w:b w:val="0"/>
          <w:i w:val="0"/>
          <w:smallCaps w:val="0"/>
          <w:strike w:val="0"/>
          <w:sz w:val="22"/>
          <w:u w:val="single"/>
        </w:rPr>
        <w:t xml:space="preserve">. That’s why </w:t>
      </w:r>
      <w:r>
        <w:rPr>
          <w:b w:val="0"/>
          <w:i w:val="0"/>
          <w:smallCaps w:val="0"/>
          <w:strike w:val="0"/>
          <w:sz w:val="22"/>
          <w:highlight w:val="cyan"/>
          <w:u w:val="single"/>
        </w:rPr>
        <w:t xml:space="preserve">you </w:t>
      </w:r>
      <w:r>
        <w:rPr>
          <w:b/>
          <w:i w:val="0"/>
          <w:smallCaps w:val="0"/>
          <w:strike w:val="0"/>
          <w:sz w:val="22"/>
          <w:highlight w:val="cyan"/>
          <w:u w:val="single"/>
        </w:rPr>
        <w:t>meet people one-on-one</w:t>
      </w:r>
      <w:r>
        <w:rPr>
          <w:b w:val="0"/>
          <w:i w:val="0"/>
          <w:smallCaps w:val="0"/>
          <w:strike w:val="0"/>
          <w:sz w:val="22"/>
          <w:highlight w:val="cyan"/>
          <w:u w:val="single"/>
        </w:rPr>
        <w:t xml:space="preserve"> and </w:t>
      </w:r>
      <w:r>
        <w:rPr>
          <w:b/>
          <w:i w:val="0"/>
          <w:smallCaps w:val="0"/>
          <w:strike w:val="0"/>
          <w:sz w:val="22"/>
          <w:highlight w:val="cyan"/>
          <w:u w:val="single"/>
        </w:rPr>
        <w:t>talk about what you both care about</w:t>
      </w:r>
      <w:r>
        <w:rPr>
          <w:b w:val="0"/>
          <w:i w:val="0"/>
          <w:smallCaps w:val="0"/>
          <w:strike w:val="0"/>
          <w:sz w:val="16"/>
          <w:u w:val="none"/>
        </w:rPr>
        <w:t xml:space="preserve">, why you open up to someone you only know as a colleague or share with a stranger things you hardly even discuss with your friends. It’s why I cried about the humiliation of the grad-school pecking order with my organizer when I wouldn’t admit to anyone else that I was struggling. </w:t>
      </w:r>
      <w:r>
        <w:rPr>
          <w:b w:val="0"/>
          <w:i w:val="0"/>
          <w:smallCaps w:val="0"/>
          <w:strike w:val="0"/>
          <w:sz w:val="22"/>
          <w:u w:val="single"/>
        </w:rPr>
        <w:t xml:space="preserve">One-on-ones are </w:t>
      </w:r>
      <w:r>
        <w:rPr>
          <w:b/>
          <w:i w:val="0"/>
          <w:smallCaps w:val="0"/>
          <w:strike w:val="0"/>
          <w:sz w:val="22"/>
          <w:u w:val="single"/>
        </w:rPr>
        <w:t>countercultural</w:t>
      </w:r>
      <w:r>
        <w:rPr>
          <w:b w:val="0"/>
          <w:i w:val="0"/>
          <w:smallCaps w:val="0"/>
          <w:strike w:val="0"/>
          <w:sz w:val="22"/>
          <w:u w:val="single"/>
        </w:rPr>
        <w:t xml:space="preserve">: the conversations you have in them </w:t>
      </w:r>
      <w:r>
        <w:rPr>
          <w:b/>
          <w:i w:val="0"/>
          <w:smallCaps w:val="0"/>
          <w:strike w:val="0"/>
          <w:sz w:val="22"/>
          <w:u w:val="single"/>
        </w:rPr>
        <w:t>challenge your default expectations</w:t>
      </w:r>
      <w:r>
        <w:rPr>
          <w:b w:val="0"/>
          <w:i w:val="0"/>
          <w:smallCaps w:val="0"/>
          <w:strike w:val="0"/>
          <w:sz w:val="22"/>
          <w:u w:val="single"/>
        </w:rPr>
        <w:t xml:space="preserve"> of who you can relate to, </w:t>
      </w:r>
      <w:r>
        <w:rPr>
          <w:b/>
          <w:i w:val="0"/>
          <w:smallCaps w:val="0"/>
          <w:strike w:val="0"/>
          <w:sz w:val="22"/>
          <w:u w:val="single"/>
        </w:rPr>
        <w:t>force you outside</w:t>
      </w:r>
      <w:r>
        <w:rPr>
          <w:b w:val="0"/>
          <w:i w:val="0"/>
          <w:smallCaps w:val="0"/>
          <w:strike w:val="0"/>
          <w:sz w:val="22"/>
          <w:u w:val="single"/>
        </w:rPr>
        <w:t xml:space="preserve"> of the </w:t>
      </w:r>
      <w:r>
        <w:rPr>
          <w:b/>
          <w:i w:val="0"/>
          <w:smallCaps w:val="0"/>
          <w:strike w:val="0"/>
          <w:sz w:val="22"/>
          <w:u w:val="single"/>
        </w:rPr>
        <w:t>demographic categories</w:t>
      </w:r>
      <w:r>
        <w:rPr>
          <w:b w:val="0"/>
          <w:i w:val="0"/>
          <w:smallCaps w:val="0"/>
          <w:strike w:val="0"/>
          <w:sz w:val="22"/>
          <w:u w:val="single"/>
        </w:rPr>
        <w:t xml:space="preserve"> that organize most of your life and the </w:t>
      </w:r>
      <w:r>
        <w:rPr>
          <w:b/>
          <w:i w:val="0"/>
          <w:smallCaps w:val="0"/>
          <w:strike w:val="0"/>
          <w:sz w:val="22"/>
          <w:u w:val="single"/>
        </w:rPr>
        <w:t>scripts you’ve learned</w:t>
      </w:r>
      <w:r>
        <w:rPr>
          <w:b w:val="0"/>
          <w:i w:val="0"/>
          <w:smallCaps w:val="0"/>
          <w:strike w:val="0"/>
          <w:sz w:val="22"/>
          <w:u w:val="single"/>
        </w:rPr>
        <w:t xml:space="preserve"> for interacting with people accordingly. </w:t>
      </w:r>
      <w:r>
        <w:rPr>
          <w:b w:val="0"/>
          <w:i w:val="0"/>
          <w:smallCaps w:val="0"/>
          <w:strike w:val="0"/>
          <w:sz w:val="22"/>
          <w:highlight w:val="cyan"/>
          <w:u w:val="single"/>
        </w:rPr>
        <w:t xml:space="preserve">You </w:t>
      </w:r>
      <w:r>
        <w:rPr>
          <w:b/>
          <w:i w:val="0"/>
          <w:smallCaps w:val="0"/>
          <w:strike w:val="0"/>
          <w:sz w:val="22"/>
          <w:highlight w:val="cyan"/>
          <w:u w:val="single"/>
        </w:rPr>
        <w:t>build trust</w:t>
      </w:r>
      <w:r>
        <w:rPr>
          <w:b w:val="0"/>
          <w:i w:val="0"/>
          <w:smallCaps w:val="0"/>
          <w:strike w:val="0"/>
          <w:sz w:val="22"/>
          <w:u w:val="single"/>
        </w:rPr>
        <w:t xml:space="preserve"> with people you have </w:t>
      </w:r>
      <w:r>
        <w:rPr>
          <w:b/>
          <w:i w:val="0"/>
          <w:smallCaps w:val="0"/>
          <w:strike w:val="0"/>
          <w:sz w:val="22"/>
          <w:u w:val="single"/>
        </w:rPr>
        <w:t>no prior reason to trust</w:t>
      </w:r>
      <w:r>
        <w:rPr>
          <w:b w:val="0"/>
          <w:i w:val="0"/>
          <w:smallCaps w:val="0"/>
          <w:strike w:val="0"/>
          <w:sz w:val="22"/>
          <w:u w:val="single"/>
        </w:rPr>
        <w:t xml:space="preserve"> </w:t>
      </w:r>
      <w:r>
        <w:rPr>
          <w:b w:val="0"/>
          <w:i w:val="0"/>
          <w:smallCaps w:val="0"/>
          <w:strike w:val="0"/>
          <w:sz w:val="22"/>
          <w:highlight w:val="cyan"/>
          <w:u w:val="single"/>
        </w:rPr>
        <w:t xml:space="preserve">not simply by </w:t>
      </w:r>
      <w:r>
        <w:rPr>
          <w:b/>
          <w:i w:val="0"/>
          <w:smallCaps w:val="0"/>
          <w:strike w:val="0"/>
          <w:sz w:val="22"/>
          <w:highlight w:val="cyan"/>
          <w:u w:val="single"/>
        </w:rPr>
        <w:t>affirming your commitment</w:t>
      </w:r>
      <w:r>
        <w:rPr>
          <w:b w:val="0"/>
          <w:i w:val="0"/>
          <w:smallCaps w:val="0"/>
          <w:strike w:val="0"/>
          <w:sz w:val="22"/>
          <w:u w:val="single"/>
        </w:rPr>
        <w:t xml:space="preserve"> to the shared project</w:t>
      </w:r>
      <w:r>
        <w:rPr>
          <w:b w:val="0"/>
          <w:i w:val="0"/>
          <w:smallCaps w:val="0"/>
          <w:strike w:val="0"/>
          <w:sz w:val="16"/>
          <w:u w:val="none"/>
        </w:rPr>
        <w:t xml:space="preserve">, your devotion to the Borg, </w:t>
      </w:r>
      <w:r>
        <w:rPr>
          <w:b w:val="0"/>
          <w:i w:val="0"/>
          <w:smallCaps w:val="0"/>
          <w:strike w:val="0"/>
          <w:sz w:val="22"/>
          <w:highlight w:val="cyan"/>
          <w:u w:val="single"/>
        </w:rPr>
        <w:t xml:space="preserve">but by </w:t>
      </w:r>
      <w:r>
        <w:rPr>
          <w:b/>
          <w:i w:val="0"/>
          <w:smallCaps w:val="0"/>
          <w:strike w:val="0"/>
          <w:sz w:val="22"/>
          <w:highlight w:val="cyan"/>
          <w:u w:val="single"/>
        </w:rPr>
        <w:t>coming to understand what brought someone else to it</w:t>
      </w:r>
      <w:r>
        <w:rPr>
          <w:b w:val="0"/>
          <w:i w:val="0"/>
          <w:smallCaps w:val="0"/>
          <w:strike w:val="0"/>
          <w:sz w:val="16"/>
          <w:u w:val="none"/>
        </w:rPr>
        <w:t>.</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