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innovation</w:t>
      </w:r>
      <w:r>
        <w:rPr>
          <w:b/>
          <w:i w:val="0"/>
          <w:smallCaps w:val="0"/>
          <w:strike w:val="0"/>
          <w:sz w:val="24"/>
          <w:u w:val="none"/>
        </w:rPr>
        <w:t xml:space="preserve"> presents global risks that </w:t>
      </w:r>
      <w:r>
        <w:rPr>
          <w:b/>
          <w:i w:val="0"/>
          <w:smallCaps w:val="0"/>
          <w:strike w:val="0"/>
          <w:sz w:val="24"/>
          <w:u w:val="single"/>
        </w:rPr>
        <w:t>outweigh</w:t>
      </w:r>
      <w:r>
        <w:rPr>
          <w:b/>
          <w:i w:val="0"/>
          <w:smallCaps w:val="0"/>
          <w:strike w:val="0"/>
          <w:sz w:val="24"/>
          <w:u w:val="none"/>
        </w:rPr>
        <w:t xml:space="preserve"> nuclear war.  </w:t>
      </w:r>
    </w:p>
    <w:p>
      <w:pPr>
        <w:spacing w:after="80"/>
      </w:pPr>
      <w:r>
        <w:rPr>
          <w:b w:val="0"/>
          <w:i w:val="0"/>
          <w:smallCaps w:val="0"/>
          <w:strike w:val="0"/>
          <w:sz w:val="16"/>
          <w:u w:val="none"/>
        </w:rPr>
        <w:t xml:space="preserve">Titu-Marius </w:t>
      </w:r>
      <w:r>
        <w:rPr>
          <w:b/>
          <w:i w:val="0"/>
          <w:smallCaps w:val="0"/>
          <w:strike w:val="0"/>
          <w:sz w:val="24"/>
          <w:u w:val="none"/>
        </w:rPr>
        <w:t>Băjenescu 18</w:t>
      </w:r>
      <w:r>
        <w:rPr>
          <w:b w:val="0"/>
          <w:i w:val="0"/>
          <w:smallCaps w:val="0"/>
          <w:strike w:val="0"/>
          <w:sz w:val="16"/>
          <w:u w:val="none"/>
        </w:rPr>
        <w:t>. Swiss Technology Association, Electronics Group Switzerland. “THE RISKS OF ARTIFICIAL INTELLIGENCE.” 2018. Journal of Engineering Science, vol. XXV, no. 4, pp. 47-56. gautam</w:t>
      </w:r>
    </w:p>
    <w:p>
      <w:pPr>
        <w:spacing w:after="60"/>
      </w:pPr>
      <w:r>
        <w:rPr>
          <w:b w:val="0"/>
          <w:i w:val="0"/>
          <w:smallCaps w:val="0"/>
          <w:strike w:val="0"/>
          <w:sz w:val="20"/>
          <w:u w:val="single"/>
        </w:rPr>
        <w:t>Many experts believe</w:t>
      </w:r>
      <w:r>
        <w:rPr>
          <w:b w:val="0"/>
          <w:i w:val="0"/>
          <w:smallCaps w:val="0"/>
          <w:strike w:val="0"/>
          <w:sz w:val="16"/>
          <w:u w:val="none"/>
        </w:rPr>
        <w:t xml:space="preserve"> that alongside global opportunities, </w:t>
      </w:r>
      <w:r>
        <w:rPr>
          <w:b/>
          <w:i w:val="0"/>
          <w:smallCaps w:val="0"/>
          <w:strike w:val="0"/>
          <w:sz w:val="20"/>
          <w:highlight w:val="cyan"/>
          <w:u w:val="single"/>
        </w:rPr>
        <w:t>AI</w:t>
      </w:r>
      <w:r>
        <w:rPr>
          <w:b w:val="0"/>
          <w:i w:val="0"/>
          <w:smallCaps w:val="0"/>
          <w:strike w:val="0"/>
          <w:sz w:val="20"/>
          <w:highlight w:val="cyan"/>
          <w:u w:val="single"/>
        </w:rPr>
        <w:t xml:space="preserve"> poses </w:t>
      </w:r>
      <w:r>
        <w:rPr>
          <w:b/>
          <w:i w:val="0"/>
          <w:smallCaps w:val="0"/>
          <w:strike w:val="0"/>
          <w:sz w:val="20"/>
          <w:highlight w:val="cyan"/>
          <w:u w:val="single"/>
        </w:rPr>
        <w:t>global risks</w:t>
      </w:r>
      <w:r>
        <w:rPr>
          <w:b w:val="0"/>
          <w:i w:val="0"/>
          <w:smallCaps w:val="0"/>
          <w:strike w:val="0"/>
          <w:sz w:val="20"/>
          <w:highlight w:val="cyan"/>
          <w:u w:val="single"/>
        </w:rPr>
        <w:t xml:space="preserve">, which will be </w:t>
      </w:r>
      <w:r>
        <w:rPr>
          <w:b/>
          <w:i w:val="0"/>
          <w:smallCaps w:val="0"/>
          <w:strike w:val="0"/>
          <w:sz w:val="20"/>
          <w:highlight w:val="cyan"/>
          <w:u w:val="single"/>
        </w:rPr>
        <w:t>greater than</w:t>
      </w:r>
      <w:r>
        <w:rPr>
          <w:b w:val="0"/>
          <w:i w:val="0"/>
          <w:smallCaps w:val="0"/>
          <w:strike w:val="0"/>
          <w:sz w:val="16"/>
          <w:u w:val="none"/>
        </w:rPr>
        <w:t xml:space="preserve">, say, </w:t>
      </w:r>
      <w:r>
        <w:rPr>
          <w:b w:val="0"/>
          <w:i w:val="0"/>
          <w:smallCaps w:val="0"/>
          <w:strike w:val="0"/>
          <w:sz w:val="20"/>
          <w:u w:val="single"/>
        </w:rPr>
        <w:t xml:space="preserve">the risks of </w:t>
      </w:r>
      <w:r>
        <w:rPr>
          <w:b/>
          <w:i w:val="0"/>
          <w:smallCaps w:val="0"/>
          <w:strike w:val="0"/>
          <w:sz w:val="20"/>
          <w:highlight w:val="cyan"/>
          <w:u w:val="single"/>
        </w:rPr>
        <w:t>nuclear technology</w:t>
      </w:r>
      <w:r>
        <w:rPr>
          <w:b w:val="0"/>
          <w:i w:val="0"/>
          <w:smallCaps w:val="0"/>
          <w:strike w:val="0"/>
          <w:sz w:val="16"/>
          <w:u w:val="none"/>
        </w:rPr>
        <w:t xml:space="preserve"> - which in any case have historically been underestimated. Furthermore, scientific risk analysis suggests that </w:t>
      </w:r>
      <w:r>
        <w:rPr>
          <w:b w:val="0"/>
          <w:i w:val="0"/>
          <w:smallCaps w:val="0"/>
          <w:strike w:val="0"/>
          <w:sz w:val="20"/>
          <w:u w:val="single"/>
        </w:rPr>
        <w:t xml:space="preserve">high potential damages </w:t>
      </w:r>
      <w:r>
        <w:rPr>
          <w:b w:val="0"/>
          <w:i w:val="0"/>
          <w:smallCaps w:val="0"/>
          <w:strike w:val="0"/>
          <w:sz w:val="20"/>
          <w:highlight w:val="cyan"/>
          <w:u w:val="single"/>
        </w:rPr>
        <w:t>should be taken</w:t>
      </w:r>
      <w:r>
        <w:rPr>
          <w:b w:val="0"/>
          <w:i w:val="0"/>
          <w:smallCaps w:val="0"/>
          <w:strike w:val="0"/>
          <w:sz w:val="20"/>
          <w:u w:val="single"/>
        </w:rPr>
        <w:t xml:space="preserve"> very </w:t>
      </w:r>
      <w:r>
        <w:rPr>
          <w:b w:val="0"/>
          <w:i w:val="0"/>
          <w:smallCaps w:val="0"/>
          <w:strike w:val="0"/>
          <w:sz w:val="20"/>
          <w:highlight w:val="cyan"/>
          <w:u w:val="single"/>
        </w:rPr>
        <w:t xml:space="preserve">seriously </w:t>
      </w:r>
      <w:r>
        <w:rPr>
          <w:b/>
          <w:i w:val="0"/>
          <w:smallCaps w:val="0"/>
          <w:strike w:val="0"/>
          <w:sz w:val="20"/>
          <w:highlight w:val="cyan"/>
          <w:u w:val="single"/>
        </w:rPr>
        <w:t>even if</w:t>
      </w:r>
      <w:r>
        <w:rPr>
          <w:b w:val="0"/>
          <w:i w:val="0"/>
          <w:smallCaps w:val="0"/>
          <w:strike w:val="0"/>
          <w:sz w:val="20"/>
          <w:u w:val="single"/>
        </w:rPr>
        <w:t xml:space="preserve"> the </w:t>
      </w:r>
      <w:r>
        <w:rPr>
          <w:b/>
          <w:i w:val="0"/>
          <w:smallCaps w:val="0"/>
          <w:strike w:val="0"/>
          <w:sz w:val="20"/>
          <w:highlight w:val="cyan"/>
          <w:u w:val="single"/>
        </w:rPr>
        <w:t>probability</w:t>
      </w:r>
      <w:r>
        <w:rPr>
          <w:b w:val="0"/>
          <w:i w:val="0"/>
          <w:smallCaps w:val="0"/>
          <w:strike w:val="0"/>
          <w:sz w:val="20"/>
          <w:u w:val="single"/>
        </w:rPr>
        <w:t xml:space="preserve"> of their occurrence </w:t>
      </w:r>
      <w:r>
        <w:rPr>
          <w:b w:val="0"/>
          <w:i w:val="0"/>
          <w:smallCaps w:val="0"/>
          <w:strike w:val="0"/>
          <w:sz w:val="20"/>
          <w:highlight w:val="cyan"/>
          <w:u w:val="single"/>
        </w:rPr>
        <w:t xml:space="preserve">were </w:t>
      </w:r>
      <w:r>
        <w:rPr>
          <w:b/>
          <w:i w:val="0"/>
          <w:smallCaps w:val="0"/>
          <w:strike w:val="0"/>
          <w:sz w:val="20"/>
          <w:highlight w:val="cyan"/>
          <w:u w:val="single"/>
        </w:rPr>
        <w:t>low</w:t>
      </w:r>
      <w:r>
        <w:rPr>
          <w:b w:val="0"/>
          <w:i w:val="0"/>
          <w:smallCaps w:val="0"/>
          <w:strike w:val="0"/>
          <w:sz w:val="16"/>
          <w:u w:val="none"/>
        </w:rPr>
        <w:t>.</w:t>
      </w:r>
    </w:p>
    <w:p>
      <w:pPr>
        <w:spacing w:after="60"/>
      </w:pPr>
      <w:r>
        <w:rPr>
          <w:b w:val="0"/>
          <w:i w:val="0"/>
          <w:smallCaps w:val="0"/>
          <w:strike w:val="0"/>
          <w:sz w:val="16"/>
          <w:u w:val="none"/>
        </w:rPr>
        <w:t xml:space="preserve">While </w:t>
      </w:r>
      <w:r>
        <w:rPr>
          <w:b w:val="0"/>
          <w:i w:val="0"/>
          <w:smallCaps w:val="0"/>
          <w:strike w:val="0"/>
          <w:sz w:val="20"/>
          <w:u w:val="single"/>
        </w:rPr>
        <w:t xml:space="preserve">the </w:t>
      </w:r>
      <w:r>
        <w:rPr>
          <w:b w:val="0"/>
          <w:i w:val="0"/>
          <w:smallCaps w:val="0"/>
          <w:strike w:val="0"/>
          <w:sz w:val="20"/>
          <w:highlight w:val="cyan"/>
          <w:u w:val="single"/>
        </w:rPr>
        <w:t>risks from</w:t>
      </w:r>
      <w:r>
        <w:rPr>
          <w:b w:val="0"/>
          <w:i w:val="0"/>
          <w:smallCaps w:val="0"/>
          <w:strike w:val="0"/>
          <w:sz w:val="20"/>
          <w:u w:val="single"/>
        </w:rPr>
        <w:t xml:space="preserve"> domain-specific </w:t>
      </w:r>
      <w:r>
        <w:rPr>
          <w:b w:val="0"/>
          <w:i w:val="0"/>
          <w:smallCaps w:val="0"/>
          <w:strike w:val="0"/>
          <w:sz w:val="20"/>
          <w:highlight w:val="cyan"/>
          <w:u w:val="single"/>
        </w:rPr>
        <w:t xml:space="preserve">AIs appear </w:t>
      </w:r>
      <w:r>
        <w:rPr>
          <w:b/>
          <w:i w:val="0"/>
          <w:smallCaps w:val="0"/>
          <w:strike w:val="0"/>
          <w:sz w:val="20"/>
          <w:highlight w:val="cyan"/>
          <w:u w:val="single"/>
        </w:rPr>
        <w:t>limited</w:t>
      </w:r>
      <w:r>
        <w:rPr>
          <w:b w:val="0"/>
          <w:i w:val="0"/>
          <w:smallCaps w:val="0"/>
          <w:strike w:val="0"/>
          <w:sz w:val="20"/>
          <w:highlight w:val="cyan"/>
          <w:u w:val="single"/>
        </w:rPr>
        <w:t xml:space="preserve"> in the</w:t>
      </w:r>
      <w:r>
        <w:rPr>
          <w:b w:val="0"/>
          <w:i w:val="0"/>
          <w:smallCaps w:val="0"/>
          <w:strike w:val="0"/>
          <w:sz w:val="20"/>
          <w:u w:val="single"/>
        </w:rPr>
        <w:t xml:space="preserve"> </w:t>
      </w:r>
      <w:r>
        <w:rPr>
          <w:b/>
          <w:i w:val="0"/>
          <w:smallCaps w:val="0"/>
          <w:strike w:val="0"/>
          <w:sz w:val="20"/>
          <w:u w:val="single"/>
        </w:rPr>
        <w:t xml:space="preserve">near </w:t>
      </w:r>
      <w:r>
        <w:rPr>
          <w:b/>
          <w:i w:val="0"/>
          <w:smallCaps w:val="0"/>
          <w:strike w:val="0"/>
          <w:sz w:val="20"/>
          <w:highlight w:val="cyan"/>
          <w:u w:val="single"/>
        </w:rPr>
        <w:t>future</w:t>
      </w:r>
      <w:r>
        <w:rPr>
          <w:b w:val="0"/>
          <w:i w:val="0"/>
          <w:smallCaps w:val="0"/>
          <w:strike w:val="0"/>
          <w:sz w:val="20"/>
          <w:u w:val="single"/>
        </w:rPr>
        <w:t>, there are long-term developments to take into consideration</w:t>
      </w:r>
      <w:r>
        <w:rPr>
          <w:b w:val="0"/>
          <w:i w:val="0"/>
          <w:smallCaps w:val="0"/>
          <w:strike w:val="0"/>
          <w:sz w:val="16"/>
          <w:u w:val="none"/>
        </w:rPr>
        <w:t xml:space="preserve">: in the not-so-distant future, </w:t>
      </w:r>
      <w:r>
        <w:rPr>
          <w:b w:val="0"/>
          <w:i w:val="0"/>
          <w:smallCaps w:val="0"/>
          <w:strike w:val="0"/>
          <w:sz w:val="20"/>
          <w:u w:val="single"/>
        </w:rPr>
        <w:t xml:space="preserve">artificial intelligence could in principle pose an </w:t>
      </w:r>
      <w:r>
        <w:rPr>
          <w:b/>
          <w:i w:val="0"/>
          <w:smallCaps w:val="0"/>
          <w:strike w:val="0"/>
          <w:sz w:val="20"/>
          <w:u w:val="single"/>
        </w:rPr>
        <w:t>existential threat</w:t>
      </w:r>
      <w:r>
        <w:rPr>
          <w:b w:val="0"/>
          <w:i w:val="0"/>
          <w:smallCaps w:val="0"/>
          <w:strike w:val="0"/>
          <w:sz w:val="20"/>
          <w:u w:val="single"/>
        </w:rPr>
        <w:t>, similar in scope to the pandemic risks associated with biotechnology</w:t>
      </w:r>
      <w:r>
        <w:rPr>
          <w:b w:val="0"/>
          <w:i w:val="0"/>
          <w:smallCaps w:val="0"/>
          <w:strike w:val="0"/>
          <w:sz w:val="16"/>
          <w:u w:val="none"/>
        </w:rPr>
        <w:t xml:space="preserve"> [4, 6, 17].</w:t>
      </w:r>
    </w:p>
    <w:p>
      <w:pPr>
        <w:spacing w:after="60"/>
      </w:pPr>
      <w:r>
        <w:rPr>
          <w:b w:val="0"/>
          <w:i w:val="0"/>
          <w:smallCaps w:val="0"/>
          <w:strike w:val="0"/>
          <w:sz w:val="16"/>
          <w:u w:val="none"/>
        </w:rPr>
        <w:t>&lt;&lt;&lt;FIGURE OMITTED&gt;&gt;&gt;</w:t>
      </w:r>
    </w:p>
    <w:p>
      <w:pPr>
        <w:spacing w:after="60"/>
      </w:pPr>
      <w:r>
        <w:rPr>
          <w:b w:val="0"/>
          <w:i w:val="0"/>
          <w:smallCaps w:val="0"/>
          <w:strike w:val="0"/>
          <w:sz w:val="16"/>
          <w:u w:val="none"/>
        </w:rPr>
        <w:t>While the entertainment industry does offer significant opportunities for better education through personalized AI teaching and the gamification of learning material [66], it also increases the risk that a growing proportion of young people will have trouble completing their education due to a pathological addiction to video games and/or the internet [3].</w:t>
      </w:r>
    </w:p>
    <w:p>
      <w:pPr>
        <w:spacing w:after="60"/>
      </w:pPr>
      <w:r>
        <w:rPr>
          <w:b w:val="0"/>
          <w:i w:val="0"/>
          <w:smallCaps w:val="0"/>
          <w:strike w:val="0"/>
          <w:sz w:val="20"/>
          <w:u w:val="single"/>
        </w:rPr>
        <w:t>On terrorism, crime, and other sources of risk</w:t>
      </w:r>
      <w:r>
        <w:rPr>
          <w:b w:val="0"/>
          <w:i w:val="0"/>
          <w:smallCaps w:val="0"/>
          <w:strike w:val="0"/>
          <w:sz w:val="16"/>
          <w:u w:val="none"/>
        </w:rPr>
        <w:t>:</w:t>
      </w:r>
    </w:p>
    <w:p>
      <w:pPr>
        <w:spacing w:after="60"/>
      </w:pPr>
      <w:r>
        <w:rPr>
          <w:b w:val="0"/>
          <w:i w:val="0"/>
          <w:smallCaps w:val="0"/>
          <w:strike w:val="0"/>
          <w:sz w:val="20"/>
          <w:highlight w:val="cyan"/>
          <w:u w:val="single"/>
        </w:rPr>
        <w:t>The dangerous applications</w:t>
      </w:r>
      <w:r>
        <w:rPr>
          <w:b w:val="0"/>
          <w:i w:val="0"/>
          <w:smallCaps w:val="0"/>
          <w:strike w:val="0"/>
          <w:sz w:val="20"/>
          <w:u w:val="single"/>
        </w:rPr>
        <w:t xml:space="preserve"> for AI </w:t>
      </w:r>
      <w:r>
        <w:rPr>
          <w:b w:val="0"/>
          <w:i w:val="0"/>
          <w:smallCaps w:val="0"/>
          <w:strike w:val="0"/>
          <w:sz w:val="20"/>
          <w:highlight w:val="cyan"/>
          <w:u w:val="single"/>
        </w:rPr>
        <w:t xml:space="preserve">would be </w:t>
      </w:r>
      <w:r>
        <w:rPr>
          <w:b/>
          <w:i w:val="0"/>
          <w:smallCaps w:val="0"/>
          <w:strike w:val="0"/>
          <w:sz w:val="20"/>
          <w:highlight w:val="cyan"/>
          <w:u w:val="single"/>
        </w:rPr>
        <w:t>criminals</w:t>
      </w:r>
      <w:r>
        <w:rPr>
          <w:b w:val="0"/>
          <w:i w:val="0"/>
          <w:smallCaps w:val="0"/>
          <w:strike w:val="0"/>
          <w:sz w:val="20"/>
          <w:highlight w:val="cyan"/>
          <w:u w:val="single"/>
        </w:rPr>
        <w:t xml:space="preserve"> or</w:t>
      </w:r>
      <w:r>
        <w:rPr>
          <w:b w:val="0"/>
          <w:i w:val="0"/>
          <w:smallCaps w:val="0"/>
          <w:strike w:val="0"/>
          <w:sz w:val="20"/>
          <w:u w:val="single"/>
        </w:rPr>
        <w:t xml:space="preserve"> </w:t>
      </w:r>
      <w:r>
        <w:rPr>
          <w:b/>
          <w:i w:val="0"/>
          <w:smallCaps w:val="0"/>
          <w:strike w:val="0"/>
          <w:sz w:val="20"/>
          <w:u w:val="single"/>
        </w:rPr>
        <w:t xml:space="preserve">large </w:t>
      </w:r>
      <w:r>
        <w:rPr>
          <w:b/>
          <w:i w:val="0"/>
          <w:smallCaps w:val="0"/>
          <w:strike w:val="0"/>
          <w:sz w:val="20"/>
          <w:highlight w:val="cyan"/>
          <w:u w:val="single"/>
        </w:rPr>
        <w:t>terrorist organizations</w:t>
      </w:r>
      <w:r>
        <w:rPr>
          <w:b w:val="0"/>
          <w:i w:val="0"/>
          <w:smallCaps w:val="0"/>
          <w:strike w:val="0"/>
          <w:sz w:val="20"/>
          <w:highlight w:val="cyan"/>
          <w:u w:val="single"/>
        </w:rPr>
        <w:t xml:space="preserve"> using it to</w:t>
      </w:r>
      <w:r>
        <w:rPr>
          <w:b w:val="0"/>
          <w:i w:val="0"/>
          <w:smallCaps w:val="0"/>
          <w:strike w:val="0"/>
          <w:sz w:val="20"/>
          <w:u w:val="single"/>
        </w:rPr>
        <w:t xml:space="preserve"> </w:t>
      </w:r>
      <w:r>
        <w:rPr>
          <w:b w:val="0"/>
          <w:i w:val="0"/>
          <w:smallCaps w:val="0"/>
          <w:strike w:val="0"/>
          <w:sz w:val="20"/>
          <w:u w:val="single"/>
        </w:rPr>
        <w:t>disrupt large processes</w:t>
      </w:r>
      <w:r>
        <w:rPr>
          <w:b w:val="0"/>
          <w:i w:val="0"/>
          <w:smallCaps w:val="0"/>
          <w:strike w:val="0"/>
          <w:sz w:val="20"/>
          <w:u w:val="single"/>
        </w:rPr>
        <w:t xml:space="preserve"> or</w:t>
      </w:r>
      <w:r>
        <w:rPr>
          <w:b w:val="0"/>
          <w:i w:val="0"/>
          <w:smallCaps w:val="0"/>
          <w:strike w:val="0"/>
          <w:sz w:val="16"/>
          <w:u w:val="none"/>
        </w:rPr>
        <w:t xml:space="preserve"> simply </w:t>
      </w:r>
      <w:r>
        <w:rPr>
          <w:b w:val="0"/>
          <w:i w:val="0"/>
          <w:smallCaps w:val="0"/>
          <w:strike w:val="0"/>
          <w:sz w:val="20"/>
          <w:highlight w:val="cyan"/>
          <w:u w:val="single"/>
        </w:rPr>
        <w:t xml:space="preserve">do </w:t>
      </w:r>
      <w:r>
        <w:rPr>
          <w:b/>
          <w:i w:val="0"/>
          <w:smallCaps w:val="0"/>
          <w:strike w:val="0"/>
          <w:sz w:val="20"/>
          <w:highlight w:val="cyan"/>
          <w:u w:val="single"/>
        </w:rPr>
        <w:t>pure harm</w:t>
      </w:r>
      <w:r>
        <w:rPr>
          <w:b w:val="0"/>
          <w:i w:val="0"/>
          <w:smallCaps w:val="0"/>
          <w:strike w:val="0"/>
          <w:sz w:val="20"/>
          <w:highlight w:val="cyan"/>
          <w:u w:val="single"/>
        </w:rPr>
        <w:t>. Terrorists could cause</w:t>
      </w:r>
      <w:r>
        <w:rPr>
          <w:b w:val="0"/>
          <w:i w:val="0"/>
          <w:smallCaps w:val="0"/>
          <w:strike w:val="0"/>
          <w:sz w:val="20"/>
          <w:u w:val="single"/>
        </w:rPr>
        <w:t xml:space="preserve"> harm via </w:t>
      </w:r>
      <w:r>
        <w:rPr>
          <w:b/>
          <w:i w:val="0"/>
          <w:smallCaps w:val="0"/>
          <w:strike w:val="0"/>
          <w:sz w:val="20"/>
          <w:highlight w:val="cyan"/>
          <w:u w:val="single"/>
        </w:rPr>
        <w:t>digital warfare</w:t>
      </w:r>
      <w:r>
        <w:rPr>
          <w:b w:val="0"/>
          <w:i w:val="0"/>
          <w:smallCaps w:val="0"/>
          <w:strike w:val="0"/>
          <w:sz w:val="20"/>
          <w:u w:val="single"/>
        </w:rPr>
        <w:t>, or</w:t>
      </w:r>
      <w:r>
        <w:rPr>
          <w:b w:val="0"/>
          <w:i w:val="0"/>
          <w:smallCaps w:val="0"/>
          <w:strike w:val="0"/>
          <w:sz w:val="16"/>
          <w:u w:val="none"/>
        </w:rPr>
        <w:t xml:space="preserve"> it </w:t>
      </w:r>
      <w:r>
        <w:rPr>
          <w:b w:val="0"/>
          <w:i w:val="0"/>
          <w:smallCaps w:val="0"/>
          <w:strike w:val="0"/>
          <w:sz w:val="20"/>
          <w:u w:val="single"/>
        </w:rPr>
        <w:t>could be a combination of robotics, drones, with AI and other things</w:t>
      </w:r>
      <w:r>
        <w:rPr>
          <w:b w:val="0"/>
          <w:i w:val="0"/>
          <w:smallCaps w:val="0"/>
          <w:strike w:val="0"/>
          <w:sz w:val="16"/>
          <w:u w:val="none"/>
        </w:rPr>
        <w:t xml:space="preserve"> as well </w:t>
      </w:r>
      <w:r>
        <w:rPr>
          <w:b w:val="0"/>
          <w:i w:val="0"/>
          <w:smallCaps w:val="0"/>
          <w:strike w:val="0"/>
          <w:sz w:val="20"/>
          <w:u w:val="single"/>
        </w:rPr>
        <w:t>that could be</w:t>
      </w:r>
      <w:r>
        <w:rPr>
          <w:b w:val="0"/>
          <w:i w:val="0"/>
          <w:smallCaps w:val="0"/>
          <w:strike w:val="0"/>
          <w:sz w:val="16"/>
          <w:u w:val="none"/>
        </w:rPr>
        <w:t xml:space="preserve"> really </w:t>
      </w:r>
      <w:r>
        <w:rPr>
          <w:b w:val="0"/>
          <w:i w:val="0"/>
          <w:smallCaps w:val="0"/>
          <w:strike w:val="0"/>
          <w:sz w:val="20"/>
          <w:u w:val="single"/>
        </w:rPr>
        <w:t>dangerous</w:t>
      </w:r>
      <w:r>
        <w:rPr>
          <w:b w:val="0"/>
          <w:i w:val="0"/>
          <w:smallCaps w:val="0"/>
          <w:strike w:val="0"/>
          <w:sz w:val="16"/>
          <w:u w:val="none"/>
        </w:rPr>
        <w:t>.</w:t>
      </w:r>
    </w:p>
    <w:p>
      <w:pPr>
        <w:spacing w:after="60"/>
      </w:pPr>
      <w:r>
        <w:rPr>
          <w:b w:val="0"/>
          <w:i w:val="0"/>
          <w:smallCaps w:val="0"/>
          <w:strike w:val="0"/>
          <w:sz w:val="16"/>
          <w:u w:val="none"/>
        </w:rPr>
        <w:t xml:space="preserve">And, of course, </w:t>
      </w:r>
      <w:r>
        <w:rPr>
          <w:b w:val="0"/>
          <w:i w:val="0"/>
          <w:smallCaps w:val="0"/>
          <w:strike w:val="0"/>
          <w:sz w:val="20"/>
          <w:highlight w:val="cyan"/>
          <w:u w:val="single"/>
        </w:rPr>
        <w:t>other risks come from</w:t>
      </w:r>
      <w:r>
        <w:rPr>
          <w:b w:val="0"/>
          <w:i w:val="0"/>
          <w:smallCaps w:val="0"/>
          <w:strike w:val="0"/>
          <w:sz w:val="20"/>
          <w:u w:val="single"/>
        </w:rPr>
        <w:t xml:space="preserve"> things like </w:t>
      </w:r>
      <w:r>
        <w:rPr>
          <w:b/>
          <w:i w:val="0"/>
          <w:smallCaps w:val="0"/>
          <w:strike w:val="0"/>
          <w:sz w:val="20"/>
          <w:highlight w:val="cyan"/>
          <w:u w:val="single"/>
        </w:rPr>
        <w:t>job losses</w:t>
      </w:r>
      <w:r>
        <w:rPr>
          <w:b w:val="0"/>
          <w:i w:val="0"/>
          <w:smallCaps w:val="0"/>
          <w:strike w:val="0"/>
          <w:sz w:val="20"/>
          <w:u w:val="single"/>
        </w:rPr>
        <w:t>. If we have massive numbers of people losing jobs and don’t find a solution, it will be</w:t>
      </w:r>
      <w:r>
        <w:rPr>
          <w:b w:val="0"/>
          <w:i w:val="0"/>
          <w:smallCaps w:val="0"/>
          <w:strike w:val="0"/>
          <w:sz w:val="16"/>
          <w:u w:val="none"/>
        </w:rPr>
        <w:t xml:space="preserve"> extremely </w:t>
      </w:r>
      <w:r>
        <w:rPr>
          <w:b w:val="0"/>
          <w:i w:val="0"/>
          <w:smallCaps w:val="0"/>
          <w:strike w:val="0"/>
          <w:sz w:val="20"/>
          <w:u w:val="single"/>
        </w:rPr>
        <w:t xml:space="preserve">dangerous. </w:t>
      </w:r>
      <w:r>
        <w:rPr>
          <w:b w:val="0"/>
          <w:i w:val="0"/>
          <w:smallCaps w:val="0"/>
          <w:strike w:val="0"/>
          <w:sz w:val="20"/>
          <w:highlight w:val="cyan"/>
          <w:u w:val="single"/>
        </w:rPr>
        <w:t xml:space="preserve">Things like </w:t>
      </w:r>
      <w:r>
        <w:rPr>
          <w:b/>
          <w:i w:val="0"/>
          <w:smallCaps w:val="0"/>
          <w:strike w:val="0"/>
          <w:sz w:val="20"/>
          <w:highlight w:val="cyan"/>
          <w:u w:val="single"/>
        </w:rPr>
        <w:t>l</w:t>
      </w:r>
      <w:r>
        <w:rPr>
          <w:b w:val="0"/>
          <w:i w:val="0"/>
          <w:smallCaps w:val="0"/>
          <w:strike w:val="0"/>
          <w:sz w:val="20"/>
          <w:u w:val="single"/>
        </w:rPr>
        <w:t xml:space="preserve">ethal </w:t>
      </w:r>
      <w:r>
        <w:rPr>
          <w:b/>
          <w:i w:val="0"/>
          <w:smallCaps w:val="0"/>
          <w:strike w:val="0"/>
          <w:sz w:val="20"/>
          <w:highlight w:val="cyan"/>
          <w:u w:val="single"/>
        </w:rPr>
        <w:t>a</w:t>
      </w:r>
      <w:r>
        <w:rPr>
          <w:b w:val="0"/>
          <w:i w:val="0"/>
          <w:smallCaps w:val="0"/>
          <w:strike w:val="0"/>
          <w:sz w:val="20"/>
          <w:u w:val="single"/>
        </w:rPr>
        <w:t xml:space="preserve">utonomous </w:t>
      </w:r>
      <w:r>
        <w:rPr>
          <w:b/>
          <w:i w:val="0"/>
          <w:smallCaps w:val="0"/>
          <w:strike w:val="0"/>
          <w:sz w:val="20"/>
          <w:highlight w:val="cyan"/>
          <w:u w:val="single"/>
        </w:rPr>
        <w:t>w</w:t>
      </w:r>
      <w:r>
        <w:rPr>
          <w:b w:val="0"/>
          <w:i w:val="0"/>
          <w:smallCaps w:val="0"/>
          <w:strike w:val="0"/>
          <w:sz w:val="20"/>
          <w:u w:val="single"/>
        </w:rPr>
        <w:t xml:space="preserve">eapons </w:t>
      </w:r>
      <w:r>
        <w:rPr>
          <w:b/>
          <w:i w:val="0"/>
          <w:smallCaps w:val="0"/>
          <w:strike w:val="0"/>
          <w:sz w:val="20"/>
          <w:highlight w:val="cyan"/>
          <w:u w:val="single"/>
        </w:rPr>
        <w:t>s</w:t>
      </w:r>
      <w:r>
        <w:rPr>
          <w:b w:val="0"/>
          <w:i w:val="0"/>
          <w:smallCaps w:val="0"/>
          <w:strike w:val="0"/>
          <w:sz w:val="20"/>
          <w:u w:val="single"/>
        </w:rPr>
        <w:t xml:space="preserve">ystems </w:t>
      </w:r>
      <w:r>
        <w:rPr>
          <w:b w:val="0"/>
          <w:i w:val="0"/>
          <w:smallCaps w:val="0"/>
          <w:strike w:val="0"/>
          <w:sz w:val="20"/>
          <w:highlight w:val="cyan"/>
          <w:u w:val="single"/>
        </w:rPr>
        <w:t>should be properly governed - otherwise there’s</w:t>
      </w:r>
      <w:r>
        <w:rPr>
          <w:b w:val="0"/>
          <w:i w:val="0"/>
          <w:smallCaps w:val="0"/>
          <w:strike w:val="0"/>
          <w:sz w:val="20"/>
          <w:u w:val="single"/>
        </w:rPr>
        <w:t xml:space="preserve"> massive </w:t>
      </w:r>
      <w:r>
        <w:rPr>
          <w:b/>
          <w:i w:val="0"/>
          <w:smallCaps w:val="0"/>
          <w:strike w:val="0"/>
          <w:sz w:val="20"/>
          <w:highlight w:val="cyan"/>
          <w:u w:val="single"/>
        </w:rPr>
        <w:t>potential</w:t>
      </w:r>
      <w:r>
        <w:rPr>
          <w:b w:val="0"/>
          <w:i w:val="0"/>
          <w:smallCaps w:val="0"/>
          <w:strike w:val="0"/>
          <w:sz w:val="20"/>
          <w:highlight w:val="cyan"/>
          <w:u w:val="single"/>
        </w:rPr>
        <w:t xml:space="preserve"> of </w:t>
      </w:r>
      <w:r>
        <w:rPr>
          <w:b/>
          <w:i w:val="0"/>
          <w:smallCaps w:val="0"/>
          <w:strike w:val="0"/>
          <w:sz w:val="20"/>
          <w:highlight w:val="cyan"/>
          <w:u w:val="single"/>
        </w:rPr>
        <w:t>misuse</w:t>
      </w:r>
      <w:r>
        <w:rPr>
          <w:b w:val="0"/>
          <w:i w:val="0"/>
          <w:smallCaps w:val="0"/>
          <w:strike w:val="0"/>
          <w:sz w:val="16"/>
          <w:u w:val="none"/>
        </w:rPr>
        <w:t>.</w:t>
      </w:r>
    </w:p>
    <w:p>
      <w:pPr>
        <w:spacing w:after="60"/>
      </w:pPr>
      <w:r>
        <w:rPr>
          <w:b w:val="0"/>
          <w:i w:val="0"/>
          <w:smallCaps w:val="0"/>
          <w:strike w:val="0"/>
          <w:sz w:val="16"/>
          <w:u w:val="none"/>
        </w:rPr>
        <w:t xml:space="preserve">But this is the duality of this technology. Certainly, my conviction is that AI is not a weapon; </w:t>
      </w:r>
      <w:r>
        <w:rPr>
          <w:b w:val="0"/>
          <w:i w:val="0"/>
          <w:smallCaps w:val="0"/>
          <w:strike w:val="0"/>
          <w:sz w:val="20"/>
          <w:u w:val="single"/>
        </w:rPr>
        <w:t>AI is a tool</w:t>
      </w:r>
      <w:r>
        <w:rPr>
          <w:b w:val="0"/>
          <w:i w:val="0"/>
          <w:smallCaps w:val="0"/>
          <w:strike w:val="0"/>
          <w:sz w:val="16"/>
          <w:u w:val="none"/>
        </w:rPr>
        <w:t>. It is a powerful tool, and this powerful tool could be used for good or bad things. Our mission is to make sure that this is used for the good things, the most benefits are extracted from it, and most risks are understood and mitigated.</w:t>
      </w:r>
    </w:p>
    <w:p>
      <w:pPr>
        <w:spacing w:after="60"/>
      </w:pPr>
      <w:r>
        <w:rPr>
          <w:b w:val="0"/>
          <w:i w:val="0"/>
          <w:smallCaps w:val="0"/>
          <w:strike w:val="0"/>
          <w:sz w:val="16"/>
          <w:u w:val="none"/>
        </w:rPr>
        <w:t>Some of the main risks associated with AI include:</w:t>
      </w:r>
    </w:p>
    <w:p>
      <w:pPr>
        <w:spacing w:after="60"/>
      </w:pPr>
      <w:r>
        <w:rPr>
          <w:b w:val="0"/>
          <w:i w:val="0"/>
          <w:smallCaps w:val="0"/>
          <w:strike w:val="0"/>
          <w:sz w:val="20"/>
          <w:u w:val="single"/>
        </w:rPr>
        <w:t>Algorithmic bias</w:t>
      </w:r>
      <w:r>
        <w:rPr>
          <w:b w:val="0"/>
          <w:i w:val="0"/>
          <w:smallCaps w:val="0"/>
          <w:strike w:val="0"/>
          <w:sz w:val="20"/>
          <w:u w:val="single"/>
        </w:rPr>
        <w:t xml:space="preserve">: Machine-learning algorithms identify patterns in data and </w:t>
      </w:r>
      <w:r>
        <w:rPr>
          <w:b/>
          <w:i w:val="0"/>
          <w:smallCaps w:val="0"/>
          <w:strike w:val="0"/>
          <w:sz w:val="20"/>
          <w:u w:val="single"/>
        </w:rPr>
        <w:t>codify</w:t>
      </w:r>
      <w:r>
        <w:rPr>
          <w:b w:val="0"/>
          <w:i w:val="0"/>
          <w:smallCaps w:val="0"/>
          <w:strike w:val="0"/>
          <w:sz w:val="20"/>
          <w:u w:val="single"/>
        </w:rPr>
        <w:t xml:space="preserve"> them in predictions</w:t>
      </w:r>
      <w:r>
        <w:rPr>
          <w:b w:val="0"/>
          <w:i w:val="0"/>
          <w:smallCaps w:val="0"/>
          <w:strike w:val="0"/>
          <w:sz w:val="16"/>
          <w:u w:val="none"/>
        </w:rPr>
        <w:t xml:space="preserve">, rules and decisions. </w:t>
      </w:r>
      <w:r>
        <w:rPr>
          <w:b w:val="0"/>
          <w:i w:val="0"/>
          <w:smallCaps w:val="0"/>
          <w:strike w:val="0"/>
          <w:sz w:val="20"/>
          <w:highlight w:val="cyan"/>
          <w:u w:val="single"/>
        </w:rPr>
        <w:t>If</w:t>
      </w:r>
      <w:r>
        <w:rPr>
          <w:b w:val="0"/>
          <w:i w:val="0"/>
          <w:smallCaps w:val="0"/>
          <w:strike w:val="0"/>
          <w:sz w:val="20"/>
          <w:u w:val="single"/>
        </w:rPr>
        <w:t xml:space="preserve"> those </w:t>
      </w:r>
      <w:r>
        <w:rPr>
          <w:b w:val="0"/>
          <w:i w:val="0"/>
          <w:smallCaps w:val="0"/>
          <w:strike w:val="0"/>
          <w:sz w:val="20"/>
          <w:highlight w:val="cyan"/>
          <w:u w:val="single"/>
        </w:rPr>
        <w:t>patterns reflect</w:t>
      </w:r>
      <w:r>
        <w:rPr>
          <w:b w:val="0"/>
          <w:i w:val="0"/>
          <w:smallCaps w:val="0"/>
          <w:strike w:val="0"/>
          <w:sz w:val="16"/>
          <w:u w:val="none"/>
        </w:rPr>
        <w:t xml:space="preserve"> some existing </w:t>
      </w:r>
      <w:r>
        <w:rPr>
          <w:b w:val="0"/>
          <w:i w:val="0"/>
          <w:smallCaps w:val="0"/>
          <w:strike w:val="0"/>
          <w:sz w:val="20"/>
          <w:highlight w:val="cyan"/>
          <w:u w:val="single"/>
        </w:rPr>
        <w:t>bias</w:t>
      </w:r>
      <w:r>
        <w:rPr>
          <w:b w:val="0"/>
          <w:i w:val="0"/>
          <w:smallCaps w:val="0"/>
          <w:strike w:val="0"/>
          <w:sz w:val="20"/>
          <w:u w:val="single"/>
        </w:rPr>
        <w:t xml:space="preserve">, the </w:t>
      </w:r>
      <w:r>
        <w:rPr>
          <w:b w:val="0"/>
          <w:i w:val="0"/>
          <w:smallCaps w:val="0"/>
          <w:strike w:val="0"/>
          <w:sz w:val="20"/>
          <w:highlight w:val="cyan"/>
          <w:u w:val="single"/>
        </w:rPr>
        <w:t xml:space="preserve">algorithms are likely to </w:t>
      </w:r>
      <w:r>
        <w:rPr>
          <w:b/>
          <w:i w:val="0"/>
          <w:smallCaps w:val="0"/>
          <w:strike w:val="0"/>
          <w:sz w:val="20"/>
          <w:highlight w:val="cyan"/>
          <w:u w:val="single"/>
        </w:rPr>
        <w:t>amplify</w:t>
      </w:r>
      <w:r>
        <w:rPr>
          <w:b w:val="0"/>
          <w:i w:val="0"/>
          <w:smallCaps w:val="0"/>
          <w:strike w:val="0"/>
          <w:sz w:val="20"/>
          <w:highlight w:val="cyan"/>
          <w:u w:val="single"/>
        </w:rPr>
        <w:t xml:space="preserve"> that </w:t>
      </w:r>
      <w:r>
        <w:rPr>
          <w:b/>
          <w:i w:val="0"/>
          <w:smallCaps w:val="0"/>
          <w:strike w:val="0"/>
          <w:sz w:val="20"/>
          <w:highlight w:val="cyan"/>
          <w:u w:val="single"/>
        </w:rPr>
        <w:t>bias</w:t>
      </w:r>
      <w:r>
        <w:rPr>
          <w:b w:val="0"/>
          <w:i w:val="0"/>
          <w:smallCaps w:val="0"/>
          <w:strike w:val="0"/>
          <w:sz w:val="20"/>
          <w:highlight w:val="cyan"/>
          <w:u w:val="single"/>
        </w:rPr>
        <w:t xml:space="preserve"> and may</w:t>
      </w:r>
      <w:r>
        <w:rPr>
          <w:b w:val="0"/>
          <w:i w:val="0"/>
          <w:smallCaps w:val="0"/>
          <w:strike w:val="0"/>
          <w:sz w:val="20"/>
          <w:u w:val="single"/>
        </w:rPr>
        <w:t xml:space="preserve"> produce outcomes that </w:t>
      </w:r>
      <w:r>
        <w:rPr>
          <w:b/>
          <w:i w:val="0"/>
          <w:smallCaps w:val="0"/>
          <w:strike w:val="0"/>
          <w:sz w:val="20"/>
          <w:highlight w:val="cyan"/>
          <w:u w:val="single"/>
        </w:rPr>
        <w:t>reinforce</w:t>
      </w:r>
      <w:r>
        <w:rPr>
          <w:b w:val="0"/>
          <w:i w:val="0"/>
          <w:smallCaps w:val="0"/>
          <w:strike w:val="0"/>
          <w:sz w:val="16"/>
          <w:u w:val="none"/>
        </w:rPr>
        <w:t xml:space="preserve"> existing patterns of </w:t>
      </w:r>
      <w:r>
        <w:rPr>
          <w:b/>
          <w:i w:val="0"/>
          <w:smallCaps w:val="0"/>
          <w:strike w:val="0"/>
          <w:sz w:val="20"/>
          <w:highlight w:val="cyan"/>
          <w:u w:val="single"/>
        </w:rPr>
        <w:t>discrimination</w:t>
      </w:r>
      <w:r>
        <w:rPr>
          <w:b w:val="0"/>
          <w:i w:val="0"/>
          <w:smallCaps w:val="0"/>
          <w:strike w:val="0"/>
          <w:sz w:val="16"/>
          <w:u w:val="none"/>
        </w:rPr>
        <w:t>.</w:t>
      </w:r>
    </w:p>
    <w:p>
      <w:pPr>
        <w:spacing w:after="60"/>
      </w:pPr>
      <w:r>
        <w:rPr>
          <w:b w:val="0"/>
          <w:i w:val="0"/>
          <w:smallCaps w:val="0"/>
          <w:strike w:val="0"/>
          <w:sz w:val="20"/>
          <w:u w:val="single"/>
        </w:rPr>
        <w:t>Overestimating</w:t>
      </w:r>
      <w:r>
        <w:rPr>
          <w:b w:val="0"/>
          <w:i w:val="0"/>
          <w:smallCaps w:val="0"/>
          <w:strike w:val="0"/>
          <w:sz w:val="20"/>
          <w:u w:val="single"/>
        </w:rPr>
        <w:t xml:space="preserve"> the capabilities of AI</w:t>
      </w:r>
      <w:r>
        <w:rPr>
          <w:b w:val="0"/>
          <w:i w:val="0"/>
          <w:smallCaps w:val="0"/>
          <w:strike w:val="0"/>
          <w:sz w:val="16"/>
          <w:u w:val="none"/>
        </w:rPr>
        <w:t xml:space="preserve">: Since </w:t>
      </w:r>
      <w:r>
        <w:rPr>
          <w:b w:val="0"/>
          <w:i w:val="0"/>
          <w:smallCaps w:val="0"/>
          <w:strike w:val="0"/>
          <w:sz w:val="20"/>
          <w:highlight w:val="cyan"/>
          <w:u w:val="single"/>
        </w:rPr>
        <w:t>AI systems</w:t>
      </w:r>
      <w:r>
        <w:rPr>
          <w:b w:val="0"/>
          <w:i w:val="0"/>
          <w:smallCaps w:val="0"/>
          <w:strike w:val="0"/>
          <w:sz w:val="16"/>
          <w:u w:val="none"/>
        </w:rPr>
        <w:t xml:space="preserve"> do not understand the tasks they perform, and rely on their training data, they </w:t>
      </w:r>
      <w:r>
        <w:rPr>
          <w:b w:val="0"/>
          <w:i w:val="0"/>
          <w:smallCaps w:val="0"/>
          <w:strike w:val="0"/>
          <w:sz w:val="20"/>
          <w:highlight w:val="cyan"/>
          <w:u w:val="single"/>
        </w:rPr>
        <w:t xml:space="preserve">are </w:t>
      </w:r>
      <w:r>
        <w:rPr>
          <w:b/>
          <w:i w:val="0"/>
          <w:smallCaps w:val="0"/>
          <w:strike w:val="0"/>
          <w:sz w:val="20"/>
          <w:highlight w:val="cyan"/>
          <w:u w:val="single"/>
        </w:rPr>
        <w:t>far from infallible</w:t>
      </w:r>
      <w:r>
        <w:rPr>
          <w:b w:val="0"/>
          <w:i w:val="0"/>
          <w:smallCaps w:val="0"/>
          <w:strike w:val="0"/>
          <w:sz w:val="20"/>
          <w:u w:val="single"/>
        </w:rPr>
        <w:t xml:space="preserve">. The reliability of </w:t>
      </w:r>
      <w:r>
        <w:rPr>
          <w:b w:val="0"/>
          <w:i w:val="0"/>
          <w:smallCaps w:val="0"/>
          <w:strike w:val="0"/>
          <w:sz w:val="20"/>
          <w:highlight w:val="cyan"/>
          <w:u w:val="single"/>
        </w:rPr>
        <w:t xml:space="preserve">their outcomes can be </w:t>
      </w:r>
      <w:r>
        <w:rPr>
          <w:b/>
          <w:i w:val="0"/>
          <w:smallCaps w:val="0"/>
          <w:strike w:val="0"/>
          <w:sz w:val="20"/>
          <w:highlight w:val="cyan"/>
          <w:u w:val="single"/>
        </w:rPr>
        <w:t>jeopardized</w:t>
      </w:r>
      <w:r>
        <w:rPr>
          <w:b w:val="0"/>
          <w:i w:val="0"/>
          <w:smallCaps w:val="0"/>
          <w:strike w:val="0"/>
          <w:sz w:val="20"/>
          <w:u w:val="single"/>
        </w:rPr>
        <w:t xml:space="preserve"> if the input data is biased, incomplete or of </w:t>
      </w:r>
      <w:r>
        <w:rPr>
          <w:b/>
          <w:i w:val="0"/>
          <w:smallCaps w:val="0"/>
          <w:strike w:val="0"/>
          <w:sz w:val="20"/>
          <w:u w:val="single"/>
        </w:rPr>
        <w:t>poor quality</w:t>
      </w:r>
      <w:r>
        <w:rPr>
          <w:b w:val="0"/>
          <w:i w:val="0"/>
          <w:smallCaps w:val="0"/>
          <w:strike w:val="0"/>
          <w:sz w:val="16"/>
          <w:u w:val="none"/>
        </w:rPr>
        <w:t xml:space="preserve">. </w:t>
      </w:r>
    </w:p>
    <w:p>
      <w:pPr>
        <w:spacing w:after="60"/>
      </w:pPr>
      <w:r>
        <w:rPr>
          <w:b w:val="0"/>
          <w:i w:val="0"/>
          <w:smallCaps w:val="0"/>
          <w:strike w:val="0"/>
          <w:sz w:val="20"/>
          <w:u w:val="single"/>
        </w:rPr>
        <w:t xml:space="preserve">Programmatic errors: Where errors exist, algorithms may </w:t>
      </w:r>
      <w:r>
        <w:rPr>
          <w:b/>
          <w:i w:val="0"/>
          <w:smallCaps w:val="0"/>
          <w:strike w:val="0"/>
          <w:sz w:val="20"/>
          <w:u w:val="single"/>
        </w:rPr>
        <w:t>not perform as expected</w:t>
      </w:r>
      <w:r>
        <w:rPr>
          <w:b w:val="0"/>
          <w:i w:val="0"/>
          <w:smallCaps w:val="0"/>
          <w:strike w:val="0"/>
          <w:sz w:val="20"/>
          <w:u w:val="single"/>
        </w:rPr>
        <w:t xml:space="preserve"> and may deliver </w:t>
      </w:r>
      <w:r>
        <w:rPr>
          <w:b/>
          <w:i w:val="0"/>
          <w:smallCaps w:val="0"/>
          <w:strike w:val="0"/>
          <w:sz w:val="20"/>
          <w:u w:val="single"/>
        </w:rPr>
        <w:t>misleading results</w:t>
      </w:r>
      <w:r>
        <w:rPr>
          <w:b w:val="0"/>
          <w:i w:val="0"/>
          <w:smallCaps w:val="0"/>
          <w:strike w:val="0"/>
          <w:sz w:val="20"/>
          <w:u w:val="single"/>
        </w:rPr>
        <w:t xml:space="preserve"> that have</w:t>
      </w:r>
      <w:r>
        <w:rPr>
          <w:b w:val="0"/>
          <w:i w:val="0"/>
          <w:smallCaps w:val="0"/>
          <w:strike w:val="0"/>
          <w:sz w:val="16"/>
          <w:u w:val="none"/>
        </w:rPr>
        <w:t xml:space="preserve"> serious </w:t>
      </w:r>
      <w:r>
        <w:rPr>
          <w:b w:val="0"/>
          <w:i w:val="0"/>
          <w:smallCaps w:val="0"/>
          <w:strike w:val="0"/>
          <w:sz w:val="20"/>
          <w:u w:val="single"/>
        </w:rPr>
        <w:t>consequences</w:t>
      </w:r>
      <w:r>
        <w:rPr>
          <w:b w:val="0"/>
          <w:i w:val="0"/>
          <w:smallCaps w:val="0"/>
          <w:strike w:val="0"/>
          <w:sz w:val="16"/>
          <w:u w:val="none"/>
        </w:rPr>
        <w:t xml:space="preserve">. </w:t>
      </w:r>
    </w:p>
    <w:p>
      <w:pPr>
        <w:spacing w:after="60"/>
      </w:pPr>
      <w:r>
        <w:rPr>
          <w:b w:val="0"/>
          <w:i w:val="0"/>
          <w:smallCaps w:val="0"/>
          <w:strike w:val="0"/>
          <w:sz w:val="20"/>
          <w:u w:val="single"/>
        </w:rPr>
        <w:t xml:space="preserve">Risk of cyber attacks: </w:t>
      </w:r>
      <w:r>
        <w:rPr>
          <w:b/>
          <w:i w:val="0"/>
          <w:smallCaps w:val="0"/>
          <w:strike w:val="0"/>
          <w:sz w:val="20"/>
          <w:highlight w:val="cyan"/>
          <w:u w:val="single"/>
        </w:rPr>
        <w:t>Hackers</w:t>
      </w:r>
      <w:r>
        <w:rPr>
          <w:b w:val="0"/>
          <w:i w:val="0"/>
          <w:smallCaps w:val="0"/>
          <w:strike w:val="0"/>
          <w:sz w:val="20"/>
          <w:u w:val="single"/>
        </w:rPr>
        <w:t xml:space="preserve"> who want to steal</w:t>
      </w:r>
      <w:r>
        <w:rPr>
          <w:b w:val="0"/>
          <w:i w:val="0"/>
          <w:smallCaps w:val="0"/>
          <w:strike w:val="0"/>
          <w:sz w:val="16"/>
          <w:u w:val="none"/>
        </w:rPr>
        <w:t xml:space="preserve"> personal </w:t>
      </w:r>
      <w:r>
        <w:rPr>
          <w:b w:val="0"/>
          <w:i w:val="0"/>
          <w:smallCaps w:val="0"/>
          <w:strike w:val="0"/>
          <w:sz w:val="20"/>
          <w:u w:val="single"/>
        </w:rPr>
        <w:t>data or</w:t>
      </w:r>
      <w:r>
        <w:rPr>
          <w:b w:val="0"/>
          <w:i w:val="0"/>
          <w:smallCaps w:val="0"/>
          <w:strike w:val="0"/>
          <w:sz w:val="16"/>
          <w:u w:val="none"/>
        </w:rPr>
        <w:t xml:space="preserve"> confidential </w:t>
      </w:r>
      <w:r>
        <w:rPr>
          <w:b w:val="0"/>
          <w:i w:val="0"/>
          <w:smallCaps w:val="0"/>
          <w:strike w:val="0"/>
          <w:sz w:val="20"/>
          <w:u w:val="single"/>
        </w:rPr>
        <w:t>information</w:t>
      </w:r>
      <w:r>
        <w:rPr>
          <w:b w:val="0"/>
          <w:i w:val="0"/>
          <w:smallCaps w:val="0"/>
          <w:strike w:val="0"/>
          <w:sz w:val="16"/>
          <w:u w:val="none"/>
        </w:rPr>
        <w:t xml:space="preserve"> about a company </w:t>
      </w:r>
      <w:r>
        <w:rPr>
          <w:b w:val="0"/>
          <w:i w:val="0"/>
          <w:smallCaps w:val="0"/>
          <w:strike w:val="0"/>
          <w:sz w:val="20"/>
          <w:u w:val="single"/>
        </w:rPr>
        <w:t>are</w:t>
      </w:r>
      <w:r>
        <w:rPr>
          <w:b w:val="0"/>
          <w:i w:val="0"/>
          <w:smallCaps w:val="0"/>
          <w:strike w:val="0"/>
          <w:sz w:val="16"/>
          <w:u w:val="none"/>
        </w:rPr>
        <w:t xml:space="preserve"> increasingly </w:t>
      </w:r>
      <w:r>
        <w:rPr>
          <w:b w:val="0"/>
          <w:i w:val="0"/>
          <w:smallCaps w:val="0"/>
          <w:strike w:val="0"/>
          <w:sz w:val="20"/>
          <w:u w:val="single"/>
        </w:rPr>
        <w:t xml:space="preserve">likely to </w:t>
      </w:r>
      <w:r>
        <w:rPr>
          <w:b/>
          <w:i w:val="0"/>
          <w:smallCaps w:val="0"/>
          <w:strike w:val="0"/>
          <w:sz w:val="20"/>
          <w:highlight w:val="cyan"/>
          <w:u w:val="single"/>
        </w:rPr>
        <w:t>target AI</w:t>
      </w:r>
      <w:r>
        <w:rPr>
          <w:b w:val="0"/>
          <w:i w:val="0"/>
          <w:smallCaps w:val="0"/>
          <w:strike w:val="0"/>
          <w:sz w:val="16"/>
          <w:u w:val="none"/>
        </w:rPr>
        <w:t xml:space="preserve"> systems.</w:t>
      </w:r>
    </w:p>
    <w:p>
      <w:pPr>
        <w:spacing w:after="60"/>
      </w:pPr>
      <w:r>
        <w:rPr>
          <w:b w:val="0"/>
          <w:i w:val="0"/>
          <w:smallCaps w:val="0"/>
          <w:strike w:val="0"/>
          <w:sz w:val="16"/>
          <w:u w:val="none"/>
        </w:rPr>
        <w:t>Legal risks and liabilities: At present, there is little legislation governing AI, but that is set to change. Systems that analyze large volumes of consumer data may not comply with existing and imminent data privacy regulations, especially the EU’s General Data Protection Regulation.</w:t>
      </w:r>
    </w:p>
    <w:p>
      <w:pPr>
        <w:spacing w:after="60"/>
      </w:pPr>
      <w:r>
        <w:rPr>
          <w:b w:val="0"/>
          <w:i w:val="0"/>
          <w:smallCaps w:val="0"/>
          <w:strike w:val="0"/>
          <w:sz w:val="20"/>
          <w:u w:val="single"/>
        </w:rPr>
        <w:t>Reputational risks</w:t>
      </w:r>
      <w:r>
        <w:rPr>
          <w:b w:val="0"/>
          <w:i w:val="0"/>
          <w:smallCaps w:val="0"/>
          <w:strike w:val="0"/>
          <w:sz w:val="16"/>
          <w:u w:val="none"/>
        </w:rPr>
        <w:t xml:space="preserve">: AI systems handle large amounts of sensitive data and make critical decisions about individuals in a range of areas including credit, education, employment and health care. So </w:t>
      </w:r>
      <w:r>
        <w:rPr>
          <w:b w:val="0"/>
          <w:i w:val="0"/>
          <w:smallCaps w:val="0"/>
          <w:strike w:val="0"/>
          <w:sz w:val="20"/>
          <w:u w:val="single"/>
        </w:rPr>
        <w:t>any system that is biased</w:t>
      </w:r>
      <w:r>
        <w:rPr>
          <w:b w:val="0"/>
          <w:i w:val="0"/>
          <w:smallCaps w:val="0"/>
          <w:strike w:val="0"/>
          <w:sz w:val="20"/>
          <w:u w:val="single"/>
        </w:rPr>
        <w:t xml:space="preserve">, error-prone, hacked or used for </w:t>
      </w:r>
      <w:r>
        <w:rPr>
          <w:b/>
          <w:i w:val="0"/>
          <w:smallCaps w:val="0"/>
          <w:strike w:val="0"/>
          <w:sz w:val="20"/>
          <w:u w:val="single"/>
        </w:rPr>
        <w:t>unethical purposes</w:t>
      </w:r>
      <w:r>
        <w:rPr>
          <w:b w:val="0"/>
          <w:i w:val="0"/>
          <w:smallCaps w:val="0"/>
          <w:strike w:val="0"/>
          <w:sz w:val="20"/>
          <w:u w:val="single"/>
        </w:rPr>
        <w:t xml:space="preserve"> poses</w:t>
      </w:r>
      <w:r>
        <w:rPr>
          <w:b w:val="0"/>
          <w:i w:val="0"/>
          <w:smallCaps w:val="0"/>
          <w:strike w:val="0"/>
          <w:sz w:val="16"/>
          <w:u w:val="none"/>
        </w:rPr>
        <w:t xml:space="preserve"> significant reputational </w:t>
      </w:r>
      <w:r>
        <w:rPr>
          <w:b/>
          <w:i w:val="0"/>
          <w:smallCaps w:val="0"/>
          <w:strike w:val="0"/>
          <w:sz w:val="20"/>
          <w:u w:val="single"/>
        </w:rPr>
        <w:t>risks</w:t>
      </w:r>
      <w:r>
        <w:rPr>
          <w:b w:val="0"/>
          <w:i w:val="0"/>
          <w:smallCaps w:val="0"/>
          <w:strike w:val="0"/>
          <w:sz w:val="20"/>
          <w:u w:val="single"/>
        </w:rPr>
        <w:t xml:space="preserve"> to the organization that owns it</w:t>
      </w:r>
      <w:r>
        <w:rPr>
          <w:b w:val="0"/>
          <w:i w:val="0"/>
          <w:smallCaps w:val="0"/>
          <w:strike w:val="0"/>
          <w:sz w:val="16"/>
          <w:u w:val="none"/>
        </w:rPr>
        <w:t>.</w:t>
      </w:r>
    </w:p>
    <w:p>
      <w:pPr>
        <w:spacing w:after="60"/>
      </w:pPr>
      <w:r>
        <w:rPr>
          <w:b w:val="0"/>
          <w:i w:val="0"/>
          <w:smallCaps w:val="0"/>
          <w:strike w:val="0"/>
          <w:sz w:val="20"/>
          <w:u w:val="single"/>
        </w:rPr>
        <w:t>In the example of autonomous cars, the blind use of deep neural nets</w:t>
      </w:r>
      <w:r>
        <w:rPr>
          <w:b w:val="0"/>
          <w:i w:val="0"/>
          <w:smallCaps w:val="0"/>
          <w:strike w:val="0"/>
          <w:sz w:val="16"/>
          <w:u w:val="none"/>
        </w:rPr>
        <w:t xml:space="preserve"> (DNNs) </w:t>
      </w:r>
      <w:r>
        <w:rPr>
          <w:b w:val="0"/>
          <w:i w:val="0"/>
          <w:smallCaps w:val="0"/>
          <w:strike w:val="0"/>
          <w:sz w:val="20"/>
          <w:u w:val="single"/>
        </w:rPr>
        <w:t>coupled directly to vehicle action control systems would be</w:t>
      </w:r>
      <w:r>
        <w:rPr>
          <w:b w:val="0"/>
          <w:i w:val="0"/>
          <w:smallCaps w:val="0"/>
          <w:strike w:val="0"/>
          <w:sz w:val="16"/>
          <w:u w:val="none"/>
        </w:rPr>
        <w:t xml:space="preserve"> very </w:t>
      </w:r>
      <w:r>
        <w:rPr>
          <w:b w:val="0"/>
          <w:i w:val="0"/>
          <w:smallCaps w:val="0"/>
          <w:strike w:val="0"/>
          <w:sz w:val="20"/>
          <w:u w:val="single"/>
        </w:rPr>
        <w:t xml:space="preserve">risky: it would be </w:t>
      </w:r>
      <w:r>
        <w:rPr>
          <w:b/>
          <w:i w:val="0"/>
          <w:smallCaps w:val="0"/>
          <w:strike w:val="0"/>
          <w:sz w:val="20"/>
          <w:u w:val="single"/>
        </w:rPr>
        <w:t>equivalent</w:t>
      </w:r>
      <w:r>
        <w:rPr>
          <w:b w:val="0"/>
          <w:i w:val="0"/>
          <w:smallCaps w:val="0"/>
          <w:strike w:val="0"/>
          <w:sz w:val="20"/>
          <w:u w:val="single"/>
        </w:rPr>
        <w:t xml:space="preserve"> to asking a </w:t>
      </w:r>
      <w:r>
        <w:rPr>
          <w:b/>
          <w:i w:val="0"/>
          <w:smallCaps w:val="0"/>
          <w:strike w:val="0"/>
          <w:sz w:val="20"/>
          <w:u w:val="single"/>
        </w:rPr>
        <w:t>taxi driver</w:t>
      </w:r>
      <w:r>
        <w:rPr>
          <w:b w:val="0"/>
          <w:i w:val="0"/>
          <w:smallCaps w:val="0"/>
          <w:strike w:val="0"/>
          <w:sz w:val="20"/>
          <w:u w:val="single"/>
        </w:rPr>
        <w:t xml:space="preserve"> who has </w:t>
      </w:r>
      <w:r>
        <w:rPr>
          <w:b/>
          <w:i w:val="0"/>
          <w:smallCaps w:val="0"/>
          <w:strike w:val="0"/>
          <w:sz w:val="20"/>
          <w:u w:val="single"/>
        </w:rPr>
        <w:t>lost</w:t>
      </w:r>
      <w:r>
        <w:rPr>
          <w:b w:val="0"/>
          <w:i w:val="0"/>
          <w:smallCaps w:val="0"/>
          <w:strike w:val="0"/>
          <w:sz w:val="20"/>
          <w:u w:val="single"/>
        </w:rPr>
        <w:t xml:space="preserve"> more than </w:t>
      </w:r>
      <w:r>
        <w:rPr>
          <w:b/>
          <w:i w:val="0"/>
          <w:smallCaps w:val="0"/>
          <w:strike w:val="0"/>
          <w:sz w:val="20"/>
          <w:u w:val="single"/>
        </w:rPr>
        <w:t>80% of his brain</w:t>
      </w:r>
      <w:r>
        <w:rPr>
          <w:b w:val="0"/>
          <w:i w:val="0"/>
          <w:smallCaps w:val="0"/>
          <w:strike w:val="0"/>
          <w:sz w:val="16"/>
          <w:u w:val="none"/>
        </w:rPr>
        <w:t xml:space="preserve"> as a result of an accident (and only keeping this occipito-temporary lane) </w:t>
      </w:r>
      <w:r>
        <w:rPr>
          <w:b w:val="0"/>
          <w:i w:val="0"/>
          <w:smallCaps w:val="0"/>
          <w:strike w:val="0"/>
          <w:sz w:val="20"/>
          <w:u w:val="single"/>
        </w:rPr>
        <w:t xml:space="preserve">to </w:t>
      </w:r>
      <w:r>
        <w:rPr>
          <w:b/>
          <w:i w:val="0"/>
          <w:smallCaps w:val="0"/>
          <w:strike w:val="0"/>
          <w:sz w:val="20"/>
          <w:u w:val="single"/>
        </w:rPr>
        <w:t>drive</w:t>
      </w:r>
      <w:r>
        <w:rPr>
          <w:b w:val="0"/>
          <w:i w:val="0"/>
          <w:smallCaps w:val="0"/>
          <w:strike w:val="0"/>
          <w:sz w:val="20"/>
          <w:u w:val="single"/>
        </w:rPr>
        <w:t xml:space="preserve"> a car</w:t>
      </w:r>
      <w:r>
        <w:rPr>
          <w:b w:val="0"/>
          <w:i w:val="0"/>
          <w:smallCaps w:val="0"/>
          <w:strike w:val="0"/>
          <w:sz w:val="16"/>
          <w:u w:val="none"/>
        </w:rPr>
        <w:t xml:space="preserve">. It is simply not possible to ask these systems to do more than what they were originally designed for, at the risk of producing dramatic accidents. </w:t>
      </w:r>
    </w:p>
    <w:p>
      <w:pPr>
        <w:spacing w:after="60"/>
      </w:pPr>
      <w:r>
        <w:rPr>
          <w:b w:val="0"/>
          <w:i w:val="0"/>
          <w:smallCaps w:val="0"/>
          <w:strike w:val="0"/>
          <w:sz w:val="16"/>
          <w:u w:val="none"/>
        </w:rPr>
        <w:t xml:space="preserve">Artificial intelligence brings with it not only enormous potential, but also a number of challenges, fears and risks. </w:t>
      </w:r>
    </w:p>
    <w:p>
      <w:pPr>
        <w:spacing w:after="60"/>
      </w:pPr>
      <w:r>
        <w:rPr>
          <w:b w:val="0"/>
          <w:i w:val="0"/>
          <w:smallCaps w:val="0"/>
          <w:strike w:val="0"/>
          <w:sz w:val="20"/>
          <w:highlight w:val="cyan"/>
          <w:u w:val="single"/>
        </w:rPr>
        <w:t>There are five types of major risks</w:t>
      </w:r>
      <w:r>
        <w:rPr>
          <w:b w:val="0"/>
          <w:i w:val="0"/>
          <w:smallCaps w:val="0"/>
          <w:strike w:val="0"/>
          <w:sz w:val="20"/>
          <w:u w:val="single"/>
        </w:rPr>
        <w:t xml:space="preserve"> of AI: </w:t>
      </w:r>
      <w:r>
        <w:rPr>
          <w:b/>
          <w:i w:val="0"/>
          <w:smallCaps w:val="0"/>
          <w:strike w:val="0"/>
          <w:sz w:val="20"/>
          <w:highlight w:val="cyan"/>
          <w:u w:val="single"/>
        </w:rPr>
        <w:t>bugs</w:t>
      </w:r>
      <w:r>
        <w:rPr>
          <w:b w:val="0"/>
          <w:i w:val="0"/>
          <w:smallCaps w:val="0"/>
          <w:strike w:val="0"/>
          <w:sz w:val="20"/>
          <w:highlight w:val="cyan"/>
          <w:u w:val="single"/>
        </w:rPr>
        <w:t xml:space="preserve">, </w:t>
      </w:r>
      <w:r>
        <w:rPr>
          <w:b/>
          <w:i w:val="0"/>
          <w:smallCaps w:val="0"/>
          <w:strike w:val="0"/>
          <w:sz w:val="20"/>
          <w:highlight w:val="cyan"/>
          <w:u w:val="single"/>
        </w:rPr>
        <w:t>cybersecurity</w:t>
      </w:r>
      <w:r>
        <w:rPr>
          <w:b w:val="0"/>
          <w:i w:val="0"/>
          <w:smallCaps w:val="0"/>
          <w:strike w:val="0"/>
          <w:sz w:val="20"/>
          <w:highlight w:val="cyan"/>
          <w:u w:val="single"/>
        </w:rPr>
        <w:t>, the "</w:t>
      </w:r>
      <w:r>
        <w:rPr>
          <w:b/>
          <w:i w:val="0"/>
          <w:smallCaps w:val="0"/>
          <w:strike w:val="0"/>
          <w:sz w:val="20"/>
          <w:highlight w:val="cyan"/>
          <w:u w:val="single"/>
        </w:rPr>
        <w:t>Sorcerer's Apprentice</w:t>
      </w:r>
      <w:r>
        <w:rPr>
          <w:b w:val="0"/>
          <w:i w:val="0"/>
          <w:smallCaps w:val="0"/>
          <w:strike w:val="0"/>
          <w:sz w:val="20"/>
          <w:highlight w:val="cyan"/>
          <w:u w:val="single"/>
        </w:rPr>
        <w:t xml:space="preserve">" phenomenon, </w:t>
      </w:r>
      <w:r>
        <w:rPr>
          <w:b/>
          <w:i w:val="0"/>
          <w:smallCaps w:val="0"/>
          <w:strike w:val="0"/>
          <w:sz w:val="20"/>
          <w:highlight w:val="cyan"/>
          <w:u w:val="single"/>
        </w:rPr>
        <w:t>shared autonomy</w:t>
      </w:r>
      <w:r>
        <w:rPr>
          <w:b w:val="0"/>
          <w:i w:val="0"/>
          <w:smallCaps w:val="0"/>
          <w:strike w:val="0"/>
          <w:sz w:val="20"/>
          <w:highlight w:val="cyan"/>
          <w:u w:val="single"/>
        </w:rPr>
        <w:t>, and</w:t>
      </w:r>
      <w:r>
        <w:rPr>
          <w:b w:val="0"/>
          <w:i w:val="0"/>
          <w:smallCaps w:val="0"/>
          <w:strike w:val="0"/>
          <w:sz w:val="20"/>
          <w:u w:val="single"/>
        </w:rPr>
        <w:t xml:space="preserve"> possible negative </w:t>
      </w:r>
      <w:r>
        <w:rPr>
          <w:b/>
          <w:i w:val="0"/>
          <w:smallCaps w:val="0"/>
          <w:strike w:val="0"/>
          <w:sz w:val="20"/>
          <w:highlight w:val="cyan"/>
          <w:u w:val="single"/>
        </w:rPr>
        <w:t>socio-economic effects</w:t>
      </w:r>
      <w:r>
        <w:rPr>
          <w:b w:val="0"/>
          <w:i w:val="0"/>
          <w:smallCaps w:val="0"/>
          <w:strike w:val="0"/>
          <w:sz w:val="20"/>
          <w:u w:val="single"/>
        </w:rPr>
        <w:t>.</w:t>
      </w:r>
      <w:r>
        <w:rPr>
          <w:b w:val="0"/>
          <w:i w:val="0"/>
          <w:smallCaps w:val="0"/>
          <w:strike w:val="0"/>
          <w:sz w:val="20"/>
          <w:u w:val="single"/>
        </w:rPr>
        <w:t xml:space="preserve"> Bugs refer to programming errors in the AI software</w:t>
      </w:r>
      <w:r>
        <w:rPr>
          <w:b w:val="0"/>
          <w:i w:val="0"/>
          <w:smallCaps w:val="0"/>
          <w:strike w:val="0"/>
          <w:sz w:val="16"/>
          <w:u w:val="none"/>
        </w:rPr>
        <w:t xml:space="preserve">. Just as there are dangers from cyberattacks, this risk is not different from current IT systems. </w:t>
      </w:r>
      <w:r>
        <w:rPr>
          <w:b w:val="0"/>
          <w:i w:val="0"/>
          <w:smallCaps w:val="0"/>
          <w:strike w:val="0"/>
          <w:sz w:val="20"/>
          <w:u w:val="single"/>
        </w:rPr>
        <w:t>"Sorcerer's Apprentice" risks refer to AI systems that perform incorrect actions when unclear instructions are present</w:t>
      </w:r>
      <w:r>
        <w:rPr>
          <w:b w:val="0"/>
          <w:i w:val="0"/>
          <w:smallCaps w:val="0"/>
          <w:strike w:val="0"/>
          <w:sz w:val="16"/>
          <w:u w:val="none"/>
        </w:rPr>
        <w:t xml:space="preserve"> from the user.</w:t>
      </w:r>
    </w:p>
    <w:p>
      <w:pPr>
        <w:spacing w:after="60"/>
      </w:pPr>
      <w:r>
        <w:rPr>
          <w:b w:val="0"/>
          <w:i w:val="0"/>
          <w:smallCaps w:val="0"/>
          <w:strike w:val="0"/>
          <w:sz w:val="16"/>
          <w:u w:val="none"/>
        </w:rPr>
        <w:t xml:space="preserve">Not a few experts are of the opinion that, in addition to global opportunities, the </w:t>
      </w:r>
      <w:r>
        <w:rPr>
          <w:b w:val="0"/>
          <w:i w:val="0"/>
          <w:smallCaps w:val="0"/>
          <w:strike w:val="0"/>
          <w:sz w:val="20"/>
          <w:u w:val="single"/>
        </w:rPr>
        <w:t xml:space="preserve">AI also poses </w:t>
      </w:r>
      <w:r>
        <w:rPr>
          <w:b/>
          <w:i w:val="0"/>
          <w:smallCaps w:val="0"/>
          <w:strike w:val="0"/>
          <w:sz w:val="20"/>
          <w:u w:val="single"/>
        </w:rPr>
        <w:t>global risks</w:t>
      </w:r>
      <w:r>
        <w:rPr>
          <w:b w:val="0"/>
          <w:i w:val="0"/>
          <w:smallCaps w:val="0"/>
          <w:strike w:val="0"/>
          <w:sz w:val="16"/>
          <w:u w:val="none"/>
        </w:rPr>
        <w:t xml:space="preserve">, which have been historically underestimated for a long time, </w:t>
      </w:r>
      <w:r>
        <w:rPr>
          <w:b w:val="0"/>
          <w:i w:val="0"/>
          <w:smallCaps w:val="0"/>
          <w:strike w:val="0"/>
          <w:sz w:val="20"/>
          <w:u w:val="single"/>
        </w:rPr>
        <w:t xml:space="preserve">such as those of </w:t>
      </w:r>
      <w:r>
        <w:rPr>
          <w:b/>
          <w:i w:val="0"/>
          <w:smallCaps w:val="0"/>
          <w:strike w:val="0"/>
          <w:sz w:val="20"/>
          <w:u w:val="single"/>
        </w:rPr>
        <w:t>nuclear technology</w:t>
      </w:r>
      <w:r>
        <w:rPr>
          <w:b w:val="0"/>
          <w:i w:val="0"/>
          <w:smallCaps w:val="0"/>
          <w:strike w:val="0"/>
          <w:sz w:val="16"/>
          <w:u w:val="none"/>
        </w:rPr>
        <w:t>. In addition, a knowledge-based risk analysis suggests that high potential damage levels should be taken very seriously even if the probabilities of occurrence were low.</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