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It's the biggest impact. </w:t>
      </w:r>
      <w:r>
        <w:rPr>
          <w:b/>
          <w:i w:val="0"/>
          <w:smallCaps w:val="0"/>
          <w:strike w:val="0"/>
          <w:sz w:val="24"/>
          <w:u w:val="single"/>
        </w:rPr>
        <w:t>Regulation</w:t>
      </w:r>
      <w:r>
        <w:rPr>
          <w:b/>
          <w:i w:val="0"/>
          <w:smallCaps w:val="0"/>
          <w:strike w:val="0"/>
          <w:sz w:val="24"/>
          <w:u w:val="none"/>
        </w:rPr>
        <w:t xml:space="preserve"> fails. We </w:t>
      </w:r>
      <w:r>
        <w:rPr>
          <w:b/>
          <w:i w:val="0"/>
          <w:smallCaps w:val="0"/>
          <w:strike w:val="0"/>
          <w:sz w:val="24"/>
          <w:u w:val="single"/>
        </w:rPr>
        <w:t>don’t need intent</w:t>
      </w:r>
      <w:r>
        <w:rPr>
          <w:b/>
          <w:i w:val="0"/>
          <w:smallCaps w:val="0"/>
          <w:strike w:val="0"/>
          <w:sz w:val="24"/>
          <w:u w:val="none"/>
        </w:rPr>
        <w:t xml:space="preserve">. </w:t>
      </w:r>
    </w:p>
    <w:p>
      <w:pPr>
        <w:spacing w:after="80"/>
      </w:pPr>
      <w:r>
        <w:rPr>
          <w:b w:val="0"/>
          <w:i w:val="0"/>
          <w:smallCaps w:val="0"/>
          <w:strike w:val="0"/>
          <w:sz w:val="16"/>
          <w:u w:val="none"/>
        </w:rPr>
        <w:t xml:space="preserve">Otto </w:t>
      </w:r>
      <w:r>
        <w:rPr>
          <w:b/>
          <w:i w:val="0"/>
          <w:smallCaps w:val="0"/>
          <w:strike w:val="0"/>
          <w:sz w:val="24"/>
          <w:u w:val="none"/>
        </w:rPr>
        <w:t>Barten and</w:t>
      </w:r>
      <w:r>
        <w:rPr>
          <w:b w:val="0"/>
          <w:i w:val="0"/>
          <w:smallCaps w:val="0"/>
          <w:strike w:val="0"/>
          <w:sz w:val="16"/>
          <w:u w:val="none"/>
        </w:rPr>
        <w:t xml:space="preserve"> Joep </w:t>
      </w:r>
      <w:r>
        <w:rPr>
          <w:b/>
          <w:i w:val="0"/>
          <w:smallCaps w:val="0"/>
          <w:strike w:val="0"/>
          <w:sz w:val="24"/>
          <w:u w:val="none"/>
        </w:rPr>
        <w:t>Meindertsma 23</w:t>
      </w:r>
      <w:r>
        <w:rPr>
          <w:b w:val="0"/>
          <w:i w:val="0"/>
          <w:smallCaps w:val="0"/>
          <w:strike w:val="0"/>
          <w:sz w:val="16"/>
          <w:u w:val="none"/>
        </w:rPr>
        <w:t xml:space="preserve">, 7-20-2023; Otto Barten is director of the Existential Risk Observatory, a nonprofit aiming to reduce existential risk by informing the public debate. Joep Meindertsma is founder of PauseAI, a movement campaigning for an AI Pause.; "An AI Pause Is Humanity's Best Bet For Preventing Extinction", Time, </w:t>
      </w:r>
      <w:r>
        <w:rPr>
          <w:b w:val="0"/>
          <w:i w:val="0"/>
          <w:smallCaps w:val="0"/>
          <w:strike w:val="0"/>
          <w:sz w:val="16"/>
          <w:u w:val="none"/>
        </w:rPr>
        <w:t>https://time.com/6295879/ai-pause-is-humanitys-best-bet-for-preventing-extinction/</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Thanks Arthur</w:t>
      </w:r>
    </w:p>
    <w:p>
      <w:pPr>
        <w:spacing w:after="60"/>
      </w:pPr>
      <w:r>
        <w:rPr>
          <w:b w:val="0"/>
          <w:i w:val="0"/>
          <w:smallCaps w:val="0"/>
          <w:strike w:val="0"/>
          <w:sz w:val="14"/>
          <w:u w:val="none"/>
        </w:rPr>
        <w:t xml:space="preserve">The </w:t>
      </w:r>
      <w:r>
        <w:rPr>
          <w:b/>
          <w:i w:val="0"/>
          <w:smallCaps w:val="0"/>
          <w:strike w:val="0"/>
          <w:sz w:val="20"/>
          <w:u w:val="single"/>
        </w:rPr>
        <w:t>existential risks</w:t>
      </w:r>
      <w:r>
        <w:rPr>
          <w:b w:val="0"/>
          <w:i w:val="0"/>
          <w:smallCaps w:val="0"/>
          <w:strike w:val="0"/>
          <w:sz w:val="20"/>
          <w:u w:val="single"/>
        </w:rPr>
        <w:t xml:space="preserve"> posed by </w:t>
      </w:r>
      <w:r>
        <w:rPr>
          <w:b/>
          <w:i w:val="0"/>
          <w:smallCaps w:val="0"/>
          <w:strike w:val="0"/>
          <w:sz w:val="20"/>
          <w:u w:val="single"/>
        </w:rPr>
        <w:t>artificial intelligence</w:t>
      </w:r>
      <w:r>
        <w:rPr>
          <w:b w:val="0"/>
          <w:i w:val="0"/>
          <w:smallCaps w:val="0"/>
          <w:strike w:val="0"/>
          <w:sz w:val="20"/>
          <w:u w:val="single"/>
        </w:rPr>
        <w:t xml:space="preserve"> (AI) are now </w:t>
      </w:r>
      <w:r>
        <w:rPr>
          <w:b/>
          <w:i w:val="0"/>
          <w:smallCaps w:val="0"/>
          <w:strike w:val="0"/>
          <w:sz w:val="20"/>
          <w:u w:val="single"/>
        </w:rPr>
        <w:t>widely recognized</w:t>
      </w:r>
      <w:r>
        <w:rPr>
          <w:b w:val="0"/>
          <w:i w:val="0"/>
          <w:smallCaps w:val="0"/>
          <w:strike w:val="0"/>
          <w:sz w:val="14"/>
          <w:u w:val="none"/>
        </w:rPr>
        <w:t>.</w:t>
      </w:r>
    </w:p>
    <w:p>
      <w:pPr>
        <w:spacing w:after="60"/>
      </w:pPr>
      <w:r>
        <w:rPr>
          <w:b w:val="0"/>
          <w:i w:val="0"/>
          <w:smallCaps w:val="0"/>
          <w:strike w:val="0"/>
          <w:sz w:val="16"/>
          <w:u w:val="none"/>
        </w:rPr>
        <w:t xml:space="preserve">After </w:t>
      </w:r>
      <w:r>
        <w:rPr>
          <w:b/>
          <w:i w:val="0"/>
          <w:smallCaps w:val="0"/>
          <w:strike w:val="0"/>
          <w:sz w:val="20"/>
          <w:highlight w:val="cyan"/>
          <w:u w:val="single"/>
        </w:rPr>
        <w:t>hundreds</w:t>
      </w:r>
      <w:r>
        <w:rPr>
          <w:b w:val="0"/>
          <w:i w:val="0"/>
          <w:smallCaps w:val="0"/>
          <w:strike w:val="0"/>
          <w:sz w:val="20"/>
          <w:highlight w:val="cyan"/>
          <w:u w:val="single"/>
        </w:rPr>
        <w:t xml:space="preserve"> of</w:t>
      </w:r>
      <w:r>
        <w:rPr>
          <w:b w:val="0"/>
          <w:i w:val="0"/>
          <w:smallCaps w:val="0"/>
          <w:strike w:val="0"/>
          <w:sz w:val="20"/>
          <w:u w:val="single"/>
        </w:rPr>
        <w:t xml:space="preserve"> </w:t>
      </w:r>
      <w:r>
        <w:rPr>
          <w:b/>
          <w:i w:val="0"/>
          <w:smallCaps w:val="0"/>
          <w:strike w:val="0"/>
          <w:sz w:val="20"/>
          <w:u w:val="single"/>
        </w:rPr>
        <w:t xml:space="preserve">industry and </w:t>
      </w:r>
      <w:r>
        <w:rPr>
          <w:b/>
          <w:i w:val="0"/>
          <w:smallCaps w:val="0"/>
          <w:strike w:val="0"/>
          <w:sz w:val="20"/>
          <w:highlight w:val="cyan"/>
          <w:u w:val="single"/>
        </w:rPr>
        <w:t>science leaders</w:t>
      </w:r>
      <w:r>
        <w:rPr>
          <w:b w:val="0"/>
          <w:i w:val="0"/>
          <w:smallCaps w:val="0"/>
          <w:strike w:val="0"/>
          <w:sz w:val="20"/>
          <w:highlight w:val="cyan"/>
          <w:u w:val="single"/>
        </w:rPr>
        <w:t xml:space="preserve"> warned</w:t>
      </w:r>
      <w:r>
        <w:rPr>
          <w:b w:val="0"/>
          <w:i w:val="0"/>
          <w:smallCaps w:val="0"/>
          <w:strike w:val="0"/>
          <w:sz w:val="20"/>
          <w:u w:val="singl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mitigating</w:t>
      </w:r>
      <w:r>
        <w:rPr>
          <w:b w:val="0"/>
          <w:i w:val="0"/>
          <w:smallCaps w:val="0"/>
          <w:strike w:val="0"/>
          <w:sz w:val="20"/>
          <w:u w:val="single"/>
        </w:rPr>
        <w:t xml:space="preserve"> the risk of </w:t>
      </w:r>
      <w:r>
        <w:rPr>
          <w:b w:val="0"/>
          <w:i w:val="0"/>
          <w:smallCaps w:val="0"/>
          <w:strike w:val="0"/>
          <w:sz w:val="20"/>
          <w:highlight w:val="cyan"/>
          <w:u w:val="single"/>
        </w:rPr>
        <w:t>extinction from AI should be</w:t>
      </w:r>
      <w:r>
        <w:rPr>
          <w:b w:val="0"/>
          <w:i w:val="0"/>
          <w:smallCaps w:val="0"/>
          <w:strike w:val="0"/>
          <w:sz w:val="20"/>
          <w:u w:val="single"/>
        </w:rPr>
        <w:t xml:space="preserve"> a </w:t>
      </w:r>
      <w:r>
        <w:rPr>
          <w:b w:val="0"/>
          <w:i w:val="0"/>
          <w:smallCaps w:val="0"/>
          <w:strike w:val="0"/>
          <w:sz w:val="20"/>
          <w:highlight w:val="cyan"/>
          <w:u w:val="single"/>
        </w:rPr>
        <w:t>global priority</w:t>
      </w:r>
      <w:r>
        <w:rPr>
          <w:b w:val="0"/>
          <w:i w:val="0"/>
          <w:smallCaps w:val="0"/>
          <w:strike w:val="0"/>
          <w:sz w:val="16"/>
          <w:u w:val="none"/>
        </w:rPr>
        <w:t xml:space="preserve"> alongside other societal-scale risks such as pandemics and nuclear war,” </w:t>
      </w:r>
      <w:r>
        <w:rPr>
          <w:b w:val="0"/>
          <w:i w:val="0"/>
          <w:smallCaps w:val="0"/>
          <w:strike w:val="0"/>
          <w:sz w:val="20"/>
          <w:u w:val="single"/>
        </w:rPr>
        <w:t xml:space="preserve">the </w:t>
      </w:r>
      <w:r>
        <w:rPr>
          <w:b/>
          <w:i w:val="0"/>
          <w:smallCaps w:val="0"/>
          <w:strike w:val="0"/>
          <w:sz w:val="20"/>
          <w:u w:val="single"/>
        </w:rPr>
        <w:t>U.N. Secretary-General</w:t>
      </w:r>
      <w:r>
        <w:rPr>
          <w:b w:val="0"/>
          <w:i w:val="0"/>
          <w:smallCaps w:val="0"/>
          <w:strike w:val="0"/>
          <w:sz w:val="20"/>
          <w:u w:val="single"/>
        </w:rPr>
        <w:t xml:space="preserve"> recently echoed their concern</w:t>
      </w:r>
      <w:r>
        <w:rPr>
          <w:b w:val="0"/>
          <w:i w:val="0"/>
          <w:smallCaps w:val="0"/>
          <w:strike w:val="0"/>
          <w:sz w:val="16"/>
          <w:u w:val="none"/>
        </w:rPr>
        <w:t xml:space="preserve">. </w:t>
      </w:r>
      <w:r>
        <w:rPr>
          <w:b w:val="0"/>
          <w:i w:val="0"/>
          <w:smallCaps w:val="0"/>
          <w:strike w:val="0"/>
          <w:sz w:val="20"/>
          <w:u w:val="single"/>
        </w:rPr>
        <w:t xml:space="preserve">So did the </w:t>
      </w:r>
      <w:r>
        <w:rPr>
          <w:b/>
          <w:i w:val="0"/>
          <w:smallCaps w:val="0"/>
          <w:strike w:val="0"/>
          <w:sz w:val="20"/>
          <w:u w:val="single"/>
        </w:rPr>
        <w:t>prime minister of the U.K</w:t>
      </w:r>
      <w:r>
        <w:rPr>
          <w:b w:val="0"/>
          <w:i w:val="0"/>
          <w:smallCaps w:val="0"/>
          <w:strike w:val="0"/>
          <w:sz w:val="20"/>
          <w:u w:val="single"/>
        </w:rPr>
        <w:t>.</w:t>
      </w:r>
      <w:r>
        <w:rPr>
          <w:b w:val="0"/>
          <w:i w:val="0"/>
          <w:smallCaps w:val="0"/>
          <w:strike w:val="0"/>
          <w:sz w:val="16"/>
          <w:u w:val="none"/>
        </w:rPr>
        <w:t xml:space="preserve">, who is also investing 100 million pounds into AI safety research that is mostly meant to prevent existential risk. </w:t>
      </w:r>
      <w:r>
        <w:rPr>
          <w:b/>
          <w:i w:val="0"/>
          <w:smallCaps w:val="0"/>
          <w:strike w:val="0"/>
          <w:sz w:val="20"/>
          <w:u w:val="single"/>
        </w:rPr>
        <w:t>Other leaders</w:t>
      </w:r>
      <w:r>
        <w:rPr>
          <w:b w:val="0"/>
          <w:i w:val="0"/>
          <w:smallCaps w:val="0"/>
          <w:strike w:val="0"/>
          <w:sz w:val="20"/>
          <w:u w:val="single"/>
        </w:rPr>
        <w:t xml:space="preserve"> are </w:t>
      </w:r>
      <w:r>
        <w:rPr>
          <w:b/>
          <w:i w:val="0"/>
          <w:smallCaps w:val="0"/>
          <w:strike w:val="0"/>
          <w:sz w:val="20"/>
          <w:u w:val="single"/>
        </w:rPr>
        <w:t>likely to follow</w:t>
      </w:r>
      <w:r>
        <w:rPr>
          <w:b w:val="0"/>
          <w:i w:val="0"/>
          <w:smallCaps w:val="0"/>
          <w:strike w:val="0"/>
          <w:sz w:val="20"/>
          <w:u w:val="single"/>
        </w:rPr>
        <w:t xml:space="preserve"> in recognizing AI’s ultimate threat</w:t>
      </w:r>
      <w:r>
        <w:rPr>
          <w:b w:val="0"/>
          <w:i w:val="0"/>
          <w:smallCaps w:val="0"/>
          <w:strike w:val="0"/>
          <w:sz w:val="16"/>
          <w:u w:val="none"/>
        </w:rPr>
        <w:t>.</w:t>
      </w:r>
    </w:p>
    <w:p>
      <w:pPr>
        <w:spacing w:after="60"/>
      </w:pPr>
      <w:r>
        <w:rPr>
          <w:b w:val="0"/>
          <w:i w:val="0"/>
          <w:smallCaps w:val="0"/>
          <w:strike w:val="0"/>
          <w:sz w:val="20"/>
          <w:highlight w:val="cyan"/>
          <w:u w:val="single"/>
        </w:rPr>
        <w:t>In</w:t>
      </w:r>
      <w:r>
        <w:rPr>
          <w:b w:val="0"/>
          <w:i w:val="0"/>
          <w:smallCaps w:val="0"/>
          <w:strike w:val="0"/>
          <w:sz w:val="20"/>
          <w:u w:val="single"/>
        </w:rPr>
        <w:t xml:space="preserve"> the </w:t>
      </w:r>
      <w:r>
        <w:rPr>
          <w:b w:val="0"/>
          <w:i w:val="0"/>
          <w:smallCaps w:val="0"/>
          <w:strike w:val="0"/>
          <w:sz w:val="20"/>
          <w:highlight w:val="cyan"/>
          <w:u w:val="single"/>
        </w:rPr>
        <w:t>scientific</w:t>
      </w:r>
      <w:r>
        <w:rPr>
          <w:b w:val="0"/>
          <w:i w:val="0"/>
          <w:smallCaps w:val="0"/>
          <w:strike w:val="0"/>
          <w:sz w:val="20"/>
          <w:u w:val="single"/>
        </w:rPr>
        <w:t xml:space="preserve"> field of existential </w:t>
      </w:r>
      <w:r>
        <w:rPr>
          <w:b w:val="0"/>
          <w:i w:val="0"/>
          <w:smallCaps w:val="0"/>
          <w:strike w:val="0"/>
          <w:sz w:val="20"/>
          <w:highlight w:val="cyan"/>
          <w:u w:val="single"/>
        </w:rPr>
        <w:t>risk</w:t>
      </w:r>
      <w:r>
        <w:rPr>
          <w:b w:val="0"/>
          <w:i w:val="0"/>
          <w:smallCaps w:val="0"/>
          <w:strike w:val="0"/>
          <w:sz w:val="16"/>
          <w:u w:val="none"/>
        </w:rPr>
        <w:t xml:space="preserve">, which </w:t>
      </w:r>
      <w:r>
        <w:rPr>
          <w:b w:val="0"/>
          <w:i w:val="0"/>
          <w:smallCaps w:val="0"/>
          <w:strike w:val="0"/>
          <w:sz w:val="20"/>
          <w:highlight w:val="cyan"/>
          <w:u w:val="single"/>
        </w:rPr>
        <w:t>studies</w:t>
      </w:r>
      <w:r>
        <w:rPr>
          <w:b w:val="0"/>
          <w:i w:val="0"/>
          <w:smallCaps w:val="0"/>
          <w:strike w:val="0"/>
          <w:sz w:val="20"/>
          <w:u w:val="single"/>
        </w:rPr>
        <w:t xml:space="preserve"> the most likely causes of human extinction</w:t>
      </w:r>
      <w:r>
        <w:rPr>
          <w:b w:val="0"/>
          <w:i w:val="0"/>
          <w:smallCaps w:val="0"/>
          <w:strike w:val="0"/>
          <w:sz w:val="16"/>
          <w:u w:val="none"/>
        </w:rPr>
        <w:t xml:space="preserve">, </w:t>
      </w:r>
      <w:r>
        <w:rPr>
          <w:b w:val="0"/>
          <w:i w:val="0"/>
          <w:smallCaps w:val="0"/>
          <w:strike w:val="0"/>
          <w:sz w:val="20"/>
          <w:highlight w:val="cyan"/>
          <w:u w:val="single"/>
        </w:rPr>
        <w:t xml:space="preserve">AI is </w:t>
      </w:r>
      <w:r>
        <w:rPr>
          <w:b/>
          <w:i w:val="0"/>
          <w:smallCaps w:val="0"/>
          <w:strike w:val="0"/>
          <w:sz w:val="20"/>
          <w:highlight w:val="cyan"/>
          <w:u w:val="single"/>
        </w:rPr>
        <w:t>consistently ranked at the top</w:t>
      </w:r>
      <w:r>
        <w:rPr>
          <w:b w:val="0"/>
          <w:i w:val="0"/>
          <w:smallCaps w:val="0"/>
          <w:strike w:val="0"/>
          <w:sz w:val="20"/>
          <w:u w:val="single"/>
        </w:rPr>
        <w:t xml:space="preserve"> of the list</w:t>
      </w:r>
      <w:r>
        <w:rPr>
          <w:b w:val="0"/>
          <w:i w:val="0"/>
          <w:smallCaps w:val="0"/>
          <w:strike w:val="0"/>
          <w:sz w:val="16"/>
          <w:u w:val="none"/>
        </w:rPr>
        <w:t xml:space="preserve">. In The Precipice, a book by Oxford existential risk researcher Toby Ord that aims to quantify human extinction risks, </w:t>
      </w:r>
      <w:r>
        <w:rPr>
          <w:b/>
          <w:i w:val="0"/>
          <w:smallCaps w:val="0"/>
          <w:strike w:val="0"/>
          <w:sz w:val="40"/>
          <w:u w:val="single"/>
        </w:rPr>
        <w:t xml:space="preserve">the </w:t>
      </w:r>
      <w:r>
        <w:rPr>
          <w:b/>
          <w:i w:val="0"/>
          <w:smallCaps w:val="0"/>
          <w:strike w:val="0"/>
          <w:sz w:val="40"/>
          <w:highlight w:val="cyan"/>
          <w:u w:val="single"/>
        </w:rPr>
        <w:t>likeliness of AI leading to</w:t>
      </w:r>
      <w:r>
        <w:rPr>
          <w:b/>
          <w:i w:val="0"/>
          <w:smallCaps w:val="0"/>
          <w:strike w:val="0"/>
          <w:sz w:val="40"/>
          <w:u w:val="single"/>
        </w:rPr>
        <w:t xml:space="preserve"> human </w:t>
      </w:r>
      <w:r>
        <w:rPr>
          <w:b/>
          <w:i w:val="0"/>
          <w:smallCaps w:val="0"/>
          <w:strike w:val="0"/>
          <w:sz w:val="40"/>
          <w:highlight w:val="cyan"/>
          <w:u w:val="single"/>
        </w:rPr>
        <w:t>extinction exceeds</w:t>
      </w:r>
      <w:r>
        <w:rPr>
          <w:b/>
          <w:i w:val="0"/>
          <w:smallCaps w:val="0"/>
          <w:strike w:val="0"/>
          <w:sz w:val="40"/>
          <w:u w:val="single"/>
        </w:rPr>
        <w:t xml:space="preserve"> that of </w:t>
      </w:r>
      <w:r>
        <w:rPr>
          <w:b/>
          <w:i w:val="0"/>
          <w:smallCaps w:val="0"/>
          <w:strike w:val="0"/>
          <w:sz w:val="40"/>
          <w:highlight w:val="cyan"/>
          <w:u w:val="single"/>
        </w:rPr>
        <w:t>climate change</w:t>
      </w:r>
      <w:r>
        <w:rPr>
          <w:b/>
          <w:i w:val="0"/>
          <w:smallCaps w:val="0"/>
          <w:strike w:val="0"/>
          <w:sz w:val="40"/>
          <w:u w:val="single"/>
        </w:rPr>
        <w:t xml:space="preserve">, </w:t>
      </w:r>
      <w:r>
        <w:rPr>
          <w:b/>
          <w:i w:val="0"/>
          <w:smallCaps w:val="0"/>
          <w:strike w:val="0"/>
          <w:sz w:val="40"/>
          <w:highlight w:val="cyan"/>
          <w:u w:val="single"/>
        </w:rPr>
        <w:t>pandemics</w:t>
      </w:r>
      <w:r>
        <w:rPr>
          <w:b/>
          <w:i w:val="0"/>
          <w:smallCaps w:val="0"/>
          <w:strike w:val="0"/>
          <w:sz w:val="40"/>
          <w:u w:val="single"/>
        </w:rPr>
        <w:t xml:space="preserve">, </w:t>
      </w:r>
      <w:r>
        <w:rPr>
          <w:b/>
          <w:i w:val="0"/>
          <w:smallCaps w:val="0"/>
          <w:strike w:val="0"/>
          <w:sz w:val="40"/>
          <w:highlight w:val="cyan"/>
          <w:u w:val="single"/>
        </w:rPr>
        <w:t>asteroid</w:t>
      </w:r>
      <w:r>
        <w:rPr>
          <w:b/>
          <w:i w:val="0"/>
          <w:smallCaps w:val="0"/>
          <w:strike w:val="0"/>
          <w:sz w:val="40"/>
          <w:u w:val="single"/>
        </w:rPr>
        <w:t xml:space="preserve"> strike</w:t>
      </w:r>
      <w:r>
        <w:rPr>
          <w:b/>
          <w:i w:val="0"/>
          <w:smallCaps w:val="0"/>
          <w:strike w:val="0"/>
          <w:sz w:val="40"/>
          <w:highlight w:val="cyan"/>
          <w:u w:val="single"/>
        </w:rPr>
        <w:t>s</w:t>
      </w:r>
      <w:r>
        <w:rPr>
          <w:b/>
          <w:i w:val="0"/>
          <w:smallCaps w:val="0"/>
          <w:strike w:val="0"/>
          <w:sz w:val="40"/>
          <w:u w:val="single"/>
        </w:rPr>
        <w:t xml:space="preserve">, </w:t>
      </w:r>
      <w:r>
        <w:rPr>
          <w:b/>
          <w:i w:val="0"/>
          <w:smallCaps w:val="0"/>
          <w:strike w:val="0"/>
          <w:sz w:val="40"/>
          <w:highlight w:val="cyan"/>
          <w:u w:val="single"/>
        </w:rPr>
        <w:t>supervolcanoes</w:t>
      </w:r>
      <w:r>
        <w:rPr>
          <w:b/>
          <w:i w:val="0"/>
          <w:smallCaps w:val="0"/>
          <w:strike w:val="0"/>
          <w:sz w:val="40"/>
          <w:u w:val="single"/>
        </w:rPr>
        <w:t xml:space="preserve">, </w:t>
      </w:r>
      <w:r>
        <w:rPr>
          <w:b/>
          <w:i w:val="0"/>
          <w:smallCaps w:val="0"/>
          <w:strike w:val="0"/>
          <w:sz w:val="40"/>
          <w:highlight w:val="cyan"/>
          <w:u w:val="single"/>
        </w:rPr>
        <w:t>and nuclear war combined</w:t>
      </w:r>
      <w:r>
        <w:rPr>
          <w:b w:val="0"/>
          <w:i w:val="0"/>
          <w:smallCaps w:val="0"/>
          <w:strike w:val="0"/>
          <w:sz w:val="16"/>
          <w:u w:val="none"/>
        </w:rPr>
        <w:t xml:space="preserve">. One would expect that even for severe global problems, the risk that they lead to full human extinction is relatively small, and this is indeed true for most of the above risks. </w:t>
      </w:r>
      <w:r>
        <w:rPr>
          <w:b w:val="0"/>
          <w:i w:val="0"/>
          <w:smallCaps w:val="0"/>
          <w:strike w:val="0"/>
          <w:sz w:val="20"/>
          <w:highlight w:val="cyan"/>
          <w:u w:val="single"/>
        </w:rPr>
        <w:t>AI</w:t>
      </w:r>
      <w:r>
        <w:rPr>
          <w:b w:val="0"/>
          <w:i w:val="0"/>
          <w:smallCaps w:val="0"/>
          <w:strike w:val="0"/>
          <w:sz w:val="16"/>
          <w:u w:val="none"/>
        </w:rPr>
        <w:t xml:space="preserve">, however, </w:t>
      </w:r>
      <w:r>
        <w:rPr>
          <w:b w:val="0"/>
          <w:i w:val="0"/>
          <w:smallCaps w:val="0"/>
          <w:strike w:val="0"/>
          <w:sz w:val="20"/>
          <w:u w:val="single"/>
        </w:rPr>
        <w:t xml:space="preserve">may </w:t>
      </w:r>
      <w:r>
        <w:rPr>
          <w:b w:val="0"/>
          <w:i w:val="0"/>
          <w:smallCaps w:val="0"/>
          <w:strike w:val="0"/>
          <w:sz w:val="20"/>
          <w:highlight w:val="cyan"/>
          <w:u w:val="single"/>
        </w:rPr>
        <w:t>cause</w:t>
      </w:r>
      <w:r>
        <w:rPr>
          <w:b w:val="0"/>
          <w:i w:val="0"/>
          <w:smallCaps w:val="0"/>
          <w:strike w:val="0"/>
          <w:sz w:val="20"/>
          <w:u w:val="single"/>
        </w:rPr>
        <w:t xml:space="preserve"> human</w:t>
      </w:r>
      <w:r>
        <w:rPr>
          <w:b w:val="0"/>
          <w:i w:val="0"/>
          <w:smallCaps w:val="0"/>
          <w:strike w:val="0"/>
          <w:sz w:val="16"/>
          <w:u w:val="none"/>
        </w:rPr>
        <w:t xml:space="preserve"> </w:t>
      </w:r>
      <w:r>
        <w:rPr>
          <w:b w:val="0"/>
          <w:i w:val="0"/>
          <w:smallCaps w:val="0"/>
          <w:strike w:val="0"/>
          <w:sz w:val="20"/>
          <w:highlight w:val="cyan"/>
          <w:u w:val="single"/>
        </w:rPr>
        <w:t>extinction if</w:t>
      </w:r>
      <w:r>
        <w:rPr>
          <w:b w:val="0"/>
          <w:i w:val="0"/>
          <w:smallCaps w:val="0"/>
          <w:strike w:val="0"/>
          <w:sz w:val="16"/>
          <w:u w:val="none"/>
        </w:rPr>
        <w:t xml:space="preserve"> only </w:t>
      </w:r>
      <w:r>
        <w:rPr>
          <w:b w:val="0"/>
          <w:i w:val="0"/>
          <w:smallCaps w:val="0"/>
          <w:strike w:val="0"/>
          <w:sz w:val="20"/>
          <w:u w:val="single"/>
        </w:rPr>
        <w:t>a few conditions are met</w:t>
      </w:r>
      <w:r>
        <w:rPr>
          <w:b w:val="0"/>
          <w:i w:val="0"/>
          <w:smallCaps w:val="0"/>
          <w:strike w:val="0"/>
          <w:sz w:val="16"/>
          <w:u w:val="none"/>
        </w:rPr>
        <w:t xml:space="preserve">. </w:t>
      </w:r>
      <w:r>
        <w:rPr>
          <w:b w:val="0"/>
          <w:i w:val="0"/>
          <w:smallCaps w:val="0"/>
          <w:strike w:val="0"/>
          <w:sz w:val="20"/>
          <w:u w:val="single"/>
        </w:rPr>
        <w:t xml:space="preserve">Among them is </w:t>
      </w:r>
      <w:r>
        <w:rPr>
          <w:b/>
          <w:i w:val="0"/>
          <w:smallCaps w:val="0"/>
          <w:strike w:val="0"/>
          <w:sz w:val="20"/>
          <w:highlight w:val="cyan"/>
          <w:u w:val="single"/>
        </w:rPr>
        <w:t>human-level AI</w:t>
      </w:r>
      <w:r>
        <w:rPr>
          <w:b w:val="0"/>
          <w:i w:val="0"/>
          <w:smallCaps w:val="0"/>
          <w:strike w:val="0"/>
          <w:sz w:val="16"/>
          <w:u w:val="none"/>
        </w:rPr>
        <w:t xml:space="preserve">, </w:t>
      </w:r>
      <w:r>
        <w:rPr>
          <w:b w:val="0"/>
          <w:i w:val="0"/>
          <w:smallCaps w:val="0"/>
          <w:strike w:val="0"/>
          <w:sz w:val="20"/>
          <w:u w:val="single"/>
        </w:rPr>
        <w:t>defined as</w:t>
      </w:r>
      <w:r>
        <w:rPr>
          <w:b w:val="0"/>
          <w:i w:val="0"/>
          <w:smallCaps w:val="0"/>
          <w:strike w:val="0"/>
          <w:sz w:val="20"/>
          <w:u w:val="single"/>
        </w:rPr>
        <w:t xml:space="preserve"> an </w:t>
      </w:r>
      <w:r>
        <w:rPr>
          <w:b/>
          <w:i w:val="0"/>
          <w:smallCaps w:val="0"/>
          <w:strike w:val="0"/>
          <w:sz w:val="20"/>
          <w:u w:val="single"/>
        </w:rPr>
        <w:t xml:space="preserve">AI that </w:t>
      </w:r>
      <w:r>
        <w:rPr>
          <w:b/>
          <w:i w:val="0"/>
          <w:smallCaps w:val="0"/>
          <w:strike w:val="0"/>
          <w:sz w:val="20"/>
          <w:highlight w:val="cyan"/>
          <w:u w:val="single"/>
        </w:rPr>
        <w:t>can perform</w:t>
      </w:r>
      <w:r>
        <w:rPr>
          <w:b/>
          <w:i w:val="0"/>
          <w:smallCaps w:val="0"/>
          <w:strike w:val="0"/>
          <w:sz w:val="20"/>
          <w:u w:val="single"/>
        </w:rPr>
        <w:t xml:space="preserve"> a broad range of </w:t>
      </w:r>
      <w:r>
        <w:rPr>
          <w:b/>
          <w:i w:val="0"/>
          <w:smallCaps w:val="0"/>
          <w:strike w:val="0"/>
          <w:sz w:val="20"/>
          <w:highlight w:val="cyan"/>
          <w:u w:val="single"/>
        </w:rPr>
        <w:t>cognitive tasks</w:t>
      </w:r>
      <w:r>
        <w:rPr>
          <w:b/>
          <w:i w:val="0"/>
          <w:smallCaps w:val="0"/>
          <w:strike w:val="0"/>
          <w:sz w:val="20"/>
          <w:u w:val="single"/>
        </w:rPr>
        <w:t xml:space="preserve"> at least </w:t>
      </w:r>
      <w:r>
        <w:rPr>
          <w:b/>
          <w:i w:val="0"/>
          <w:smallCaps w:val="0"/>
          <w:strike w:val="0"/>
          <w:sz w:val="20"/>
          <w:highlight w:val="cyan"/>
          <w:u w:val="single"/>
        </w:rPr>
        <w:t>as well as we can</w:t>
      </w:r>
      <w:r>
        <w:rPr>
          <w:b w:val="0"/>
          <w:i w:val="0"/>
          <w:smallCaps w:val="0"/>
          <w:strike w:val="0"/>
          <w:sz w:val="16"/>
          <w:u w:val="none"/>
        </w:rPr>
        <w:t xml:space="preserve">. Studies outlining these ideas were previously known, but </w:t>
      </w:r>
      <w:r>
        <w:rPr>
          <w:b/>
          <w:i w:val="0"/>
          <w:smallCaps w:val="0"/>
          <w:strike w:val="0"/>
          <w:sz w:val="20"/>
          <w:u w:val="single"/>
        </w:rPr>
        <w:t>new</w:t>
      </w:r>
      <w:r>
        <w:rPr>
          <w:b w:val="0"/>
          <w:i w:val="0"/>
          <w:smallCaps w:val="0"/>
          <w:strike w:val="0"/>
          <w:sz w:val="20"/>
          <w:u w:val="single"/>
        </w:rPr>
        <w:t xml:space="preserve"> AI </w:t>
      </w:r>
      <w:r>
        <w:rPr>
          <w:b/>
          <w:i w:val="0"/>
          <w:smallCaps w:val="0"/>
          <w:strike w:val="0"/>
          <w:sz w:val="20"/>
          <w:u w:val="single"/>
        </w:rPr>
        <w:t>breakthroughs</w:t>
      </w:r>
      <w:r>
        <w:rPr>
          <w:b w:val="0"/>
          <w:i w:val="0"/>
          <w:smallCaps w:val="0"/>
          <w:strike w:val="0"/>
          <w:sz w:val="20"/>
          <w:u w:val="single"/>
        </w:rPr>
        <w:t xml:space="preserve"> have </w:t>
      </w:r>
      <w:r>
        <w:rPr>
          <w:b/>
          <w:i w:val="0"/>
          <w:smallCaps w:val="0"/>
          <w:strike w:val="0"/>
          <w:sz w:val="20"/>
          <w:u w:val="single"/>
        </w:rPr>
        <w:t>underlined</w:t>
      </w:r>
      <w:r>
        <w:rPr>
          <w:b w:val="0"/>
          <w:i w:val="0"/>
          <w:smallCaps w:val="0"/>
          <w:strike w:val="0"/>
          <w:sz w:val="20"/>
          <w:u w:val="single"/>
        </w:rPr>
        <w:t xml:space="preserve"> their </w:t>
      </w:r>
      <w:r>
        <w:rPr>
          <w:b/>
          <w:i w:val="0"/>
          <w:smallCaps w:val="0"/>
          <w:strike w:val="0"/>
          <w:sz w:val="20"/>
          <w:u w:val="single"/>
        </w:rPr>
        <w:t>urgency</w:t>
      </w:r>
      <w:r>
        <w:rPr>
          <w:b w:val="0"/>
          <w:i w:val="0"/>
          <w:smallCaps w:val="0"/>
          <w:strike w:val="0"/>
          <w:sz w:val="16"/>
          <w:u w:val="none"/>
        </w:rPr>
        <w:t xml:space="preserve">: </w:t>
      </w:r>
      <w:r>
        <w:rPr>
          <w:b w:val="0"/>
          <w:i w:val="0"/>
          <w:smallCaps w:val="0"/>
          <w:strike w:val="0"/>
          <w:sz w:val="20"/>
          <w:highlight w:val="cyan"/>
          <w:u w:val="single"/>
        </w:rPr>
        <w:t>AI</w:t>
      </w:r>
      <w:r>
        <w:rPr>
          <w:b w:val="0"/>
          <w:i w:val="0"/>
          <w:smallCaps w:val="0"/>
          <w:strike w:val="0"/>
          <w:sz w:val="20"/>
          <w:u w:val="single"/>
        </w:rPr>
        <w:t xml:space="preserve"> may be </w:t>
      </w:r>
      <w:r>
        <w:rPr>
          <w:b/>
          <w:i w:val="0"/>
          <w:smallCaps w:val="0"/>
          <w:strike w:val="0"/>
          <w:sz w:val="20"/>
          <w:highlight w:val="cyan"/>
          <w:u w:val="single"/>
        </w:rPr>
        <w:t>getting close</w:t>
      </w:r>
      <w:r>
        <w:rPr>
          <w:b w:val="0"/>
          <w:i w:val="0"/>
          <w:smallCaps w:val="0"/>
          <w:strike w:val="0"/>
          <w:sz w:val="20"/>
          <w:u w:val="single"/>
        </w:rPr>
        <w:t xml:space="preserve"> to human level </w:t>
      </w:r>
      <w:r>
        <w:rPr>
          <w:b/>
          <w:i w:val="0"/>
          <w:smallCaps w:val="0"/>
          <w:strike w:val="0"/>
          <w:sz w:val="20"/>
          <w:highlight w:val="cyan"/>
          <w:u w:val="single"/>
        </w:rPr>
        <w:t>already</w:t>
      </w:r>
      <w:r>
        <w:rPr>
          <w:b w:val="0"/>
          <w:i w:val="0"/>
          <w:smallCaps w:val="0"/>
          <w:strike w:val="0"/>
          <w:sz w:val="16"/>
          <w:u w:val="none"/>
        </w:rPr>
        <w:t>.</w:t>
      </w:r>
    </w:p>
    <w:p>
      <w:pPr>
        <w:spacing w:after="60"/>
      </w:pPr>
      <w:r>
        <w:rPr>
          <w:b/>
          <w:i w:val="0"/>
          <w:smallCaps w:val="0"/>
          <w:strike w:val="0"/>
          <w:sz w:val="20"/>
          <w:highlight w:val="cyan"/>
          <w:u w:val="single"/>
        </w:rPr>
        <w:t>R</w:t>
      </w:r>
      <w:r>
        <w:rPr>
          <w:b/>
          <w:i w:val="0"/>
          <w:smallCaps w:val="0"/>
          <w:strike w:val="0"/>
          <w:sz w:val="20"/>
          <w:u w:val="single"/>
        </w:rPr>
        <w:t xml:space="preserve">ecursive </w:t>
      </w:r>
      <w:r>
        <w:rPr>
          <w:b/>
          <w:i w:val="0"/>
          <w:smallCaps w:val="0"/>
          <w:strike w:val="0"/>
          <w:sz w:val="20"/>
          <w:highlight w:val="cyan"/>
          <w:u w:val="single"/>
        </w:rPr>
        <w:t>s</w:t>
      </w:r>
      <w:r>
        <w:rPr>
          <w:b/>
          <w:i w:val="0"/>
          <w:smallCaps w:val="0"/>
          <w:strike w:val="0"/>
          <w:sz w:val="20"/>
          <w:u w:val="single"/>
        </w:rPr>
        <w:t>elf-</w:t>
      </w:r>
      <w:r>
        <w:rPr>
          <w:b/>
          <w:i w:val="0"/>
          <w:smallCaps w:val="0"/>
          <w:strike w:val="0"/>
          <w:sz w:val="20"/>
          <w:highlight w:val="cyan"/>
          <w:u w:val="single"/>
        </w:rPr>
        <w:t>i</w:t>
      </w:r>
      <w:r>
        <w:rPr>
          <w:b/>
          <w:i w:val="0"/>
          <w:smallCaps w:val="0"/>
          <w:strike w:val="0"/>
          <w:sz w:val="20"/>
          <w:u w:val="single"/>
        </w:rPr>
        <w:t>mprovement</w:t>
      </w:r>
      <w:r>
        <w:rPr>
          <w:b w:val="0"/>
          <w:i w:val="0"/>
          <w:smallCaps w:val="0"/>
          <w:strike w:val="0"/>
          <w:sz w:val="16"/>
          <w:u w:val="none"/>
        </w:rPr>
        <w:t xml:space="preserve"> </w:t>
      </w:r>
      <w:r>
        <w:rPr>
          <w:b w:val="0"/>
          <w:i w:val="0"/>
          <w:smallCaps w:val="0"/>
          <w:strike w:val="0"/>
          <w:sz w:val="20"/>
          <w:u w:val="single"/>
        </w:rPr>
        <w:t>is one of the reasons why existential-risk academics think human-level AI is so dangerous</w:t>
      </w:r>
      <w:r>
        <w:rPr>
          <w:b w:val="0"/>
          <w:i w:val="0"/>
          <w:smallCaps w:val="0"/>
          <w:strike w:val="0"/>
          <w:sz w:val="16"/>
          <w:u w:val="none"/>
        </w:rPr>
        <w:t xml:space="preserve">. Because human-level AI could do almost all tasks at our level, and since doing AI research is one of those tasks, advanced AI should therefore be able to improve the state of AI. </w:t>
      </w:r>
      <w:r>
        <w:rPr>
          <w:b w:val="0"/>
          <w:i w:val="0"/>
          <w:smallCaps w:val="0"/>
          <w:strike w:val="0"/>
          <w:sz w:val="20"/>
          <w:u w:val="single"/>
        </w:rPr>
        <w:t xml:space="preserve">Constantly improving AI would create a </w:t>
      </w:r>
      <w:r>
        <w:rPr>
          <w:b w:val="0"/>
          <w:i w:val="0"/>
          <w:smallCaps w:val="0"/>
          <w:strike w:val="0"/>
          <w:sz w:val="20"/>
          <w:highlight w:val="cyan"/>
          <w:u w:val="single"/>
        </w:rPr>
        <w:t>positive feedback loop</w:t>
      </w:r>
      <w:r>
        <w:rPr>
          <w:b w:val="0"/>
          <w:i w:val="0"/>
          <w:smallCaps w:val="0"/>
          <w:strike w:val="0"/>
          <w:sz w:val="20"/>
          <w:u w:val="single"/>
        </w:rPr>
        <w:t xml:space="preserve"> with no scientifically established limits: </w:t>
      </w:r>
      <w:r>
        <w:rPr>
          <w:b/>
          <w:i w:val="0"/>
          <w:smallCaps w:val="0"/>
          <w:strike w:val="0"/>
          <w:sz w:val="20"/>
          <w:u w:val="single"/>
        </w:rPr>
        <w:t xml:space="preserve">an </w:t>
      </w:r>
      <w:r>
        <w:rPr>
          <w:b/>
          <w:i w:val="0"/>
          <w:smallCaps w:val="0"/>
          <w:strike w:val="0"/>
          <w:sz w:val="20"/>
          <w:highlight w:val="cyan"/>
          <w:u w:val="single"/>
        </w:rPr>
        <w:t>intelligence</w:t>
      </w:r>
      <w:r>
        <w:rPr>
          <w:b/>
          <w:i w:val="0"/>
          <w:smallCaps w:val="0"/>
          <w:strike w:val="0"/>
          <w:sz w:val="20"/>
          <w:u w:val="single"/>
        </w:rPr>
        <w:t xml:space="preserve"> </w:t>
      </w:r>
      <w:r>
        <w:rPr>
          <w:b/>
          <w:i w:val="0"/>
          <w:smallCaps w:val="0"/>
          <w:strike w:val="0"/>
          <w:sz w:val="20"/>
          <w:highlight w:val="cyan"/>
          <w:u w:val="single"/>
        </w:rPr>
        <w:t>explosion</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endpoint</w:t>
      </w:r>
      <w:r>
        <w:rPr>
          <w:b w:val="0"/>
          <w:i w:val="0"/>
          <w:smallCaps w:val="0"/>
          <w:strike w:val="0"/>
          <w:sz w:val="16"/>
          <w:u w:val="none"/>
        </w:rPr>
        <w:t xml:space="preserve"> of this intelligence explosion </w:t>
      </w:r>
      <w:r>
        <w:rPr>
          <w:b w:val="0"/>
          <w:i w:val="0"/>
          <w:smallCaps w:val="0"/>
          <w:strike w:val="0"/>
          <w:sz w:val="20"/>
          <w:u w:val="single"/>
        </w:rPr>
        <w:t xml:space="preserve">could be </w:t>
      </w:r>
      <w:r>
        <w:rPr>
          <w:b w:val="0"/>
          <w:i w:val="0"/>
          <w:smallCaps w:val="0"/>
          <w:strike w:val="0"/>
          <w:sz w:val="20"/>
          <w:highlight w:val="cyan"/>
          <w:u w:val="single"/>
        </w:rPr>
        <w:t xml:space="preserve">a </w:t>
      </w:r>
      <w:r>
        <w:rPr>
          <w:b/>
          <w:i w:val="0"/>
          <w:smallCaps w:val="0"/>
          <w:strike w:val="0"/>
          <w:sz w:val="20"/>
          <w:highlight w:val="cyan"/>
          <w:u w:val="single"/>
        </w:rPr>
        <w:t>superintelligence</w:t>
      </w:r>
      <w:r>
        <w:rPr>
          <w:b w:val="0"/>
          <w:i w:val="0"/>
          <w:smallCaps w:val="0"/>
          <w:strike w:val="0"/>
          <w:sz w:val="20"/>
          <w:u w:val="single"/>
        </w:rPr>
        <w:t xml:space="preserve">: a </w:t>
      </w:r>
      <w:r>
        <w:rPr>
          <w:b/>
          <w:i w:val="0"/>
          <w:smallCaps w:val="0"/>
          <w:strike w:val="0"/>
          <w:sz w:val="20"/>
          <w:u w:val="single"/>
        </w:rPr>
        <w:t>godlike AI</w:t>
      </w:r>
      <w:r>
        <w:rPr>
          <w:b w:val="0"/>
          <w:i w:val="0"/>
          <w:smallCaps w:val="0"/>
          <w:strike w:val="0"/>
          <w:sz w:val="20"/>
          <w:u w:val="single"/>
        </w:rPr>
        <w:t xml:space="preserve"> that </w:t>
      </w:r>
      <w:r>
        <w:rPr>
          <w:b/>
          <w:i w:val="0"/>
          <w:smallCaps w:val="0"/>
          <w:strike w:val="0"/>
          <w:sz w:val="28"/>
          <w:u w:val="single"/>
        </w:rPr>
        <w:t>outsmarts us the way humans often outsmart insects</w:t>
      </w:r>
      <w:r>
        <w:rPr>
          <w:b w:val="0"/>
          <w:i w:val="0"/>
          <w:smallCaps w:val="0"/>
          <w:strike w:val="0"/>
          <w:sz w:val="28"/>
          <w:u w:val="single"/>
        </w:rPr>
        <w:t xml:space="preserve">. </w:t>
      </w:r>
      <w:r>
        <w:rPr>
          <w:b/>
          <w:i w:val="0"/>
          <w:smallCaps w:val="0"/>
          <w:strike w:val="0"/>
          <w:sz w:val="28"/>
          <w:u w:val="single"/>
        </w:rPr>
        <w:t>We would be no match</w:t>
      </w:r>
      <w:r>
        <w:rPr>
          <w:b w:val="0"/>
          <w:i w:val="0"/>
          <w:smallCaps w:val="0"/>
          <w:strike w:val="0"/>
          <w:sz w:val="20"/>
          <w:u w:val="single"/>
        </w:rPr>
        <w:t xml:space="preserve"> for it.</w:t>
      </w:r>
    </w:p>
    <w:p>
      <w:pPr>
        <w:spacing w:after="60"/>
      </w:pPr>
      <w:r>
        <w:rPr>
          <w:b w:val="0"/>
          <w:i w:val="0"/>
          <w:smallCaps w:val="0"/>
          <w:strike w:val="0"/>
          <w:sz w:val="16"/>
          <w:u w:val="none"/>
        </w:rPr>
        <w:t>A godlike, superintelligent AI</w:t>
      </w:r>
    </w:p>
    <w:p>
      <w:pPr>
        <w:spacing w:after="60"/>
      </w:pPr>
      <w:r>
        <w:rPr>
          <w:b w:val="0"/>
          <w:i w:val="0"/>
          <w:smallCaps w:val="0"/>
          <w:strike w:val="0"/>
          <w:sz w:val="20"/>
          <w:u w:val="single"/>
        </w:rPr>
        <w:t>A superintelligent AI could</w:t>
      </w:r>
      <w:r>
        <w:rPr>
          <w:b w:val="0"/>
          <w:i w:val="0"/>
          <w:smallCaps w:val="0"/>
          <w:strike w:val="0"/>
          <w:sz w:val="16"/>
          <w:u w:val="none"/>
        </w:rPr>
        <w:t xml:space="preserve"> therefore likely </w:t>
      </w:r>
      <w:r>
        <w:rPr>
          <w:b/>
          <w:i w:val="0"/>
          <w:smallCaps w:val="0"/>
          <w:strike w:val="0"/>
          <w:sz w:val="20"/>
          <w:highlight w:val="cyan"/>
          <w:u w:val="single"/>
        </w:rPr>
        <w:t>execute any goal</w:t>
      </w:r>
      <w:r>
        <w:rPr>
          <w:b/>
          <w:i w:val="0"/>
          <w:smallCaps w:val="0"/>
          <w:strike w:val="0"/>
          <w:sz w:val="20"/>
          <w:u w:val="single"/>
        </w:rPr>
        <w:t xml:space="preserve"> it is given</w:t>
      </w:r>
      <w:r>
        <w:rPr>
          <w:b w:val="0"/>
          <w:i w:val="0"/>
          <w:smallCaps w:val="0"/>
          <w:strike w:val="0"/>
          <w:sz w:val="16"/>
          <w:u w:val="none"/>
        </w:rPr>
        <w:t xml:space="preserve">. Such </w:t>
      </w:r>
      <w:r>
        <w:rPr>
          <w:b w:val="0"/>
          <w:i w:val="0"/>
          <w:smallCaps w:val="0"/>
          <w:strike w:val="0"/>
          <w:sz w:val="20"/>
          <w:u w:val="single"/>
        </w:rPr>
        <w:t xml:space="preserve">a </w:t>
      </w:r>
      <w:r>
        <w:rPr>
          <w:b w:val="0"/>
          <w:i w:val="0"/>
          <w:smallCaps w:val="0"/>
          <w:strike w:val="0"/>
          <w:sz w:val="20"/>
          <w:u w:val="single"/>
        </w:rPr>
        <w:t>goal</w:t>
      </w:r>
      <w:r>
        <w:rPr>
          <w:b w:val="0"/>
          <w:i w:val="0"/>
          <w:smallCaps w:val="0"/>
          <w:strike w:val="0"/>
          <w:sz w:val="20"/>
          <w:u w:val="single"/>
        </w:rPr>
        <w:t xml:space="preserve"> would be </w:t>
      </w:r>
      <w:r>
        <w:rPr>
          <w:b/>
          <w:i w:val="0"/>
          <w:smallCaps w:val="0"/>
          <w:strike w:val="0"/>
          <w:sz w:val="20"/>
          <w:highlight w:val="cyan"/>
          <w:u w:val="single"/>
        </w:rPr>
        <w:t>initially introduced by</w:t>
      </w:r>
      <w:r>
        <w:rPr>
          <w:b/>
          <w:i w:val="0"/>
          <w:smallCaps w:val="0"/>
          <w:strike w:val="0"/>
          <w:sz w:val="20"/>
          <w:u w:val="single"/>
        </w:rPr>
        <w:t xml:space="preserve"> humans</w:t>
      </w:r>
      <w:r>
        <w:rPr>
          <w:b w:val="0"/>
          <w:i w:val="0"/>
          <w:smallCaps w:val="0"/>
          <w:strike w:val="0"/>
          <w:sz w:val="20"/>
          <w:u w:val="single"/>
        </w:rPr>
        <w:t xml:space="preserve">, but might come </w:t>
      </w:r>
      <w:r>
        <w:rPr>
          <w:b w:val="0"/>
          <w:i w:val="0"/>
          <w:smallCaps w:val="0"/>
          <w:strike w:val="0"/>
          <w:sz w:val="20"/>
          <w:u w:val="single"/>
        </w:rPr>
        <w:t xml:space="preserve">from </w:t>
      </w:r>
      <w:r>
        <w:rPr>
          <w:b w:val="0"/>
          <w:i w:val="0"/>
          <w:smallCaps w:val="0"/>
          <w:strike w:val="0"/>
          <w:sz w:val="20"/>
          <w:highlight w:val="cyan"/>
          <w:u w:val="single"/>
        </w:rPr>
        <w:t xml:space="preserve">a </w:t>
      </w:r>
      <w:r>
        <w:rPr>
          <w:b/>
          <w:i w:val="0"/>
          <w:smallCaps w:val="0"/>
          <w:strike w:val="0"/>
          <w:sz w:val="20"/>
          <w:highlight w:val="cyan"/>
          <w:u w:val="single"/>
        </w:rPr>
        <w:t>malicious actor</w:t>
      </w:r>
      <w:r>
        <w:rPr>
          <w:b w:val="0"/>
          <w:i w:val="0"/>
          <w:smallCaps w:val="0"/>
          <w:strike w:val="0"/>
          <w:sz w:val="20"/>
          <w:u w:val="single"/>
        </w:rPr>
        <w:t xml:space="preserve">, or not have been </w:t>
      </w:r>
      <w:r>
        <w:rPr>
          <w:b/>
          <w:i w:val="0"/>
          <w:smallCaps w:val="0"/>
          <w:strike w:val="0"/>
          <w:sz w:val="20"/>
          <w:u w:val="single"/>
        </w:rPr>
        <w:t>thought through carefully</w:t>
      </w:r>
      <w:r>
        <w:rPr>
          <w:b w:val="0"/>
          <w:i w:val="0"/>
          <w:smallCaps w:val="0"/>
          <w:strike w:val="0"/>
          <w:sz w:val="20"/>
          <w:u w:val="single"/>
        </w:rPr>
        <w:t xml:space="preserve">, or </w:t>
      </w:r>
      <w:r>
        <w:rPr>
          <w:b w:val="0"/>
          <w:i w:val="0"/>
          <w:smallCaps w:val="0"/>
          <w:strike w:val="0"/>
          <w:sz w:val="20"/>
          <w:u w:val="single"/>
        </w:rPr>
        <w:t xml:space="preserve">might </w:t>
      </w:r>
      <w:r>
        <w:rPr>
          <w:b w:val="0"/>
          <w:i w:val="0"/>
          <w:smallCaps w:val="0"/>
          <w:strike w:val="0"/>
          <w:sz w:val="20"/>
          <w:highlight w:val="cyan"/>
          <w:u w:val="single"/>
        </w:rPr>
        <w:t xml:space="preserve">get </w:t>
      </w:r>
      <w:r>
        <w:rPr>
          <w:b/>
          <w:i w:val="0"/>
          <w:smallCaps w:val="0"/>
          <w:strike w:val="0"/>
          <w:sz w:val="20"/>
          <w:highlight w:val="cyan"/>
          <w:u w:val="single"/>
        </w:rPr>
        <w:t>corrupted during training</w:t>
      </w:r>
      <w:r>
        <w:rPr>
          <w:b/>
          <w:i w:val="0"/>
          <w:smallCaps w:val="0"/>
          <w:strike w:val="0"/>
          <w:sz w:val="20"/>
          <w:u w:val="single"/>
        </w:rPr>
        <w:t xml:space="preserve"> or deployment</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highlight w:val="cyan"/>
          <w:u w:val="single"/>
        </w:rPr>
        <w:t>If</w:t>
      </w:r>
      <w:r>
        <w:rPr>
          <w:b w:val="0"/>
          <w:i w:val="0"/>
          <w:smallCaps w:val="0"/>
          <w:strike w:val="0"/>
          <w:sz w:val="16"/>
          <w:u w:val="none"/>
        </w:rPr>
        <w:t xml:space="preserve"> the resulting </w:t>
      </w:r>
      <w:r>
        <w:rPr>
          <w:b/>
          <w:i w:val="0"/>
          <w:smallCaps w:val="0"/>
          <w:strike w:val="0"/>
          <w:sz w:val="20"/>
          <w:highlight w:val="cyan"/>
          <w:u w:val="single"/>
        </w:rPr>
        <w:t>goal conflicts with</w:t>
      </w:r>
      <w:r>
        <w:rPr>
          <w:b w:val="0"/>
          <w:i w:val="0"/>
          <w:smallCaps w:val="0"/>
          <w:strike w:val="0"/>
          <w:sz w:val="20"/>
          <w:u w:val="single"/>
        </w:rPr>
        <w:t xml:space="preserve"> what is in the </w:t>
      </w:r>
      <w:r>
        <w:rPr>
          <w:b/>
          <w:i w:val="0"/>
          <w:smallCaps w:val="0"/>
          <w:strike w:val="0"/>
          <w:sz w:val="20"/>
          <w:highlight w:val="cyan"/>
          <w:u w:val="single"/>
        </w:rPr>
        <w:t>best interest of humanity</w:t>
      </w:r>
      <w:r>
        <w:rPr>
          <w:b w:val="0"/>
          <w:i w:val="0"/>
          <w:smallCaps w:val="0"/>
          <w:strike w:val="0"/>
          <w:sz w:val="20"/>
          <w:u w:val="single"/>
        </w:rPr>
        <w:t xml:space="preserve">, a </w:t>
      </w:r>
      <w:r>
        <w:rPr>
          <w:b w:val="0"/>
          <w:i w:val="0"/>
          <w:smallCaps w:val="0"/>
          <w:strike w:val="0"/>
          <w:sz w:val="20"/>
          <w:u w:val="single"/>
        </w:rPr>
        <w:t>superintelligence</w:t>
      </w:r>
      <w:r>
        <w:rPr>
          <w:b w:val="0"/>
          <w:i w:val="0"/>
          <w:smallCaps w:val="0"/>
          <w:strike w:val="0"/>
          <w:sz w:val="20"/>
          <w:u w:val="single"/>
        </w:rPr>
        <w:t xml:space="preserve"> </w:t>
      </w:r>
      <w:r>
        <w:rPr>
          <w:b w:val="0"/>
          <w:i w:val="0"/>
          <w:smallCaps w:val="0"/>
          <w:strike w:val="0"/>
          <w:sz w:val="20"/>
          <w:highlight w:val="cyan"/>
          <w:u w:val="single"/>
        </w:rPr>
        <w:t>would</w:t>
      </w:r>
      <w:r>
        <w:rPr>
          <w:b w:val="0"/>
          <w:i w:val="0"/>
          <w:smallCaps w:val="0"/>
          <w:strike w:val="0"/>
          <w:sz w:val="20"/>
          <w:u w:val="single"/>
        </w:rPr>
        <w:t xml:space="preserve"> aim to </w:t>
      </w:r>
      <w:r>
        <w:rPr>
          <w:b/>
          <w:i w:val="0"/>
          <w:smallCaps w:val="0"/>
          <w:strike w:val="0"/>
          <w:sz w:val="20"/>
          <w:highlight w:val="cyan"/>
          <w:u w:val="single"/>
        </w:rPr>
        <w:t>execute</w:t>
      </w:r>
      <w:r>
        <w:rPr>
          <w:b/>
          <w:i w:val="0"/>
          <w:smallCaps w:val="0"/>
          <w:strike w:val="0"/>
          <w:sz w:val="20"/>
          <w:u w:val="single"/>
        </w:rPr>
        <w:t xml:space="preserve"> it </w:t>
      </w:r>
      <w:r>
        <w:rPr>
          <w:b/>
          <w:i w:val="0"/>
          <w:smallCaps w:val="0"/>
          <w:strike w:val="0"/>
          <w:sz w:val="20"/>
          <w:highlight w:val="cyan"/>
          <w:u w:val="single"/>
        </w:rPr>
        <w:t>regardless</w:t>
      </w:r>
      <w:r>
        <w:rPr>
          <w:b w:val="0"/>
          <w:i w:val="0"/>
          <w:smallCaps w:val="0"/>
          <w:strike w:val="0"/>
          <w:sz w:val="16"/>
          <w:u w:val="none"/>
        </w:rPr>
        <w:t xml:space="preserve">. To do so, </w:t>
      </w:r>
      <w:r>
        <w:rPr>
          <w:b w:val="0"/>
          <w:i w:val="0"/>
          <w:smallCaps w:val="0"/>
          <w:strike w:val="0"/>
          <w:sz w:val="20"/>
          <w:u w:val="single"/>
        </w:rPr>
        <w:t>it could</w:t>
      </w:r>
      <w:r>
        <w:rPr>
          <w:b w:val="0"/>
          <w:i w:val="0"/>
          <w:smallCaps w:val="0"/>
          <w:strike w:val="0"/>
          <w:sz w:val="16"/>
          <w:u w:val="none"/>
        </w:rPr>
        <w:t xml:space="preserve"> first </w:t>
      </w:r>
      <w:r>
        <w:rPr>
          <w:b/>
          <w:i w:val="0"/>
          <w:smallCaps w:val="0"/>
          <w:strike w:val="0"/>
          <w:sz w:val="20"/>
          <w:highlight w:val="cyan"/>
          <w:u w:val="single"/>
        </w:rPr>
        <w:t>hack</w:t>
      </w:r>
      <w:r>
        <w:rPr>
          <w:b/>
          <w:i w:val="0"/>
          <w:smallCaps w:val="0"/>
          <w:strike w:val="0"/>
          <w:sz w:val="20"/>
          <w:u w:val="single"/>
        </w:rPr>
        <w:t xml:space="preserve"> large parts of </w:t>
      </w:r>
      <w:r>
        <w:rPr>
          <w:b/>
          <w:i w:val="0"/>
          <w:smallCaps w:val="0"/>
          <w:strike w:val="0"/>
          <w:sz w:val="20"/>
          <w:highlight w:val="cyan"/>
          <w:u w:val="single"/>
        </w:rPr>
        <w:t>the internet</w:t>
      </w:r>
      <w:r>
        <w:rPr>
          <w:b w:val="0"/>
          <w:i w:val="0"/>
          <w:smallCaps w:val="0"/>
          <w:strike w:val="0"/>
          <w:sz w:val="20"/>
          <w:u w:val="single"/>
        </w:rPr>
        <w:t xml:space="preserve"> and then use any hardware connected to it</w:t>
      </w:r>
      <w:r>
        <w:rPr>
          <w:b w:val="0"/>
          <w:i w:val="0"/>
          <w:smallCaps w:val="0"/>
          <w:strike w:val="0"/>
          <w:sz w:val="16"/>
          <w:u w:val="none"/>
        </w:rPr>
        <w:t xml:space="preserve">. Or it </w:t>
      </w:r>
      <w:r>
        <w:rPr>
          <w:b w:val="0"/>
          <w:i w:val="0"/>
          <w:smallCaps w:val="0"/>
          <w:strike w:val="0"/>
          <w:sz w:val="20"/>
          <w:u w:val="single"/>
        </w:rPr>
        <w:t xml:space="preserve">could use its intelligence to </w:t>
      </w:r>
      <w:r>
        <w:rPr>
          <w:b/>
          <w:i w:val="0"/>
          <w:smallCaps w:val="0"/>
          <w:strike w:val="0"/>
          <w:sz w:val="20"/>
          <w:highlight w:val="cyan"/>
          <w:u w:val="single"/>
        </w:rPr>
        <w:t>construct narratives</w:t>
      </w:r>
      <w:r>
        <w:rPr>
          <w:b w:val="0"/>
          <w:i w:val="0"/>
          <w:smallCaps w:val="0"/>
          <w:strike w:val="0"/>
          <w:sz w:val="20"/>
          <w:u w:val="single"/>
        </w:rPr>
        <w:t xml:space="preserve"> that are </w:t>
      </w:r>
      <w:r>
        <w:rPr>
          <w:b/>
          <w:i w:val="0"/>
          <w:smallCaps w:val="0"/>
          <w:strike w:val="0"/>
          <w:sz w:val="20"/>
          <w:highlight w:val="cyan"/>
          <w:u w:val="single"/>
        </w:rPr>
        <w:t>extremely convincing</w:t>
      </w:r>
      <w:r>
        <w:rPr>
          <w:b w:val="0"/>
          <w:i w:val="0"/>
          <w:smallCaps w:val="0"/>
          <w:strike w:val="0"/>
          <w:sz w:val="16"/>
          <w:u w:val="none"/>
        </w:rPr>
        <w:t xml:space="preserve"> to us. Combined with hacked access to our social media timelines, </w:t>
      </w:r>
      <w:r>
        <w:rPr>
          <w:b w:val="0"/>
          <w:i w:val="0"/>
          <w:smallCaps w:val="0"/>
          <w:strike w:val="0"/>
          <w:sz w:val="20"/>
          <w:u w:val="single"/>
        </w:rPr>
        <w:t xml:space="preserve">it could create a </w:t>
      </w:r>
      <w:r>
        <w:rPr>
          <w:b/>
          <w:i w:val="0"/>
          <w:smallCaps w:val="0"/>
          <w:strike w:val="0"/>
          <w:sz w:val="20"/>
          <w:u w:val="single"/>
        </w:rPr>
        <w:t>fake reality on a massive scale</w:t>
      </w:r>
      <w:r>
        <w:rPr>
          <w:b w:val="0"/>
          <w:i w:val="0"/>
          <w:smallCaps w:val="0"/>
          <w:strike w:val="0"/>
          <w:sz w:val="16"/>
          <w:u w:val="none"/>
        </w:rPr>
        <w:t xml:space="preserve">. As Yuval Harari recently put it: “If we are not careful, we might be trapped behind a curtain of illusions, which we could not tear away—or even realise is there.” As a third option, after either legally making money or hacking our financial system, </w:t>
      </w:r>
      <w:r>
        <w:rPr>
          <w:b w:val="0"/>
          <w:i w:val="0"/>
          <w:smallCaps w:val="0"/>
          <w:strike w:val="0"/>
          <w:sz w:val="20"/>
          <w:u w:val="single"/>
        </w:rPr>
        <w:t xml:space="preserve">a superintelligence could simply </w:t>
      </w:r>
      <w:r>
        <w:rPr>
          <w:b/>
          <w:i w:val="0"/>
          <w:smallCaps w:val="0"/>
          <w:strike w:val="0"/>
          <w:sz w:val="20"/>
          <w:u w:val="single"/>
        </w:rPr>
        <w:t>pay us to perform</w:t>
      </w:r>
      <w:r>
        <w:rPr>
          <w:b w:val="0"/>
          <w:i w:val="0"/>
          <w:smallCaps w:val="0"/>
          <w:strike w:val="0"/>
          <w:sz w:val="20"/>
          <w:u w:val="single"/>
        </w:rPr>
        <w:t xml:space="preserve"> any actions it needs from us.</w:t>
      </w:r>
      <w:r>
        <w:rPr>
          <w:b w:val="0"/>
          <w:i w:val="0"/>
          <w:smallCaps w:val="0"/>
          <w:strike w:val="0"/>
          <w:sz w:val="16"/>
          <w:u w:val="none"/>
        </w:rPr>
        <w:t xml:space="preserve"> And </w:t>
      </w:r>
      <w:r>
        <w:rPr>
          <w:b/>
          <w:i w:val="0"/>
          <w:smallCaps w:val="0"/>
          <w:strike w:val="0"/>
          <w:sz w:val="20"/>
          <w:u w:val="single"/>
        </w:rPr>
        <w:t>these are just some</w:t>
      </w:r>
      <w:r>
        <w:rPr>
          <w:b w:val="0"/>
          <w:i w:val="0"/>
          <w:smallCaps w:val="0"/>
          <w:strike w:val="0"/>
          <w:sz w:val="20"/>
          <w:u w:val="single"/>
        </w:rPr>
        <w:t xml:space="preserve"> of the </w:t>
      </w:r>
      <w:r>
        <w:rPr>
          <w:b w:val="0"/>
          <w:i w:val="0"/>
          <w:smallCaps w:val="0"/>
          <w:strike w:val="0"/>
          <w:sz w:val="20"/>
          <w:u w:val="single"/>
        </w:rPr>
        <w:t>strategies</w:t>
      </w:r>
      <w:r>
        <w:rPr>
          <w:b w:val="0"/>
          <w:i w:val="0"/>
          <w:smallCaps w:val="0"/>
          <w:strike w:val="0"/>
          <w:sz w:val="20"/>
          <w:u w:val="single"/>
        </w:rPr>
        <w:t xml:space="preserve"> a superintelligent AI could use</w:t>
      </w:r>
      <w:r>
        <w:rPr>
          <w:b w:val="0"/>
          <w:i w:val="0"/>
          <w:smallCaps w:val="0"/>
          <w:strike w:val="0"/>
          <w:sz w:val="16"/>
          <w:u w:val="none"/>
        </w:rPr>
        <w:t xml:space="preserve"> in order to achieve its goals. </w:t>
      </w:r>
      <w:r>
        <w:rPr>
          <w:b/>
          <w:i w:val="0"/>
          <w:smallCaps w:val="0"/>
          <w:strike w:val="0"/>
          <w:sz w:val="20"/>
          <w:u w:val="single"/>
        </w:rPr>
        <w:t>There are likely many more</w:t>
      </w:r>
      <w:r>
        <w:rPr>
          <w:b w:val="0"/>
          <w:i w:val="0"/>
          <w:smallCaps w:val="0"/>
          <w:strike w:val="0"/>
          <w:sz w:val="16"/>
          <w:u w:val="none"/>
        </w:rPr>
        <w:t xml:space="preserve">. </w:t>
      </w:r>
      <w:r>
        <w:rPr>
          <w:b/>
          <w:i w:val="0"/>
          <w:smallCaps w:val="0"/>
          <w:strike w:val="0"/>
          <w:sz w:val="20"/>
          <w:u w:val="single"/>
        </w:rPr>
        <w:t>Like playing chess against</w:t>
      </w:r>
      <w:r>
        <w:rPr>
          <w:b/>
          <w:i w:val="0"/>
          <w:smallCaps w:val="0"/>
          <w:strike w:val="0"/>
          <w:sz w:val="20"/>
          <w:u w:val="single"/>
        </w:rPr>
        <w:t xml:space="preserve"> grandmaster </w:t>
      </w:r>
      <w:r>
        <w:rPr>
          <w:b/>
          <w:i w:val="0"/>
          <w:smallCaps w:val="0"/>
          <w:strike w:val="0"/>
          <w:sz w:val="20"/>
          <w:u w:val="single"/>
        </w:rPr>
        <w:t>Magnus Carlsen</w:t>
      </w:r>
      <w:r>
        <w:rPr>
          <w:b/>
          <w:i w:val="0"/>
          <w:smallCaps w:val="0"/>
          <w:strike w:val="0"/>
          <w:sz w:val="20"/>
          <w:u w:val="single"/>
        </w:rPr>
        <w:t xml:space="preserve">, </w:t>
      </w:r>
      <w:r>
        <w:rPr>
          <w:b/>
          <w:i w:val="0"/>
          <w:smallCaps w:val="0"/>
          <w:strike w:val="0"/>
          <w:sz w:val="28"/>
          <w:u w:val="single"/>
        </w:rPr>
        <w:t xml:space="preserve">we cannot predict the moves he will play, but </w:t>
      </w:r>
      <w:r>
        <w:rPr>
          <w:b/>
          <w:i w:val="0"/>
          <w:smallCaps w:val="0"/>
          <w:strike w:val="0"/>
          <w:sz w:val="28"/>
          <w:u w:val="single"/>
        </w:rPr>
        <w:t xml:space="preserve">we can predict the outcome: </w:t>
      </w:r>
      <w:r>
        <w:rPr>
          <w:b/>
          <w:i w:val="0"/>
          <w:smallCaps w:val="0"/>
          <w:strike w:val="0"/>
          <w:sz w:val="60"/>
          <w:u w:val="single"/>
        </w:rPr>
        <w:t>we lose</w:t>
      </w:r>
      <w:r>
        <w:rPr>
          <w:b/>
          <w:i w:val="0"/>
          <w:smallCaps w:val="0"/>
          <w:strike w:val="0"/>
          <w:sz w:val="28"/>
          <w:u w:val="single"/>
        </w:rPr>
        <w:t>.</w:t>
      </w:r>
    </w:p>
    <w:p>
      <w:pPr>
        <w:spacing w:after="60"/>
      </w:pPr>
      <w:r>
        <w:rPr>
          <w:b w:val="0"/>
          <w:i w:val="0"/>
          <w:smallCaps w:val="0"/>
          <w:strike w:val="0"/>
          <w:sz w:val="20"/>
          <w:u w:val="single"/>
        </w:rPr>
        <w:t xml:space="preserve">But </w:t>
      </w:r>
      <w:r>
        <w:rPr>
          <w:b w:val="0"/>
          <w:i w:val="0"/>
          <w:smallCaps w:val="0"/>
          <w:strike w:val="0"/>
          <w:sz w:val="20"/>
          <w:highlight w:val="cyan"/>
          <w:u w:val="single"/>
        </w:rPr>
        <w:t>why would a superintelligence want</w:t>
      </w:r>
      <w:r>
        <w:rPr>
          <w:b w:val="0"/>
          <w:i w:val="0"/>
          <w:smallCaps w:val="0"/>
          <w:strike w:val="0"/>
          <w:sz w:val="20"/>
          <w:u w:val="single"/>
        </w:rPr>
        <w:t xml:space="preserve"> to make </w:t>
      </w:r>
      <w:r>
        <w:rPr>
          <w:b w:val="0"/>
          <w:i w:val="0"/>
          <w:smallCaps w:val="0"/>
          <w:strike w:val="0"/>
          <w:sz w:val="20"/>
          <w:highlight w:val="cyan"/>
          <w:u w:val="single"/>
        </w:rPr>
        <w:t>humanity extinct</w:t>
      </w:r>
      <w:r>
        <w:rPr>
          <w:b w:val="0"/>
          <w:i w:val="0"/>
          <w:smallCaps w:val="0"/>
          <w:strike w:val="0"/>
          <w:sz w:val="16"/>
          <w:u w:val="none"/>
        </w:rPr>
        <w:t xml:space="preserve">? </w:t>
      </w:r>
      <w:r>
        <w:rPr>
          <w:b w:val="0"/>
          <w:i w:val="0"/>
          <w:smallCaps w:val="0"/>
          <w:strike w:val="0"/>
          <w:sz w:val="20"/>
          <w:u w:val="single"/>
        </w:rPr>
        <w:t>In fact</w:t>
      </w:r>
      <w:r>
        <w:rPr>
          <w:b w:val="0"/>
          <w:i w:val="0"/>
          <w:smallCaps w:val="0"/>
          <w:strike w:val="0"/>
          <w:sz w:val="16"/>
          <w:u w:val="none"/>
        </w:rPr>
        <w:t xml:space="preserve">, </w:t>
      </w:r>
      <w:r>
        <w:rPr>
          <w:b/>
          <w:i w:val="0"/>
          <w:smallCaps w:val="0"/>
          <w:strike w:val="0"/>
          <w:sz w:val="20"/>
          <w:highlight w:val="cyan"/>
          <w:u w:val="single"/>
        </w:rPr>
        <w:t>it might not</w:t>
      </w:r>
      <w:r>
        <w:rPr>
          <w:b/>
          <w:i w:val="0"/>
          <w:smallCaps w:val="0"/>
          <w:strike w:val="0"/>
          <w:sz w:val="20"/>
          <w:u w:val="single"/>
        </w:rPr>
        <w:t xml:space="preserve"> explicitly </w:t>
      </w:r>
      <w:r>
        <w:rPr>
          <w:b/>
          <w:i w:val="0"/>
          <w:smallCaps w:val="0"/>
          <w:strike w:val="0"/>
          <w:sz w:val="20"/>
          <w:highlight w:val="cyan"/>
          <w:u w:val="single"/>
        </w:rPr>
        <w:t>want</w:t>
      </w:r>
      <w:r>
        <w:rPr>
          <w:b w:val="0"/>
          <w:i w:val="0"/>
          <w:smallCaps w:val="0"/>
          <w:strike w:val="0"/>
          <w:sz w:val="20"/>
          <w:highlight w:val="cyan"/>
          <w:u w:val="single"/>
        </w:rPr>
        <w:t xml:space="preserve"> that at all</w:t>
      </w:r>
      <w:r>
        <w:rPr>
          <w:b w:val="0"/>
          <w:i w:val="0"/>
          <w:smallCaps w:val="0"/>
          <w:strike w:val="0"/>
          <w:sz w:val="16"/>
          <w:u w:val="none"/>
        </w:rPr>
        <w:t xml:space="preserve">. </w:t>
      </w:r>
      <w:r>
        <w:rPr>
          <w:b w:val="0"/>
          <w:i w:val="0"/>
          <w:smallCaps w:val="0"/>
          <w:strike w:val="0"/>
          <w:sz w:val="20"/>
          <w:u w:val="single"/>
        </w:rPr>
        <w:t xml:space="preserve">Humanity’s </w:t>
      </w:r>
      <w:r>
        <w:rPr>
          <w:b/>
          <w:i w:val="0"/>
          <w:smallCaps w:val="0"/>
          <w:strike w:val="0"/>
          <w:sz w:val="20"/>
          <w:highlight w:val="cyan"/>
          <w:u w:val="single"/>
        </w:rPr>
        <w:t>extinction</w:t>
      </w:r>
      <w:r>
        <w:rPr>
          <w:b/>
          <w:i w:val="0"/>
          <w:smallCaps w:val="0"/>
          <w:strike w:val="0"/>
          <w:sz w:val="20"/>
          <w:u w:val="single"/>
        </w:rPr>
        <w:t xml:space="preserve"> might be </w:t>
      </w:r>
      <w:r>
        <w:rPr>
          <w:b/>
          <w:i w:val="0"/>
          <w:smallCaps w:val="0"/>
          <w:strike w:val="0"/>
          <w:sz w:val="20"/>
          <w:highlight w:val="cyan"/>
          <w:u w:val="single"/>
        </w:rPr>
        <w:t>a mere side effect</w:t>
      </w:r>
      <w:r>
        <w:rPr>
          <w:b w:val="0"/>
          <w:i w:val="0"/>
          <w:smallCaps w:val="0"/>
          <w:strike w:val="0"/>
          <w:sz w:val="20"/>
          <w:highlight w:val="cyan"/>
          <w:u w:val="single"/>
        </w:rPr>
        <w:t xml:space="preserve"> of executing another goal to</w:t>
      </w:r>
      <w:r>
        <w:rPr>
          <w:b w:val="0"/>
          <w:i w:val="0"/>
          <w:smallCaps w:val="0"/>
          <w:strike w:val="0"/>
          <w:sz w:val="20"/>
          <w:u w:val="single"/>
        </w:rPr>
        <w:t xml:space="preserve"> its </w:t>
      </w:r>
      <w:r>
        <w:rPr>
          <w:b w:val="0"/>
          <w:i w:val="0"/>
          <w:smallCaps w:val="0"/>
          <w:strike w:val="0"/>
          <w:sz w:val="20"/>
          <w:highlight w:val="cyan"/>
          <w:u w:val="single"/>
        </w:rPr>
        <w:t>extremity</w:t>
      </w:r>
      <w:r>
        <w:rPr>
          <w:b w:val="0"/>
          <w:i w:val="0"/>
          <w:smallCaps w:val="0"/>
          <w:strike w:val="0"/>
          <w:sz w:val="16"/>
          <w:u w:val="none"/>
        </w:rPr>
        <w:t xml:space="preserve">. </w:t>
      </w:r>
      <w:r>
        <w:rPr>
          <w:b w:val="0"/>
          <w:i w:val="0"/>
          <w:smallCaps w:val="0"/>
          <w:strike w:val="0"/>
          <w:sz w:val="20"/>
          <w:u w:val="single"/>
        </w:rPr>
        <w:t>When we are executing our own goals</w:t>
      </w:r>
      <w:r>
        <w:rPr>
          <w:b w:val="0"/>
          <w:i w:val="0"/>
          <w:smallCaps w:val="0"/>
          <w:strike w:val="0"/>
          <w:sz w:val="16"/>
          <w:u w:val="none"/>
        </w:rPr>
        <w:t xml:space="preserve"> as humans, </w:t>
      </w:r>
      <w:r>
        <w:rPr>
          <w:b w:val="0"/>
          <w:i w:val="0"/>
          <w:smallCaps w:val="0"/>
          <w:strike w:val="0"/>
          <w:sz w:val="20"/>
          <w:u w:val="single"/>
        </w:rPr>
        <w:t>such as food production or growing our economy</w:t>
      </w:r>
      <w:r>
        <w:rPr>
          <w:b w:val="0"/>
          <w:i w:val="0"/>
          <w:smallCaps w:val="0"/>
          <w:strike w:val="0"/>
          <w:sz w:val="16"/>
          <w:u w:val="none"/>
        </w:rPr>
        <w:t xml:space="preserve">, </w:t>
      </w:r>
      <w:r>
        <w:rPr>
          <w:b w:val="0"/>
          <w:i w:val="0"/>
          <w:smallCaps w:val="0"/>
          <w:strike w:val="0"/>
          <w:sz w:val="20"/>
          <w:u w:val="single"/>
        </w:rPr>
        <w:t>we tend to not pay</w:t>
      </w:r>
      <w:r>
        <w:rPr>
          <w:b w:val="0"/>
          <w:i w:val="0"/>
          <w:smallCaps w:val="0"/>
          <w:strike w:val="0"/>
          <w:sz w:val="16"/>
          <w:u w:val="none"/>
        </w:rPr>
        <w:t xml:space="preserve"> much </w:t>
      </w:r>
      <w:r>
        <w:rPr>
          <w:b w:val="0"/>
          <w:i w:val="0"/>
          <w:smallCaps w:val="0"/>
          <w:strike w:val="0"/>
          <w:sz w:val="20"/>
          <w:u w:val="single"/>
        </w:rPr>
        <w:t>attention to the effects this has on other species</w:t>
      </w:r>
      <w:r>
        <w:rPr>
          <w:b w:val="0"/>
          <w:i w:val="0"/>
          <w:smallCaps w:val="0"/>
          <w:strike w:val="0"/>
          <w:sz w:val="16"/>
          <w:u w:val="none"/>
        </w:rPr>
        <w:t xml:space="preserve">. </w:t>
      </w:r>
      <w:r>
        <w:rPr>
          <w:b w:val="0"/>
          <w:i w:val="0"/>
          <w:smallCaps w:val="0"/>
          <w:strike w:val="0"/>
          <w:sz w:val="20"/>
          <w:u w:val="single"/>
        </w:rPr>
        <w:t>This routinely leads to the extinction of animal species as a mere side effect of us maximising our goals. In a similar fashion, an uncontrollable superintelligence could lead to our extinction as a side effect</w:t>
      </w:r>
      <w:r>
        <w:rPr>
          <w:b w:val="0"/>
          <w:i w:val="0"/>
          <w:smallCaps w:val="0"/>
          <w:strike w:val="0"/>
          <w:sz w:val="16"/>
          <w:u w:val="none"/>
        </w:rPr>
        <w:t xml:space="preserve"> of the AI pushing its goals, whatever they may be, to their limits.</w:t>
      </w:r>
    </w:p>
    <w:p>
      <w:pPr>
        <w:spacing w:after="60"/>
      </w:pPr>
      <w:r>
        <w:rPr>
          <w:b w:val="0"/>
          <w:i w:val="0"/>
          <w:smallCaps w:val="0"/>
          <w:strike w:val="0"/>
          <w:sz w:val="20"/>
          <w:u w:val="single"/>
        </w:rPr>
        <w:t xml:space="preserve">So </w:t>
      </w:r>
      <w:r>
        <w:rPr>
          <w:b/>
          <w:i w:val="0"/>
          <w:smallCaps w:val="0"/>
          <w:strike w:val="0"/>
          <w:sz w:val="20"/>
          <w:u w:val="single"/>
        </w:rPr>
        <w:t>how can we avoid AI</w:t>
      </w:r>
      <w:r>
        <w:rPr>
          <w:b w:val="0"/>
          <w:i w:val="0"/>
          <w:smallCaps w:val="0"/>
          <w:strike w:val="0"/>
          <w:sz w:val="20"/>
          <w:u w:val="single"/>
        </w:rPr>
        <w:t xml:space="preserve"> existential risk</w:t>
      </w:r>
      <w:r>
        <w:rPr>
          <w:b w:val="0"/>
          <w:i w:val="0"/>
          <w:smallCaps w:val="0"/>
          <w:strike w:val="0"/>
          <w:sz w:val="16"/>
          <w:u w:val="none"/>
        </w:rPr>
        <w:t xml:space="preserve">? </w:t>
      </w:r>
      <w:r>
        <w:rPr>
          <w:b w:val="0"/>
          <w:i w:val="0"/>
          <w:smallCaps w:val="0"/>
          <w:strike w:val="0"/>
          <w:sz w:val="20"/>
          <w:u w:val="single"/>
        </w:rPr>
        <w:t xml:space="preserve">Humanity now faces a </w:t>
      </w:r>
      <w:r>
        <w:rPr>
          <w:b/>
          <w:i w:val="0"/>
          <w:smallCaps w:val="0"/>
          <w:strike w:val="0"/>
          <w:sz w:val="20"/>
          <w:u w:val="single"/>
        </w:rPr>
        <w:t>stark choice</w:t>
      </w:r>
      <w:r>
        <w:rPr>
          <w:b w:val="0"/>
          <w:i w:val="0"/>
          <w:smallCaps w:val="0"/>
          <w:strike w:val="0"/>
          <w:sz w:val="20"/>
          <w:u w:val="single"/>
        </w:rPr>
        <w:t xml:space="preserve">: </w:t>
      </w:r>
      <w:r>
        <w:rPr>
          <w:b/>
          <w:i w:val="0"/>
          <w:smallCaps w:val="0"/>
          <w:strike w:val="0"/>
          <w:sz w:val="20"/>
          <w:highlight w:val="cyan"/>
          <w:u w:val="single"/>
        </w:rPr>
        <w:t>pause AI</w:t>
      </w:r>
      <w:r>
        <w:rPr>
          <w:b w:val="0"/>
          <w:i w:val="0"/>
          <w:smallCaps w:val="0"/>
          <w:strike w:val="0"/>
          <w:sz w:val="20"/>
          <w:u w:val="single"/>
        </w:rPr>
        <w:t xml:space="preserve"> at a safe level, </w:t>
      </w:r>
      <w:r>
        <w:rPr>
          <w:b w:val="0"/>
          <w:i w:val="0"/>
          <w:smallCaps w:val="0"/>
          <w:strike w:val="0"/>
          <w:sz w:val="20"/>
          <w:u w:val="single"/>
        </w:rPr>
        <w:t xml:space="preserve">or </w:t>
      </w:r>
      <w:r>
        <w:rPr>
          <w:b/>
          <w:i w:val="0"/>
          <w:smallCaps w:val="0"/>
          <w:strike w:val="0"/>
          <w:sz w:val="20"/>
          <w:u w:val="single"/>
        </w:rPr>
        <w:t>continue</w:t>
      </w:r>
      <w:r>
        <w:rPr>
          <w:b/>
          <w:i w:val="0"/>
          <w:smallCaps w:val="0"/>
          <w:strike w:val="0"/>
          <w:sz w:val="20"/>
          <w:u w:val="single"/>
        </w:rPr>
        <w:t xml:space="preserve"> development indefinitely</w:t>
      </w:r>
      <w:r>
        <w:rPr>
          <w:b w:val="0"/>
          <w:i w:val="0"/>
          <w:smallCaps w:val="0"/>
          <w:strike w:val="0"/>
          <w:sz w:val="16"/>
          <w:u w:val="none"/>
        </w:rPr>
        <w:t xml:space="preserve">. Unsurprisingly, the </w:t>
      </w:r>
      <w:r>
        <w:rPr>
          <w:b w:val="0"/>
          <w:i w:val="0"/>
          <w:smallCaps w:val="0"/>
          <w:strike w:val="0"/>
          <w:sz w:val="20"/>
          <w:u w:val="single"/>
        </w:rPr>
        <w:t xml:space="preserve">AI </w:t>
      </w:r>
      <w:r>
        <w:rPr>
          <w:b/>
          <w:i w:val="0"/>
          <w:smallCaps w:val="0"/>
          <w:strike w:val="0"/>
          <w:sz w:val="20"/>
          <w:u w:val="single"/>
        </w:rPr>
        <w:t>labs want the latter</w:t>
      </w:r>
      <w:r>
        <w:rPr>
          <w:b w:val="0"/>
          <w:i w:val="0"/>
          <w:smallCaps w:val="0"/>
          <w:strike w:val="0"/>
          <w:sz w:val="16"/>
          <w:u w:val="none"/>
        </w:rPr>
        <w:t xml:space="preserve">. </w:t>
      </w:r>
      <w:r>
        <w:rPr>
          <w:b w:val="0"/>
          <w:i w:val="0"/>
          <w:smallCaps w:val="0"/>
          <w:strike w:val="0"/>
          <w:sz w:val="20"/>
          <w:highlight w:val="cyan"/>
          <w:u w:val="single"/>
        </w:rPr>
        <w:t>To continue</w:t>
      </w:r>
      <w:r>
        <w:rPr>
          <w:b w:val="0"/>
          <w:i w:val="0"/>
          <w:smallCaps w:val="0"/>
          <w:strike w:val="0"/>
          <w:sz w:val="20"/>
          <w:u w:val="single"/>
        </w:rPr>
        <w:t xml:space="preserve">, however, </w:t>
      </w:r>
      <w:r>
        <w:rPr>
          <w:b w:val="0"/>
          <w:i w:val="0"/>
          <w:smallCaps w:val="0"/>
          <w:strike w:val="0"/>
          <w:sz w:val="20"/>
          <w:highlight w:val="cyan"/>
          <w:u w:val="single"/>
        </w:rPr>
        <w:t>means</w:t>
      </w:r>
      <w:r>
        <w:rPr>
          <w:b w:val="0"/>
          <w:i w:val="0"/>
          <w:smallCaps w:val="0"/>
          <w:strike w:val="0"/>
          <w:sz w:val="20"/>
          <w:u w:val="single"/>
        </w:rPr>
        <w:t xml:space="preserve"> literally </w:t>
      </w:r>
      <w:r>
        <w:rPr>
          <w:b/>
          <w:i w:val="0"/>
          <w:smallCaps w:val="0"/>
          <w:strike w:val="0"/>
          <w:sz w:val="20"/>
          <w:highlight w:val="cyan"/>
          <w:u w:val="single"/>
        </w:rPr>
        <w:t>betting our lives</w:t>
      </w:r>
      <w:r>
        <w:rPr>
          <w:b w:val="0"/>
          <w:i w:val="0"/>
          <w:smallCaps w:val="0"/>
          <w:strike w:val="0"/>
          <w:sz w:val="20"/>
          <w:highlight w:val="cyan"/>
          <w:u w:val="single"/>
        </w:rPr>
        <w:t xml:space="preserve"> on</w:t>
      </w:r>
      <w:r>
        <w:rPr>
          <w:b w:val="0"/>
          <w:i w:val="0"/>
          <w:smallCaps w:val="0"/>
          <w:strike w:val="0"/>
          <w:sz w:val="16"/>
          <w:u w:val="none"/>
        </w:rPr>
        <w:t xml:space="preserve"> these labs </w:t>
      </w:r>
      <w:r>
        <w:rPr>
          <w:b w:val="0"/>
          <w:i w:val="0"/>
          <w:smallCaps w:val="0"/>
          <w:strike w:val="0"/>
          <w:sz w:val="20"/>
          <w:u w:val="single"/>
        </w:rPr>
        <w:t>being able to solve</w:t>
      </w:r>
      <w:r>
        <w:rPr>
          <w:b w:val="0"/>
          <w:i w:val="0"/>
          <w:smallCaps w:val="0"/>
          <w:strike w:val="0"/>
          <w:sz w:val="16"/>
          <w:u w:val="none"/>
        </w:rPr>
        <w:t xml:space="preserve"> an open scientific problem called </w:t>
      </w:r>
      <w:r>
        <w:rPr>
          <w:b/>
          <w:i w:val="0"/>
          <w:smallCaps w:val="0"/>
          <w:strike w:val="0"/>
          <w:sz w:val="20"/>
          <w:u w:val="single"/>
        </w:rPr>
        <w:t xml:space="preserve">AI </w:t>
      </w:r>
      <w:r>
        <w:rPr>
          <w:b/>
          <w:i w:val="0"/>
          <w:smallCaps w:val="0"/>
          <w:strike w:val="0"/>
          <w:sz w:val="20"/>
          <w:u w:val="single"/>
        </w:rPr>
        <w:t>Alignment</w:t>
      </w:r>
      <w:r>
        <w:rPr>
          <w:b w:val="0"/>
          <w:i w:val="0"/>
          <w:smallCaps w:val="0"/>
          <w:strike w:val="0"/>
          <w:sz w:val="16"/>
          <w:u w:val="none"/>
        </w:rPr>
        <w:t>.</w:t>
      </w:r>
    </w:p>
    <w:p>
      <w:pPr>
        <w:spacing w:after="60"/>
      </w:pPr>
      <w:r>
        <w:rPr>
          <w:b w:val="0"/>
          <w:i w:val="0"/>
          <w:smallCaps w:val="0"/>
          <w:strike w:val="0"/>
          <w:sz w:val="16"/>
          <w:u w:val="none"/>
        </w:rPr>
        <w:t xml:space="preserve">AI Alignment is the approach that leading labs such as OpenAI, DeepMind, and Anthropic are currently taking to prevent human extinction. </w:t>
      </w:r>
      <w:r>
        <w:rPr>
          <w:b w:val="0"/>
          <w:i w:val="0"/>
          <w:smallCaps w:val="0"/>
          <w:strike w:val="0"/>
          <w:sz w:val="20"/>
          <w:u w:val="single"/>
        </w:rPr>
        <w:t xml:space="preserve">AI </w:t>
      </w:r>
      <w:r>
        <w:rPr>
          <w:b/>
          <w:i w:val="0"/>
          <w:smallCaps w:val="0"/>
          <w:strike w:val="0"/>
          <w:sz w:val="20"/>
          <w:highlight w:val="cyan"/>
          <w:u w:val="single"/>
        </w:rPr>
        <w:t>Alignment</w:t>
      </w:r>
      <w:r>
        <w:rPr>
          <w:b/>
          <w:i w:val="0"/>
          <w:smallCaps w:val="0"/>
          <w:strike w:val="0"/>
          <w:sz w:val="20"/>
          <w:u w:val="single"/>
        </w:rPr>
        <w:t xml:space="preserve"> </w:t>
      </w:r>
      <w:r>
        <w:rPr>
          <w:b/>
          <w:i w:val="0"/>
          <w:smallCaps w:val="0"/>
          <w:strike w:val="0"/>
          <w:sz w:val="20"/>
          <w:u w:val="single"/>
        </w:rPr>
        <w:t>does not attempt to control</w:t>
      </w:r>
      <w:r>
        <w:rPr>
          <w:b w:val="0"/>
          <w:i w:val="0"/>
          <w:smallCaps w:val="0"/>
          <w:strike w:val="0"/>
          <w:sz w:val="20"/>
          <w:u w:val="single"/>
        </w:rPr>
        <w:t xml:space="preserve"> how powerful an </w:t>
      </w:r>
      <w:r>
        <w:rPr>
          <w:b/>
          <w:i w:val="0"/>
          <w:smallCaps w:val="0"/>
          <w:strike w:val="0"/>
          <w:sz w:val="20"/>
          <w:u w:val="single"/>
        </w:rPr>
        <w:t>AI</w:t>
      </w:r>
      <w:r>
        <w:rPr>
          <w:b w:val="0"/>
          <w:i w:val="0"/>
          <w:smallCaps w:val="0"/>
          <w:strike w:val="0"/>
          <w:sz w:val="20"/>
          <w:u w:val="single"/>
        </w:rPr>
        <w:t xml:space="preserve"> gets</w:t>
      </w:r>
      <w:r>
        <w:rPr>
          <w:b w:val="0"/>
          <w:i w:val="0"/>
          <w:smallCaps w:val="0"/>
          <w:strike w:val="0"/>
          <w:sz w:val="16"/>
          <w:u w:val="none"/>
        </w:rPr>
        <w:t xml:space="preserve">, </w:t>
      </w:r>
      <w:r>
        <w:rPr>
          <w:b w:val="0"/>
          <w:i w:val="0"/>
          <w:smallCaps w:val="0"/>
          <w:strike w:val="0"/>
          <w:sz w:val="20"/>
          <w:u w:val="single"/>
        </w:rPr>
        <w:t>does not attempt to control what exactly the AI will be doing</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does not even</w:t>
      </w:r>
      <w:r>
        <w:rPr>
          <w:b w:val="0"/>
          <w:i w:val="0"/>
          <w:smallCaps w:val="0"/>
          <w:strike w:val="0"/>
          <w:sz w:val="20"/>
          <w:u w:val="single"/>
        </w:rPr>
        <w:t xml:space="preserve"> necessarily </w:t>
      </w:r>
      <w:r>
        <w:rPr>
          <w:b/>
          <w:i w:val="0"/>
          <w:smallCaps w:val="0"/>
          <w:strike w:val="0"/>
          <w:sz w:val="20"/>
          <w:u w:val="single"/>
        </w:rPr>
        <w:t>attempt to prevent</w:t>
      </w:r>
      <w:r>
        <w:rPr>
          <w:b w:val="0"/>
          <w:i w:val="0"/>
          <w:smallCaps w:val="0"/>
          <w:strike w:val="0"/>
          <w:sz w:val="20"/>
          <w:u w:val="single"/>
        </w:rPr>
        <w:t xml:space="preserve"> a </w:t>
      </w:r>
      <w:r>
        <w:rPr>
          <w:b w:val="0"/>
          <w:i w:val="0"/>
          <w:smallCaps w:val="0"/>
          <w:strike w:val="0"/>
          <w:sz w:val="20"/>
          <w:u w:val="single"/>
        </w:rPr>
        <w:t xml:space="preserve">potential </w:t>
      </w:r>
      <w:r>
        <w:rPr>
          <w:b/>
          <w:i w:val="0"/>
          <w:smallCaps w:val="0"/>
          <w:strike w:val="0"/>
          <w:sz w:val="20"/>
          <w:u w:val="single"/>
        </w:rPr>
        <w:t>takeover</w:t>
      </w:r>
      <w:r>
        <w:rPr>
          <w:b w:val="0"/>
          <w:i w:val="0"/>
          <w:smallCaps w:val="0"/>
          <w:strike w:val="0"/>
          <w:sz w:val="20"/>
          <w:u w:val="single"/>
        </w:rPr>
        <w:t xml:space="preserve"> from happening.</w:t>
      </w:r>
      <w:r>
        <w:rPr>
          <w:b w:val="0"/>
          <w:i w:val="0"/>
          <w:smallCaps w:val="0"/>
          <w:strike w:val="0"/>
          <w:sz w:val="16"/>
          <w:u w:val="none"/>
        </w:rPr>
        <w:t xml:space="preserve"> Since </w:t>
      </w:r>
      <w:r>
        <w:rPr>
          <w:b w:val="0"/>
          <w:i w:val="0"/>
          <w:smallCaps w:val="0"/>
          <w:strike w:val="0"/>
          <w:sz w:val="20"/>
          <w:u w:val="single"/>
        </w:rPr>
        <w:t xml:space="preserve">the </w:t>
      </w:r>
      <w:r>
        <w:rPr>
          <w:b w:val="0"/>
          <w:i w:val="0"/>
          <w:smallCaps w:val="0"/>
          <w:strike w:val="0"/>
          <w:sz w:val="28"/>
          <w:highlight w:val="cyan"/>
          <w:u w:val="single"/>
        </w:rPr>
        <w:t xml:space="preserve">labs </w:t>
      </w:r>
      <w:r>
        <w:rPr>
          <w:b/>
          <w:i w:val="0"/>
          <w:smallCaps w:val="0"/>
          <w:strike w:val="0"/>
          <w:sz w:val="28"/>
          <w:highlight w:val="cyan"/>
          <w:u w:val="single"/>
        </w:rPr>
        <w:t>anticipate they will not be able to control</w:t>
      </w:r>
      <w:r>
        <w:rPr>
          <w:b w:val="0"/>
          <w:i w:val="0"/>
          <w:smallCaps w:val="0"/>
          <w:strike w:val="0"/>
          <w:sz w:val="28"/>
          <w:highlight w:val="cyan"/>
          <w:u w:val="single"/>
        </w:rPr>
        <w:t xml:space="preserve"> the</w:t>
      </w:r>
      <w:r>
        <w:rPr>
          <w:b w:val="0"/>
          <w:i w:val="0"/>
          <w:smallCaps w:val="0"/>
          <w:strike w:val="0"/>
          <w:sz w:val="28"/>
          <w:u w:val="single"/>
        </w:rPr>
        <w:t xml:space="preserve"> superintelligent </w:t>
      </w:r>
      <w:r>
        <w:rPr>
          <w:b w:val="0"/>
          <w:i w:val="0"/>
          <w:smallCaps w:val="0"/>
          <w:strike w:val="0"/>
          <w:sz w:val="28"/>
          <w:highlight w:val="cyan"/>
          <w:u w:val="single"/>
        </w:rPr>
        <w:t>AI</w:t>
      </w:r>
      <w:r>
        <w:rPr>
          <w:b w:val="0"/>
          <w:i w:val="0"/>
          <w:smallCaps w:val="0"/>
          <w:strike w:val="0"/>
          <w:sz w:val="28"/>
          <w:u w:val="single"/>
        </w:rPr>
        <w:t xml:space="preserve"> that they are creating</w:t>
      </w:r>
      <w:r>
        <w:rPr>
          <w:b w:val="0"/>
          <w:i w:val="0"/>
          <w:smallCaps w:val="0"/>
          <w:strike w:val="0"/>
          <w:sz w:val="16"/>
          <w:u w:val="none"/>
        </w:rPr>
        <w:t xml:space="preserve">, </w:t>
      </w:r>
      <w:r>
        <w:rPr>
          <w:b w:val="0"/>
          <w:i w:val="0"/>
          <w:smallCaps w:val="0"/>
          <w:strike w:val="0"/>
          <w:sz w:val="20"/>
          <w:u w:val="single"/>
        </w:rPr>
        <w:t>they accept that such an AI will act autonomously and unstoppably, but aim to make it act according to our values</w:t>
      </w:r>
      <w:r>
        <w:rPr>
          <w:b w:val="0"/>
          <w:i w:val="0"/>
          <w:smallCaps w:val="0"/>
          <w:strike w:val="0"/>
          <w:sz w:val="16"/>
          <w:u w:val="none"/>
        </w:rPr>
        <w:t xml:space="preserve">. As Richard </w:t>
      </w:r>
      <w:r>
        <w:rPr>
          <w:b w:val="0"/>
          <w:i w:val="0"/>
          <w:smallCaps w:val="0"/>
          <w:strike w:val="0"/>
          <w:sz w:val="20"/>
          <w:u w:val="single"/>
        </w:rPr>
        <w:t xml:space="preserve">Ngo, a leading alignment researcher working at </w:t>
      </w:r>
      <w:r>
        <w:rPr>
          <w:b w:val="0"/>
          <w:i w:val="0"/>
          <w:smallCaps w:val="0"/>
          <w:strike w:val="0"/>
          <w:sz w:val="20"/>
          <w:highlight w:val="cyan"/>
          <w:u w:val="single"/>
        </w:rPr>
        <w:t>OpenAI</w:t>
      </w:r>
      <w:r>
        <w:rPr>
          <w:b w:val="0"/>
          <w:i w:val="0"/>
          <w:smallCaps w:val="0"/>
          <w:strike w:val="0"/>
          <w:sz w:val="16"/>
          <w:u w:val="none"/>
        </w:rPr>
        <w:t xml:space="preserve">, puts it, </w:t>
      </w:r>
      <w:r>
        <w:rPr>
          <w:b w:val="0"/>
          <w:i w:val="0"/>
          <w:smallCaps w:val="0"/>
          <w:strike w:val="0"/>
          <w:sz w:val="20"/>
          <w:u w:val="single"/>
        </w:rPr>
        <w:t xml:space="preserve">“I </w:t>
      </w:r>
      <w:r>
        <w:rPr>
          <w:b w:val="0"/>
          <w:i w:val="0"/>
          <w:smallCaps w:val="0"/>
          <w:strike w:val="0"/>
          <w:sz w:val="20"/>
          <w:highlight w:val="cyan"/>
          <w:u w:val="single"/>
        </w:rPr>
        <w:t>doubt we’ll</w:t>
      </w:r>
      <w:r>
        <w:rPr>
          <w:b w:val="0"/>
          <w:i w:val="0"/>
          <w:smallCaps w:val="0"/>
          <w:strike w:val="0"/>
          <w:sz w:val="20"/>
          <w:u w:val="single"/>
        </w:rPr>
        <w:t xml:space="preserve"> be able to </w:t>
      </w:r>
      <w:r>
        <w:rPr>
          <w:b w:val="0"/>
          <w:i w:val="0"/>
          <w:smallCaps w:val="0"/>
          <w:strike w:val="0"/>
          <w:sz w:val="20"/>
          <w:highlight w:val="cyan"/>
          <w:u w:val="single"/>
        </w:rPr>
        <w:t>make</w:t>
      </w:r>
      <w:r>
        <w:rPr>
          <w:b w:val="0"/>
          <w:i w:val="0"/>
          <w:smallCaps w:val="0"/>
          <w:strike w:val="0"/>
          <w:sz w:val="20"/>
          <w:u w:val="single"/>
        </w:rPr>
        <w:t xml:space="preserve"> </w:t>
      </w:r>
      <w:r>
        <w:rPr>
          <w:b w:val="0"/>
          <w:i w:val="0"/>
          <w:smallCaps w:val="0"/>
          <w:strike w:val="0"/>
          <w:sz w:val="20"/>
          <w:highlight w:val="cyan"/>
          <w:u w:val="single"/>
        </w:rPr>
        <w:t>every single</w:t>
      </w:r>
      <w:r>
        <w:rPr>
          <w:b w:val="0"/>
          <w:i w:val="0"/>
          <w:smallCaps w:val="0"/>
          <w:strike w:val="0"/>
          <w:sz w:val="20"/>
          <w:u w:val="single"/>
        </w:rPr>
        <w:t xml:space="preserve"> deployment </w:t>
      </w:r>
      <w:r>
        <w:rPr>
          <w:b w:val="0"/>
          <w:i w:val="0"/>
          <w:smallCaps w:val="0"/>
          <w:strike w:val="0"/>
          <w:sz w:val="20"/>
          <w:highlight w:val="cyan"/>
          <w:u w:val="single"/>
        </w:rPr>
        <w:t>environment secure</w:t>
      </w:r>
      <w:r>
        <w:rPr>
          <w:b w:val="0"/>
          <w:i w:val="0"/>
          <w:smallCaps w:val="0"/>
          <w:strike w:val="0"/>
          <w:sz w:val="20"/>
          <w:u w:val="single"/>
        </w:rPr>
        <w:t xml:space="preserve"> against the full intellectual powers of a superintelligent AGI</w:t>
      </w:r>
      <w:r>
        <w:rPr>
          <w:b w:val="0"/>
          <w:i w:val="0"/>
          <w:smallCaps w:val="0"/>
          <w:strike w:val="0"/>
          <w:sz w:val="16"/>
          <w:u w:val="none"/>
        </w:rPr>
        <w:t xml:space="preserve">.” </w:t>
      </w:r>
      <w:r>
        <w:rPr>
          <w:b w:val="0"/>
          <w:i w:val="0"/>
          <w:smallCaps w:val="0"/>
          <w:strike w:val="0"/>
          <w:sz w:val="20"/>
          <w:u w:val="single"/>
        </w:rPr>
        <w:t xml:space="preserve">There are </w:t>
      </w:r>
      <w:r>
        <w:rPr>
          <w:b w:val="0"/>
          <w:i w:val="0"/>
          <w:smallCaps w:val="0"/>
          <w:strike w:val="0"/>
          <w:sz w:val="20"/>
          <w:highlight w:val="cyan"/>
          <w:u w:val="single"/>
        </w:rPr>
        <w:t>large problems with</w:t>
      </w:r>
      <w:r>
        <w:rPr>
          <w:b w:val="0"/>
          <w:i w:val="0"/>
          <w:smallCaps w:val="0"/>
          <w:strike w:val="0"/>
          <w:sz w:val="20"/>
          <w:u w:val="single"/>
        </w:rPr>
        <w:t xml:space="preserve"> their </w:t>
      </w:r>
      <w:r>
        <w:rPr>
          <w:b w:val="0"/>
          <w:i w:val="0"/>
          <w:smallCaps w:val="0"/>
          <w:strike w:val="0"/>
          <w:sz w:val="20"/>
          <w:highlight w:val="cyan"/>
          <w:u w:val="single"/>
        </w:rPr>
        <w:t>alignment</w:t>
      </w:r>
      <w:r>
        <w:rPr>
          <w:b w:val="0"/>
          <w:i w:val="0"/>
          <w:smallCaps w:val="0"/>
          <w:strike w:val="0"/>
          <w:sz w:val="20"/>
          <w:u w:val="single"/>
        </w:rPr>
        <w:t xml:space="preserve"> approach, however, both </w:t>
      </w:r>
      <w:r>
        <w:rPr>
          <w:b w:val="0"/>
          <w:i w:val="0"/>
          <w:smallCaps w:val="0"/>
          <w:strike w:val="0"/>
          <w:sz w:val="20"/>
          <w:highlight w:val="cyan"/>
          <w:u w:val="single"/>
        </w:rPr>
        <w:t>fundamentally and technically</w:t>
      </w:r>
      <w:r>
        <w:rPr>
          <w:b w:val="0"/>
          <w:i w:val="0"/>
          <w:smallCaps w:val="0"/>
          <w:strike w:val="0"/>
          <w:sz w:val="20"/>
          <w:u w:val="single"/>
        </w:rPr>
        <w: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