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 is incomparably worse than human extinction. </w:t>
      </w:r>
    </w:p>
    <w:p>
      <w:pPr>
        <w:spacing w:after="80"/>
      </w:pPr>
      <w:r>
        <w:rPr>
          <w:b/>
          <w:i w:val="0"/>
          <w:smallCaps w:val="0"/>
          <w:strike w:val="0"/>
          <w:sz w:val="24"/>
          <w:u w:val="none"/>
        </w:rPr>
        <w:t xml:space="preserve">Daniel ‘17 </w:t>
      </w:r>
      <w:r>
        <w:rPr>
          <w:b w:val="0"/>
          <w:i w:val="0"/>
          <w:smallCaps w:val="0"/>
          <w:strike w:val="0"/>
          <w:sz w:val="16"/>
          <w:u w:val="none"/>
        </w:rPr>
        <w:t>[Max Daniel, Executive Director of the Foundational Research Institute, Senior Research Scholar at the Future of Humanity Institute, MS in Mathematics from Heidelberg University, “S-Risks: Why They Are The Worst Existential Risks, And How To Prevent Them”, Foundational Research Institute, https://foundational-research.org/s-risks-talk-eag-boston-2017/]</w:t>
      </w:r>
    </w:p>
    <w:p>
      <w:pPr>
        <w:spacing w:after="60"/>
      </w:pPr>
      <w:r>
        <w:rPr>
          <w:b w:val="0"/>
          <w:i w:val="0"/>
          <w:smallCaps w:val="0"/>
          <w:strike w:val="0"/>
          <w:sz w:val="16"/>
          <w:u w:val="none"/>
        </w:rPr>
        <w:t xml:space="preserve">To come back to the title of my talk, I can now state why </w:t>
      </w:r>
      <w:r>
        <w:rPr>
          <w:b w:val="0"/>
          <w:i w:val="0"/>
          <w:smallCaps w:val="0"/>
          <w:strike w:val="0"/>
          <w:sz w:val="20"/>
          <w:highlight w:val="cyan"/>
          <w:u w:val="single"/>
        </w:rPr>
        <w:t>s-risks are the worst</w:t>
      </w:r>
      <w:r>
        <w:rPr>
          <w:b w:val="0"/>
          <w:i w:val="0"/>
          <w:smallCaps w:val="0"/>
          <w:strike w:val="0"/>
          <w:sz w:val="20"/>
          <w:u w:val="single"/>
        </w:rPr>
        <w:t xml:space="preserve"> existential </w:t>
      </w:r>
      <w:r>
        <w:rPr>
          <w:b w:val="0"/>
          <w:i w:val="0"/>
          <w:smallCaps w:val="0"/>
          <w:strike w:val="0"/>
          <w:sz w:val="20"/>
          <w:highlight w:val="cyan"/>
          <w:u w:val="single"/>
        </w:rPr>
        <w:t>risks</w:t>
      </w:r>
      <w:r>
        <w:rPr>
          <w:b w:val="0"/>
          <w:i w:val="0"/>
          <w:smallCaps w:val="0"/>
          <w:strike w:val="0"/>
          <w:sz w:val="20"/>
          <w:u w:val="single"/>
        </w:rPr>
        <w:t xml:space="preserve">. S-risks are the worst existential risks because I’ll define them to have </w:t>
      </w:r>
      <w:r>
        <w:rPr>
          <w:b w:val="0"/>
          <w:i w:val="0"/>
          <w:smallCaps w:val="0"/>
          <w:strike w:val="0"/>
          <w:sz w:val="20"/>
          <w:highlight w:val="cyan"/>
          <w:u w:val="single"/>
        </w:rPr>
        <w:t>the largest</w:t>
      </w:r>
      <w:r>
        <w:rPr>
          <w:b w:val="0"/>
          <w:i w:val="0"/>
          <w:smallCaps w:val="0"/>
          <w:strike w:val="0"/>
          <w:sz w:val="20"/>
          <w:u w:val="single"/>
        </w:rPr>
        <w:t xml:space="preserve"> possible </w:t>
      </w:r>
      <w:r>
        <w:rPr>
          <w:b w:val="0"/>
          <w:i w:val="0"/>
          <w:smallCaps w:val="0"/>
          <w:strike w:val="0"/>
          <w:sz w:val="20"/>
          <w:highlight w:val="cyan"/>
          <w:u w:val="single"/>
        </w:rPr>
        <w:t>scope and</w:t>
      </w:r>
      <w:r>
        <w:rPr>
          <w:b w:val="0"/>
          <w:i w:val="0"/>
          <w:smallCaps w:val="0"/>
          <w:strike w:val="0"/>
          <w:sz w:val="20"/>
          <w:u w:val="single"/>
        </w:rPr>
        <w:t xml:space="preserve"> the largest possible </w:t>
      </w:r>
      <w:r>
        <w:rPr>
          <w:b w:val="0"/>
          <w:i w:val="0"/>
          <w:smallCaps w:val="0"/>
          <w:strike w:val="0"/>
          <w:sz w:val="20"/>
          <w:highlight w:val="cyan"/>
          <w:u w:val="single"/>
        </w:rPr>
        <w:t>severity</w:t>
      </w:r>
      <w:r>
        <w:rPr>
          <w:b w:val="0"/>
          <w:i w:val="0"/>
          <w:smallCaps w:val="0"/>
          <w:strike w:val="0"/>
          <w:sz w:val="20"/>
          <w:u w:val="single"/>
        </w:rPr>
        <w:t>. (I will qualify the claim that s-risks are the worst x-risks later.) That is, I’d like to suggest the following definition. “S-risk – One where an adverse outcome would bring about severe suffering on a cosmic scale, vastly exceeding all suffering that has existed on Earth so far.”</w:t>
      </w:r>
      <w:r>
        <w:rPr>
          <w:b w:val="0"/>
          <w:i w:val="0"/>
          <w:smallCaps w:val="0"/>
          <w:strike w:val="0"/>
          <w:sz w:val="56"/>
          <w:u w:val="none"/>
        </w:rPr>
        <w:t xml:space="preserve"> </w:t>
      </w:r>
      <w:r>
        <w:rPr>
          <w:b w:val="0"/>
          <w:i w:val="0"/>
          <w:smallCaps w:val="0"/>
          <w:strike w:val="0"/>
          <w:sz w:val="16"/>
          <w:u w:val="none"/>
        </w:rPr>
        <w:t xml:space="preserve">So, s-risks are roughly as severe as factory farming, but with an even larger scope. To better understand this definition, let’s zoom in on the part of the map that shows existential risk. One subclass of risks are those that, with respect to their scope, would affect all future human generations, and, with respect to their severity, would remove everything valuable. One central example of such pan-generational, crushing risks are risks of human extinction. </w:t>
      </w:r>
      <w:r>
        <w:rPr>
          <w:b w:val="0"/>
          <w:i w:val="0"/>
          <w:smallCaps w:val="0"/>
          <w:strike w:val="0"/>
          <w:sz w:val="20"/>
          <w:u w:val="single"/>
        </w:rPr>
        <w:t xml:space="preserve">Risks of extinction have received the most attention so far. But, conceptually, x-risks contain another class of risks. </w:t>
      </w:r>
      <w:r>
        <w:rPr>
          <w:b w:val="0"/>
          <w:i w:val="0"/>
          <w:smallCaps w:val="0"/>
          <w:strike w:val="0"/>
          <w:sz w:val="20"/>
          <w:highlight w:val="cyan"/>
          <w:u w:val="single"/>
        </w:rPr>
        <w:t xml:space="preserve">These are </w:t>
      </w:r>
      <w:r>
        <w:rPr>
          <w:b w:val="0"/>
          <w:i w:val="0"/>
          <w:smallCaps w:val="0"/>
          <w:strike w:val="0"/>
          <w:sz w:val="20"/>
          <w:u w:val="single"/>
        </w:rPr>
        <w:t xml:space="preserve">risks of outcomes even </w:t>
      </w:r>
      <w:r>
        <w:rPr>
          <w:b w:val="0"/>
          <w:i w:val="0"/>
          <w:smallCaps w:val="0"/>
          <w:strike w:val="0"/>
          <w:sz w:val="20"/>
          <w:highlight w:val="cyan"/>
          <w:u w:val="single"/>
        </w:rPr>
        <w:t>worse than extinction</w:t>
      </w:r>
      <w:r>
        <w:rPr>
          <w:b w:val="0"/>
          <w:i w:val="0"/>
          <w:smallCaps w:val="0"/>
          <w:strike w:val="0"/>
          <w:sz w:val="20"/>
          <w:u w:val="single"/>
        </w:rPr>
        <w:t xml:space="preserve"> in two respects. </w:t>
      </w:r>
      <w:r>
        <w:rPr>
          <w:b w:val="0"/>
          <w:i w:val="0"/>
          <w:smallCaps w:val="0"/>
          <w:strike w:val="0"/>
          <w:sz w:val="20"/>
          <w:highlight w:val="cyan"/>
          <w:u w:val="single"/>
        </w:rPr>
        <w:t>First, with</w:t>
      </w:r>
      <w:r>
        <w:rPr>
          <w:b w:val="0"/>
          <w:i w:val="0"/>
          <w:smallCaps w:val="0"/>
          <w:strike w:val="0"/>
          <w:sz w:val="20"/>
          <w:u w:val="single"/>
        </w:rPr>
        <w:t xml:space="preserve"> respect to their </w:t>
      </w:r>
      <w:r>
        <w:rPr>
          <w:b w:val="0"/>
          <w:i w:val="0"/>
          <w:smallCaps w:val="0"/>
          <w:strike w:val="0"/>
          <w:sz w:val="20"/>
          <w:highlight w:val="cyan"/>
          <w:u w:val="single"/>
        </w:rPr>
        <w:t>scope, they not only threaten</w:t>
      </w:r>
      <w:r>
        <w:rPr>
          <w:b w:val="0"/>
          <w:i w:val="0"/>
          <w:smallCaps w:val="0"/>
          <w:strike w:val="0"/>
          <w:sz w:val="20"/>
          <w:u w:val="single"/>
        </w:rPr>
        <w:t xml:space="preserve"> the future generations of </w:t>
      </w:r>
      <w:r>
        <w:rPr>
          <w:b w:val="0"/>
          <w:i w:val="0"/>
          <w:smallCaps w:val="0"/>
          <w:strike w:val="0"/>
          <w:sz w:val="20"/>
          <w:highlight w:val="cyan"/>
          <w:u w:val="single"/>
        </w:rPr>
        <w:t>humans</w:t>
      </w:r>
      <w:r>
        <w:rPr>
          <w:b w:val="0"/>
          <w:i w:val="0"/>
          <w:smallCaps w:val="0"/>
          <w:strike w:val="0"/>
          <w:sz w:val="20"/>
          <w:u w:val="single"/>
        </w:rPr>
        <w:t xml:space="preserve"> or our successors, </w:t>
      </w:r>
      <w:r>
        <w:rPr>
          <w:b w:val="0"/>
          <w:i w:val="0"/>
          <w:smallCaps w:val="0"/>
          <w:strike w:val="0"/>
          <w:sz w:val="20"/>
          <w:highlight w:val="cyan"/>
          <w:u w:val="single"/>
        </w:rPr>
        <w:t>but all</w:t>
      </w:r>
      <w:r>
        <w:rPr>
          <w:b w:val="0"/>
          <w:i w:val="0"/>
          <w:smallCaps w:val="0"/>
          <w:strike w:val="0"/>
          <w:sz w:val="20"/>
          <w:u w:val="single"/>
        </w:rPr>
        <w:t xml:space="preserve"> sentient </w:t>
      </w:r>
      <w:r>
        <w:rPr>
          <w:b w:val="0"/>
          <w:i w:val="0"/>
          <w:smallCaps w:val="0"/>
          <w:strike w:val="0"/>
          <w:sz w:val="20"/>
          <w:highlight w:val="cyan"/>
          <w:u w:val="single"/>
        </w:rPr>
        <w:t>life in the</w:t>
      </w:r>
      <w:r>
        <w:rPr>
          <w:b w:val="0"/>
          <w:i w:val="0"/>
          <w:smallCaps w:val="0"/>
          <w:strike w:val="0"/>
          <w:sz w:val="20"/>
          <w:u w:val="single"/>
        </w:rPr>
        <w:t xml:space="preserve"> whole </w:t>
      </w:r>
      <w:r>
        <w:rPr>
          <w:b w:val="0"/>
          <w:i w:val="0"/>
          <w:smallCaps w:val="0"/>
          <w:strike w:val="0"/>
          <w:sz w:val="20"/>
          <w:highlight w:val="cyan"/>
          <w:u w:val="single"/>
        </w:rPr>
        <w:t>universe. Second, with</w:t>
      </w:r>
      <w:r>
        <w:rPr>
          <w:b w:val="0"/>
          <w:i w:val="0"/>
          <w:smallCaps w:val="0"/>
          <w:strike w:val="0"/>
          <w:sz w:val="20"/>
          <w:u w:val="single"/>
        </w:rPr>
        <w:t xml:space="preserve"> respect to their </w:t>
      </w:r>
      <w:r>
        <w:rPr>
          <w:b w:val="0"/>
          <w:i w:val="0"/>
          <w:smallCaps w:val="0"/>
          <w:strike w:val="0"/>
          <w:sz w:val="20"/>
          <w:highlight w:val="cyan"/>
          <w:u w:val="single"/>
        </w:rPr>
        <w:t>severity, they not only remove everything</w:t>
      </w:r>
      <w:r>
        <w:rPr>
          <w:b w:val="0"/>
          <w:i w:val="0"/>
          <w:smallCaps w:val="0"/>
          <w:strike w:val="0"/>
          <w:sz w:val="20"/>
          <w:u w:val="single"/>
        </w:rPr>
        <w:t xml:space="preserve"> that would be </w:t>
      </w:r>
      <w:r>
        <w:rPr>
          <w:b w:val="0"/>
          <w:i w:val="0"/>
          <w:smallCaps w:val="0"/>
          <w:strike w:val="0"/>
          <w:sz w:val="20"/>
          <w:highlight w:val="cyan"/>
          <w:u w:val="single"/>
        </w:rPr>
        <w:t>valuable but also come with a lot of disvalue</w:t>
      </w:r>
      <w:r>
        <w:rPr>
          <w:b w:val="0"/>
          <w:i w:val="0"/>
          <w:smallCaps w:val="0"/>
          <w:strike w:val="0"/>
          <w:sz w:val="16"/>
          <w:u w:val="none"/>
        </w:rPr>
        <w:t xml:space="preserve"> – that is, features we’d like to avoid no matter what. Recall the story I told in the beginning, but think of Greta’s solitary confinement being multiplied by many orders of magnitude – for instance, because it affects a very large population of sentient uploads.</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