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Even the top AI labs admit that they can’t secure everything. And, they can’t solve inner misalignment.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Otto </w:t>
      </w:r>
      <w:r>
        <w:rPr>
          <w:b/>
          <w:i w:val="0"/>
          <w:smallCaps w:val="0"/>
          <w:strike w:val="0"/>
          <w:sz w:val="24"/>
          <w:u w:val="none"/>
        </w:rPr>
        <w:t>Barten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Joep </w:t>
      </w:r>
      <w:r>
        <w:rPr>
          <w:b/>
          <w:i w:val="0"/>
          <w:smallCaps w:val="0"/>
          <w:strike w:val="0"/>
          <w:sz w:val="24"/>
          <w:u w:val="none"/>
        </w:rPr>
        <w:t>Meindertsma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7-20-2023; Otto Barten is director of the Existential Risk Observatory, a nonprofit aiming to reduce existential risk by informing the public debate. Joep Meindertsma is founder of PauseAI, a movement campaigning for an AI Pause.; "An AI Pause Is Humanity's Best Bet For Preventing Extinction", Time, https://time.com/6295879/ai-pause-is-humanitys-best-bet-for-preventing-extinction/, </w:t>
      </w:r>
      <w:r>
        <w:rPr>
          <w:b w:val="0"/>
          <w:i w:val="0"/>
          <w:smallCaps w:val="0"/>
          <w:strike w:val="0"/>
          <w:sz w:val="16"/>
          <w:u w:val="none"/>
        </w:rPr>
        <w:t>Thanks Arthur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So </w:t>
      </w:r>
      <w:r>
        <w:rPr>
          <w:b/>
          <w:i w:val="0"/>
          <w:smallCaps w:val="0"/>
          <w:strike w:val="0"/>
          <w:sz w:val="20"/>
          <w:u w:val="single"/>
        </w:rPr>
        <w:t>how can we avoid 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existential risk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Humanity now faces a </w:t>
      </w:r>
      <w:r>
        <w:rPr>
          <w:b/>
          <w:i w:val="0"/>
          <w:smallCaps w:val="0"/>
          <w:strike w:val="0"/>
          <w:sz w:val="20"/>
          <w:u w:val="single"/>
        </w:rPr>
        <w:t>stark choice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: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pause 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at a safe level,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or </w:t>
      </w:r>
      <w:r>
        <w:rPr>
          <w:b/>
          <w:i w:val="0"/>
          <w:smallCaps w:val="0"/>
          <w:strike w:val="0"/>
          <w:sz w:val="20"/>
          <w:u w:val="single"/>
        </w:rPr>
        <w:t>continue</w:t>
      </w:r>
      <w:r>
        <w:rPr>
          <w:b/>
          <w:i w:val="0"/>
          <w:smallCaps w:val="0"/>
          <w:strike w:val="0"/>
          <w:sz w:val="20"/>
          <w:u w:val="single"/>
        </w:rPr>
        <w:t xml:space="preserve"> development indefinitely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Unsurprisingly,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AI </w:t>
      </w:r>
      <w:r>
        <w:rPr>
          <w:b/>
          <w:i w:val="0"/>
          <w:smallCaps w:val="0"/>
          <w:strike w:val="0"/>
          <w:sz w:val="20"/>
          <w:u w:val="single"/>
        </w:rPr>
        <w:t>labs want the latter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continue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means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literally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betting our lives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labs </w:t>
      </w:r>
      <w:r>
        <w:rPr>
          <w:b w:val="0"/>
          <w:i w:val="0"/>
          <w:smallCaps w:val="0"/>
          <w:strike w:val="0"/>
          <w:sz w:val="20"/>
          <w:u w:val="single"/>
        </w:rPr>
        <w:t>being able to solve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 open scientific problem called </w:t>
      </w:r>
      <w:r>
        <w:rPr>
          <w:b/>
          <w:i w:val="0"/>
          <w:smallCaps w:val="0"/>
          <w:strike w:val="0"/>
          <w:sz w:val="20"/>
          <w:u w:val="single"/>
        </w:rPr>
        <w:t xml:space="preserve">AI </w:t>
      </w:r>
      <w:r>
        <w:rPr>
          <w:b/>
          <w:i w:val="0"/>
          <w:smallCaps w:val="0"/>
          <w:strike w:val="0"/>
          <w:sz w:val="20"/>
          <w:u w:val="single"/>
        </w:rPr>
        <w:t>Alignment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AI Alignment is the approach that leading labs such as OpenAI, DeepMind, and Anthropic are currently taking to prevent human extinction.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AI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Alignment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does not attempt to control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how powerful an </w:t>
      </w:r>
      <w:r>
        <w:rPr>
          <w:b/>
          <w:i w:val="0"/>
          <w:smallCaps w:val="0"/>
          <w:strike w:val="0"/>
          <w:sz w:val="20"/>
          <w:u w:val="single"/>
        </w:rPr>
        <w:t>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does not attempt to control what exactly the AI will be doing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u w:val="single"/>
        </w:rPr>
        <w:t>does not even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necessarily </w:t>
      </w:r>
      <w:r>
        <w:rPr>
          <w:b/>
          <w:i w:val="0"/>
          <w:smallCaps w:val="0"/>
          <w:strike w:val="0"/>
          <w:sz w:val="20"/>
          <w:u w:val="single"/>
        </w:rPr>
        <w:t>attempt to prevent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potential </w:t>
      </w:r>
      <w:r>
        <w:rPr>
          <w:b/>
          <w:i w:val="0"/>
          <w:smallCaps w:val="0"/>
          <w:strike w:val="0"/>
          <w:sz w:val="20"/>
          <w:u w:val="single"/>
        </w:rPr>
        <w:t>takeover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happening.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Since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8"/>
          <w:highlight w:val="cyan"/>
          <w:u w:val="single"/>
        </w:rPr>
        <w:t xml:space="preserve">labs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anticipate they will not be able to control</w:t>
      </w:r>
      <w:r>
        <w:rPr>
          <w:b w:val="0"/>
          <w:i w:val="0"/>
          <w:smallCaps w:val="0"/>
          <w:strike w:val="0"/>
          <w:sz w:val="28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8"/>
          <w:u w:val="single"/>
        </w:rPr>
        <w:t xml:space="preserve"> superintelligent </w:t>
      </w:r>
      <w:r>
        <w:rPr>
          <w:b w:val="0"/>
          <w:i w:val="0"/>
          <w:smallCaps w:val="0"/>
          <w:strike w:val="0"/>
          <w:sz w:val="28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8"/>
          <w:u w:val="single"/>
        </w:rPr>
        <w:t xml:space="preserve"> that they are creating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they accept that such an AI will act autonomously and unstoppably, but aim to make it act according to our values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Richard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Ngo, a leading alignment researcher working 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OpenAI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puts it,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“I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doubt we’ll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 able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make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every single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deployment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environment secure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against the full intellectual powers of a superintelligent AGI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There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large problems with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alignment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approach, however, both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fundamentally and technically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What values should an AI have?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Fundamentally, there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course </w:t>
      </w:r>
      <w:r>
        <w:rPr>
          <w:b/>
          <w:i w:val="0"/>
          <w:smallCaps w:val="0"/>
          <w:strike w:val="0"/>
          <w:sz w:val="20"/>
          <w:u w:val="single"/>
        </w:rPr>
        <w:t>no agreement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what </w:t>
      </w:r>
      <w:r>
        <w:rPr>
          <w:b/>
          <w:i w:val="0"/>
          <w:smallCaps w:val="0"/>
          <w:strike w:val="0"/>
          <w:sz w:val="20"/>
          <w:u w:val="single"/>
        </w:rPr>
        <w:t>values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we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What OpenAI founder Sam Altman wants a superintelligence to do may well be completely different from what, say, a textile worker in Bangladesh wants it to do. </w:t>
      </w:r>
      <w:r>
        <w:rPr>
          <w:b w:val="0"/>
          <w:i w:val="0"/>
          <w:smallCaps w:val="0"/>
          <w:strike w:val="0"/>
          <w:sz w:val="20"/>
          <w:u w:val="single"/>
        </w:rPr>
        <w:t>Aggregating human preferences has always been a thorny issue even before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but will get even more complicated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we have a superintelligence around that might be able to quickly, completely, and globally implement the wishes of a handful of CEOs. Democracy, however imperfect, has been the best solution we can find for value aggregation so far. </w:t>
      </w:r>
      <w:r>
        <w:rPr>
          <w:b w:val="0"/>
          <w:i w:val="0"/>
          <w:smallCaps w:val="0"/>
          <w:strike w:val="0"/>
          <w:sz w:val="20"/>
          <w:u w:val="single"/>
        </w:rPr>
        <w:t>It is,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</w:t>
      </w:r>
      <w:r>
        <w:rPr>
          <w:b w:val="0"/>
          <w:i w:val="0"/>
          <w:smallCaps w:val="0"/>
          <w:strike w:val="0"/>
          <w:sz w:val="20"/>
          <w:u w:val="single"/>
        </w:rPr>
        <w:t>unclear whether our current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combination of </w:t>
      </w:r>
      <w:r>
        <w:rPr>
          <w:b w:val="0"/>
          <w:i w:val="0"/>
          <w:smallCaps w:val="0"/>
          <w:strike w:val="0"/>
          <w:sz w:val="20"/>
          <w:u w:val="single"/>
        </w:rPr>
        <w:t>national political systems can control a godlike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In fact, it is unclear whether any organisation or system would be up to the task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Beyond disagreement over current values,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humans have historically </w:t>
      </w:r>
      <w:r>
        <w:rPr>
          <w:b/>
          <w:i w:val="0"/>
          <w:smallCaps w:val="0"/>
          <w:strike w:val="0"/>
          <w:sz w:val="20"/>
          <w:u w:val="single"/>
        </w:rPr>
        <w:t>not been very good at predicting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0"/>
          <w:u w:val="single"/>
        </w:rPr>
        <w:t>future externalities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new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nologies.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climate crisis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for one, can be seen as </w:t>
      </w:r>
      <w:r>
        <w:rPr>
          <w:b/>
          <w:i w:val="0"/>
          <w:smallCaps w:val="0"/>
          <w:strike w:val="0"/>
          <w:sz w:val="20"/>
          <w:u w:val="single"/>
        </w:rPr>
        <w:t>an unforeseen outcome of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nologies such as steam and internal combustion engines. </w:t>
      </w:r>
      <w:r>
        <w:rPr>
          <w:b w:val="0"/>
          <w:i w:val="0"/>
          <w:smallCaps w:val="0"/>
          <w:strike w:val="0"/>
          <w:sz w:val="20"/>
          <w:u w:val="single"/>
        </w:rPr>
        <w:t>Ever more powerful technology has the potential to create ever larger externalities. It is impossible to foresee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what the </w:t>
      </w:r>
      <w:r>
        <w:rPr>
          <w:b w:val="0"/>
          <w:i w:val="0"/>
          <w:smallCaps w:val="0"/>
          <w:strike w:val="0"/>
          <w:sz w:val="20"/>
          <w:u w:val="single"/>
        </w:rPr>
        <w:t>negative side effects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be of actually implementing some interpretation of humanity’s current values. They might </w:t>
      </w:r>
      <w:r>
        <w:rPr>
          <w:b/>
          <w:i w:val="0"/>
          <w:smallCaps w:val="0"/>
          <w:strike w:val="0"/>
          <w:sz w:val="20"/>
          <w:u w:val="single"/>
        </w:rPr>
        <w:t>make climate change pale in comparison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There are </w:t>
      </w:r>
      <w:r>
        <w:rPr>
          <w:b/>
          <w:i w:val="0"/>
          <w:smallCaps w:val="0"/>
          <w:strike w:val="0"/>
          <w:sz w:val="20"/>
          <w:u w:val="single"/>
        </w:rPr>
        <w:t>more unsolved fundamental issues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aligning a superintelligence, </w:t>
      </w:r>
      <w:r>
        <w:rPr>
          <w:b/>
          <w:i w:val="0"/>
          <w:smallCaps w:val="0"/>
          <w:strike w:val="0"/>
          <w:sz w:val="20"/>
          <w:u w:val="single"/>
        </w:rPr>
        <w:t>but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currently, </w:t>
      </w:r>
      <w:r>
        <w:rPr>
          <w:b/>
          <w:i w:val="0"/>
          <w:smallCaps w:val="0"/>
          <w:strike w:val="0"/>
          <w:sz w:val="20"/>
          <w:u w:val="single"/>
        </w:rPr>
        <w:t>AI companies don’t even get that far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seems that </w:t>
      </w:r>
      <w:r>
        <w:rPr>
          <w:b/>
          <w:i w:val="0"/>
          <w:smallCaps w:val="0"/>
          <w:strike w:val="0"/>
          <w:sz w:val="20"/>
          <w:u w:val="single"/>
        </w:rPr>
        <w:t>even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making current large </w:t>
      </w:r>
      <w:r>
        <w:rPr>
          <w:b/>
          <w:i w:val="0"/>
          <w:smallCaps w:val="0"/>
          <w:strike w:val="0"/>
          <w:sz w:val="20"/>
          <w:u w:val="single"/>
        </w:rPr>
        <w:t>neural networks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reliably do what anyone wants </w:t>
      </w:r>
      <w:r>
        <w:rPr>
          <w:b/>
          <w:i w:val="0"/>
          <w:smallCaps w:val="0"/>
          <w:strike w:val="0"/>
          <w:sz w:val="20"/>
          <w:u w:val="single"/>
        </w:rPr>
        <w:t xml:space="preserve">is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technical problem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currently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cannot solve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is called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inner misalignment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has been </w:t>
      </w:r>
      <w:r>
        <w:rPr>
          <w:b/>
          <w:i w:val="0"/>
          <w:smallCaps w:val="0"/>
          <w:strike w:val="0"/>
          <w:sz w:val="28"/>
          <w:u w:val="single"/>
        </w:rPr>
        <w:t>observed already</w:t>
      </w:r>
      <w:r>
        <w:rPr>
          <w:b w:val="0"/>
          <w:i w:val="0"/>
          <w:smallCaps w:val="0"/>
          <w:strike w:val="0"/>
          <w:sz w:val="28"/>
          <w:u w:val="single"/>
        </w:rPr>
        <w:t xml:space="preserve"> in current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3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model pursues the wrong goal when</w:t>
      </w:r>
      <w:r>
        <w:rPr>
          <w:b w:val="0"/>
          <w:i w:val="0"/>
          <w:smallCaps w:val="0"/>
          <w:strike w:val="0"/>
          <w:sz w:val="32"/>
          <w:u w:val="single"/>
        </w:rPr>
        <w:t xml:space="preserve"> it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released into</w:t>
      </w:r>
      <w:r>
        <w:rPr>
          <w:b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real world</w:t>
      </w:r>
      <w:r>
        <w:rPr>
          <w:b w:val="0"/>
          <w:i w:val="0"/>
          <w:smallCaps w:val="0"/>
          <w:strike w:val="0"/>
          <w:sz w:val="32"/>
          <w:u w:val="single"/>
        </w:rPr>
        <w:t xml:space="preserve"> after being trained on a limited dataset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a superintelligence, this could have a catastrophic outcome. </w:t>
      </w:r>
      <w:r>
        <w:rPr>
          <w:b w:val="0"/>
          <w:i w:val="0"/>
          <w:smallCaps w:val="0"/>
          <w:strike w:val="0"/>
          <w:sz w:val="20"/>
          <w:u w:val="single"/>
        </w:rPr>
        <w:t>This problem is, according to OpenAI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’s recent document Governance of Superintelligence,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 “open research </w:t>
      </w:r>
      <w:r>
        <w:rPr>
          <w:b w:val="0"/>
          <w:i w:val="0"/>
          <w:smallCaps w:val="0"/>
          <w:strike w:val="0"/>
          <w:sz w:val="16"/>
          <w:u w:val="none"/>
        </w:rPr>
        <w:t>question.” But not to worry: they say they are “putting a lot of effort” into it.</w:t>
      </w:r>
    </w:p>
    <w:p>
      <w:pPr>
        <w:pStyle w:val="Caption"/>
      </w:pPr>
      <w:r>
        <w:t>Source: Innovation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