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No</w:t>
      </w:r>
      <w:r>
        <w:rPr>
          <w:b/>
          <w:i w:val="0"/>
          <w:smallCaps w:val="0"/>
          <w:strike w:val="0"/>
          <w:sz w:val="24"/>
          <w:u w:val="none"/>
        </w:rPr>
        <w:t xml:space="preserve"> extinction and every </w:t>
      </w:r>
      <w:r>
        <w:rPr>
          <w:b/>
          <w:i w:val="0"/>
          <w:smallCaps w:val="0"/>
          <w:strike w:val="0"/>
          <w:sz w:val="24"/>
          <w:u w:val="single"/>
        </w:rPr>
        <w:t>major</w:t>
      </w:r>
      <w:r>
        <w:rPr>
          <w:b/>
          <w:i w:val="0"/>
          <w:smallCaps w:val="0"/>
          <w:strike w:val="0"/>
          <w:sz w:val="24"/>
          <w:u w:val="none"/>
        </w:rPr>
        <w:t xml:space="preserve"> threat wouldn’t be because of AI </w:t>
      </w:r>
      <w:r>
        <w:rPr>
          <w:b/>
          <w:i w:val="0"/>
          <w:smallCaps w:val="0"/>
          <w:strike w:val="0"/>
          <w:sz w:val="24"/>
          <w:u w:val="single"/>
        </w:rPr>
        <w:t>anyway</w:t>
      </w:r>
      <w:r>
        <w:rPr>
          <w:b/>
          <w:i w:val="0"/>
          <w:smallCaps w:val="0"/>
          <w:strike w:val="0"/>
          <w:sz w:val="24"/>
          <w:u w:val="none"/>
        </w:rPr>
        <w:t>.</w:t>
      </w:r>
    </w:p>
    <w:p>
      <w:pPr>
        <w:spacing w:after="80"/>
      </w:pPr>
      <w:r>
        <w:rPr>
          <w:b w:val="0"/>
          <w:i w:val="0"/>
          <w:smallCaps w:val="0"/>
          <w:strike w:val="0"/>
          <w:sz w:val="16"/>
          <w:u w:val="none"/>
        </w:rPr>
        <w:t>---Might be too ambivalent</w:t>
      </w:r>
    </w:p>
    <w:p>
      <w:pPr>
        <w:spacing w:after="60"/>
      </w:pPr>
      <w:r>
        <w:rPr>
          <w:b/>
          <w:i w:val="0"/>
          <w:smallCaps w:val="0"/>
          <w:strike w:val="0"/>
          <w:sz w:val="24"/>
          <w:u w:val="none"/>
        </w:rPr>
        <w:t>Mueller 24,</w:t>
      </w:r>
      <w:r>
        <w:rPr>
          <w:b w:val="0"/>
          <w:i w:val="0"/>
          <w:smallCaps w:val="0"/>
          <w:strike w:val="0"/>
          <w:sz w:val="16"/>
          <w:u w:val="none"/>
        </w:rPr>
        <w:t xml:space="preserve"> [Milton Mueller (Professor and Program Director of the Georgia Tech School of Public Policy, Masters of Science in Cybersecurity Policy), "The Myth of AGI: How the illusion of Artificial General Intelligence distorts and distracts digital governance," Internet Governance Project, Georgia Tech, https://www.internetgovernance.org/wp-content/uploads/MythofAGI.pdf, accessed 7-2-2024, 5/24] Mr.Mr.</w:t>
      </w:r>
    </w:p>
    <w:p>
      <w:pPr>
        <w:spacing w:after="60"/>
      </w:pPr>
      <w:r>
        <w:rPr>
          <w:b w:val="0"/>
          <w:i w:val="0"/>
          <w:smallCaps w:val="0"/>
          <w:strike w:val="0"/>
          <w:sz w:val="20"/>
          <w:u w:val="single"/>
        </w:rPr>
        <w:t xml:space="preserve">We also need to be </w:t>
      </w:r>
      <w:r>
        <w:rPr>
          <w:b/>
          <w:i w:val="0"/>
          <w:smallCaps w:val="0"/>
          <w:strike w:val="0"/>
          <w:sz w:val="20"/>
          <w:u w:val="single"/>
        </w:rPr>
        <w:t>more realistic</w:t>
      </w:r>
      <w:r>
        <w:rPr>
          <w:b w:val="0"/>
          <w:i w:val="0"/>
          <w:smallCaps w:val="0"/>
          <w:strike w:val="0"/>
          <w:sz w:val="20"/>
          <w:u w:val="single"/>
        </w:rPr>
        <w:t xml:space="preserve"> about where major societal </w:t>
      </w:r>
      <w:r>
        <w:rPr>
          <w:b/>
          <w:i w:val="0"/>
          <w:smallCaps w:val="0"/>
          <w:strike w:val="0"/>
          <w:sz w:val="20"/>
          <w:u w:val="single"/>
        </w:rPr>
        <w:t>risks</w:t>
      </w:r>
      <w:r>
        <w:rPr>
          <w:b w:val="0"/>
          <w:i w:val="0"/>
          <w:smallCaps w:val="0"/>
          <w:strike w:val="0"/>
          <w:sz w:val="20"/>
          <w:u w:val="single"/>
        </w:rPr>
        <w:t xml:space="preserve"> come from. </w:t>
      </w:r>
      <w:r>
        <w:rPr>
          <w:b w:val="0"/>
          <w:i w:val="0"/>
          <w:smallCaps w:val="0"/>
          <w:strike w:val="0"/>
          <w:sz w:val="20"/>
          <w:highlight w:val="cyan"/>
          <w:u w:val="single"/>
        </w:rPr>
        <w:t>If A</w:t>
      </w:r>
      <w:r>
        <w:rPr>
          <w:b w:val="0"/>
          <w:i w:val="0"/>
          <w:smallCaps w:val="0"/>
          <w:strike w:val="0"/>
          <w:sz w:val="20"/>
          <w:u w:val="single"/>
        </w:rPr>
        <w:t xml:space="preserve">rtificial </w:t>
      </w:r>
      <w:r>
        <w:rPr>
          <w:b w:val="0"/>
          <w:i w:val="0"/>
          <w:smallCaps w:val="0"/>
          <w:strike w:val="0"/>
          <w:sz w:val="20"/>
          <w:highlight w:val="cyan"/>
          <w:u w:val="single"/>
        </w:rPr>
        <w:t>I</w:t>
      </w:r>
      <w:r>
        <w:rPr>
          <w:b w:val="0"/>
          <w:i w:val="0"/>
          <w:smallCaps w:val="0"/>
          <w:strike w:val="0"/>
          <w:sz w:val="20"/>
          <w:u w:val="single"/>
        </w:rPr>
        <w:t xml:space="preserve">ntelligence ever </w:t>
      </w:r>
      <w:r>
        <w:rPr>
          <w:b w:val="0"/>
          <w:i w:val="0"/>
          <w:smallCaps w:val="0"/>
          <w:strike w:val="0"/>
          <w:sz w:val="20"/>
          <w:highlight w:val="cyan"/>
          <w:u w:val="single"/>
        </w:rPr>
        <w:t>becomes a</w:t>
      </w:r>
      <w:r>
        <w:rPr>
          <w:b w:val="0"/>
          <w:i w:val="0"/>
          <w:smallCaps w:val="0"/>
          <w:strike w:val="0"/>
          <w:sz w:val="20"/>
          <w:u w:val="single"/>
        </w:rPr>
        <w:t xml:space="preserve"> systemic </w:t>
      </w:r>
      <w:r>
        <w:rPr>
          <w:b w:val="0"/>
          <w:i w:val="0"/>
          <w:smallCaps w:val="0"/>
          <w:strike w:val="0"/>
          <w:sz w:val="20"/>
          <w:highlight w:val="cyan"/>
          <w:u w:val="single"/>
        </w:rPr>
        <w:t xml:space="preserve">threat to </w:t>
      </w:r>
      <w:r>
        <w:rPr>
          <w:b/>
          <w:i w:val="0"/>
          <w:smallCaps w:val="0"/>
          <w:strike w:val="0"/>
          <w:sz w:val="20"/>
          <w:highlight w:val="cyan"/>
          <w:u w:val="single"/>
        </w:rPr>
        <w:t>human life</w:t>
      </w:r>
      <w:r>
        <w:rPr>
          <w:b w:val="0"/>
          <w:i w:val="0"/>
          <w:smallCaps w:val="0"/>
          <w:strike w:val="0"/>
          <w:sz w:val="20"/>
          <w:highlight w:val="cyan"/>
          <w:u w:val="single"/>
        </w:rPr>
        <w:t>, it will not be</w:t>
      </w:r>
      <w:r>
        <w:rPr>
          <w:b w:val="0"/>
          <w:i w:val="0"/>
          <w:smallCaps w:val="0"/>
          <w:strike w:val="0"/>
          <w:sz w:val="16"/>
          <w:u w:val="none"/>
        </w:rPr>
        <w:t xml:space="preserve"> because a new race of cyber-terminators emerges spontaneously </w:t>
      </w:r>
      <w:r>
        <w:rPr>
          <w:b w:val="0"/>
          <w:i w:val="0"/>
          <w:smallCaps w:val="0"/>
          <w:strike w:val="0"/>
          <w:sz w:val="20"/>
          <w:highlight w:val="cyan"/>
          <w:u w:val="single"/>
        </w:rPr>
        <w:t>from a</w:t>
      </w:r>
      <w:r>
        <w:rPr>
          <w:b w:val="0"/>
          <w:i w:val="0"/>
          <w:smallCaps w:val="0"/>
          <w:strike w:val="0"/>
          <w:sz w:val="20"/>
          <w:u w:val="single"/>
        </w:rPr>
        <w:t xml:space="preserve"> </w:t>
      </w:r>
      <w:r>
        <w:rPr>
          <w:b w:val="0"/>
          <w:i w:val="0"/>
          <w:smallCaps w:val="0"/>
          <w:strike w:val="0"/>
          <w:sz w:val="20"/>
          <w:u w:val="single"/>
        </w:rPr>
        <w:t>computer</w:t>
      </w:r>
      <w:r>
        <w:rPr>
          <w:b w:val="0"/>
          <w:i w:val="0"/>
          <w:smallCaps w:val="0"/>
          <w:strike w:val="0"/>
          <w:sz w:val="20"/>
          <w:u w:val="single"/>
        </w:rPr>
        <w:t xml:space="preserve"> </w:t>
      </w:r>
      <w:r>
        <w:rPr>
          <w:b w:val="0"/>
          <w:i w:val="0"/>
          <w:smallCaps w:val="0"/>
          <w:strike w:val="0"/>
          <w:sz w:val="20"/>
          <w:u w:val="single"/>
        </w:rPr>
        <w:t>science</w:t>
      </w:r>
      <w:r>
        <w:rPr>
          <w:b w:val="0"/>
          <w:i w:val="0"/>
          <w:smallCaps w:val="0"/>
          <w:strike w:val="0"/>
          <w:sz w:val="20"/>
          <w:u w:val="single"/>
        </w:rPr>
        <w:t xml:space="preserve"> </w:t>
      </w:r>
      <w:r>
        <w:rPr>
          <w:b w:val="0"/>
          <w:i w:val="0"/>
          <w:smallCaps w:val="0"/>
          <w:strike w:val="0"/>
          <w:sz w:val="20"/>
          <w:highlight w:val="cyan"/>
          <w:u w:val="single"/>
        </w:rPr>
        <w:t>lab. It</w:t>
      </w:r>
      <w:r>
        <w:rPr>
          <w:b w:val="0"/>
          <w:i w:val="0"/>
          <w:smallCaps w:val="0"/>
          <w:strike w:val="0"/>
          <w:sz w:val="20"/>
          <w:u w:val="single"/>
        </w:rPr>
        <w:t xml:space="preserve"> most</w:t>
      </w:r>
      <w:r>
        <w:rPr>
          <w:b w:val="0"/>
          <w:i w:val="0"/>
          <w:smallCaps w:val="0"/>
          <w:strike w:val="0"/>
          <w:sz w:val="20"/>
          <w:u w:val="single"/>
        </w:rPr>
        <w:t xml:space="preserve"> likely </w:t>
      </w:r>
      <w:r>
        <w:rPr>
          <w:b w:val="0"/>
          <w:i w:val="0"/>
          <w:smallCaps w:val="0"/>
          <w:strike w:val="0"/>
          <w:sz w:val="20"/>
          <w:highlight w:val="cyan"/>
          <w:u w:val="single"/>
        </w:rPr>
        <w:t>will come from</w:t>
      </w:r>
      <w:r>
        <w:rPr>
          <w:b w:val="0"/>
          <w:i w:val="0"/>
          <w:smallCaps w:val="0"/>
          <w:strike w:val="0"/>
          <w:sz w:val="20"/>
          <w:u w:val="single"/>
        </w:rPr>
        <w:t xml:space="preserve"> an </w:t>
      </w:r>
      <w:r>
        <w:rPr>
          <w:b/>
          <w:i w:val="0"/>
          <w:smallCaps w:val="0"/>
          <w:strike w:val="0"/>
          <w:sz w:val="20"/>
          <w:u w:val="single"/>
        </w:rPr>
        <w:t>arms race</w:t>
      </w:r>
      <w:r>
        <w:rPr>
          <w:b w:val="0"/>
          <w:i w:val="0"/>
          <w:smallCaps w:val="0"/>
          <w:strike w:val="0"/>
          <w:sz w:val="20"/>
          <w:u w:val="single"/>
        </w:rPr>
        <w:t xml:space="preserve"> prompted by </w:t>
      </w:r>
      <w:r>
        <w:rPr>
          <w:b/>
          <w:i w:val="0"/>
          <w:smallCaps w:val="0"/>
          <w:strike w:val="0"/>
          <w:sz w:val="20"/>
          <w:highlight w:val="cyan"/>
          <w:u w:val="single"/>
        </w:rPr>
        <w:t>military conflicts</w:t>
      </w:r>
      <w:r>
        <w:rPr>
          <w:b w:val="0"/>
          <w:i w:val="0"/>
          <w:smallCaps w:val="0"/>
          <w:strike w:val="0"/>
          <w:sz w:val="20"/>
          <w:highlight w:val="cyan"/>
          <w:u w:val="single"/>
        </w:rPr>
        <w:t xml:space="preserve"> among </w:t>
      </w:r>
      <w:r>
        <w:rPr>
          <w:b/>
          <w:i w:val="0"/>
          <w:smallCaps w:val="0"/>
          <w:strike w:val="0"/>
          <w:sz w:val="20"/>
          <w:highlight w:val="cyan"/>
          <w:u w:val="single"/>
        </w:rPr>
        <w:t>nation-states</w:t>
      </w:r>
      <w:r>
        <w:rPr>
          <w:b w:val="0"/>
          <w:i w:val="0"/>
          <w:smallCaps w:val="0"/>
          <w:strike w:val="0"/>
          <w:sz w:val="16"/>
          <w:u w:val="none"/>
        </w:rPr>
        <w:t xml:space="preserve">, in which one state actor’s pursuit of supremacy makes it indifferent to damage to the citizens of the other state actor. Some threats will certainly arise from poor implementations and poor designs, and some from criminal exploitation of its capabilities. But </w:t>
      </w:r>
      <w:r>
        <w:rPr>
          <w:b w:val="0"/>
          <w:i w:val="0"/>
          <w:smallCaps w:val="0"/>
          <w:strike w:val="0"/>
          <w:sz w:val="20"/>
          <w:u w:val="single"/>
        </w:rPr>
        <w:t xml:space="preserve">whatever the risks are, in all cases </w:t>
      </w:r>
      <w:r>
        <w:rPr>
          <w:b/>
          <w:i w:val="0"/>
          <w:smallCaps w:val="0"/>
          <w:strike w:val="0"/>
          <w:sz w:val="20"/>
          <w:highlight w:val="cyan"/>
          <w:u w:val="single"/>
        </w:rPr>
        <w:t>humans</w:t>
      </w:r>
      <w:r>
        <w:rPr>
          <w:b w:val="0"/>
          <w:i w:val="0"/>
          <w:smallCaps w:val="0"/>
          <w:strike w:val="0"/>
          <w:sz w:val="20"/>
          <w:highlight w:val="cyan"/>
          <w:u w:val="single"/>
        </w:rPr>
        <w:t xml:space="preserve">, not AI, </w:t>
      </w:r>
      <w:r>
        <w:rPr>
          <w:b/>
          <w:i w:val="0"/>
          <w:smallCaps w:val="0"/>
          <w:strike w:val="0"/>
          <w:sz w:val="20"/>
          <w:highlight w:val="cyan"/>
          <w:u w:val="single"/>
        </w:rPr>
        <w:t>generate</w:t>
      </w:r>
      <w:r>
        <w:rPr>
          <w:b w:val="0"/>
          <w:i w:val="0"/>
          <w:smallCaps w:val="0"/>
          <w:strike w:val="0"/>
          <w:sz w:val="20"/>
          <w:highlight w:val="cyan"/>
          <w:u w:val="single"/>
        </w:rPr>
        <w:t xml:space="preserve"> the threat. </w:t>
      </w:r>
      <w:r>
        <w:rPr>
          <w:b/>
          <w:i w:val="0"/>
          <w:smallCaps w:val="0"/>
          <w:strike w:val="0"/>
          <w:sz w:val="20"/>
          <w:highlight w:val="cyan"/>
          <w:u w:val="single"/>
        </w:rPr>
        <w:t>None</w:t>
      </w:r>
      <w:r>
        <w:rPr>
          <w:b w:val="0"/>
          <w:i w:val="0"/>
          <w:smallCaps w:val="0"/>
          <w:strike w:val="0"/>
          <w:sz w:val="20"/>
          <w:highlight w:val="cyan"/>
          <w:u w:val="single"/>
        </w:rPr>
        <w:t xml:space="preserve"> of these</w:t>
      </w:r>
      <w:r>
        <w:rPr>
          <w:b w:val="0"/>
          <w:i w:val="0"/>
          <w:smallCaps w:val="0"/>
          <w:strike w:val="0"/>
          <w:sz w:val="20"/>
          <w:u w:val="single"/>
        </w:rPr>
        <w:t xml:space="preserve"> threats </w:t>
      </w:r>
      <w:r>
        <w:rPr>
          <w:b w:val="0"/>
          <w:i w:val="0"/>
          <w:smallCaps w:val="0"/>
          <w:strike w:val="0"/>
          <w:sz w:val="20"/>
          <w:highlight w:val="cyan"/>
          <w:u w:val="single"/>
        </w:rPr>
        <w:t>pose a risk of</w:t>
      </w:r>
      <w:r>
        <w:rPr>
          <w:b w:val="0"/>
          <w:i w:val="0"/>
          <w:smallCaps w:val="0"/>
          <w:strike w:val="0"/>
          <w:sz w:val="20"/>
          <w:u w:val="single"/>
        </w:rPr>
        <w:t xml:space="preserve"> human </w:t>
      </w:r>
      <w:r>
        <w:rPr>
          <w:b/>
          <w:i w:val="0"/>
          <w:smallCaps w:val="0"/>
          <w:strike w:val="0"/>
          <w:sz w:val="20"/>
          <w:highlight w:val="cyan"/>
          <w:u w:val="single"/>
        </w:rPr>
        <w:t>extinction</w:t>
      </w:r>
      <w:r>
        <w:rPr>
          <w:b w:val="0"/>
          <w:i w:val="0"/>
          <w:smallCaps w:val="0"/>
          <w:strike w:val="0"/>
          <w:sz w:val="20"/>
          <w:u w:val="single"/>
        </w:rPr>
        <w:t xml:space="preserve">, unless </w:t>
      </w:r>
      <w:r>
        <w:rPr>
          <w:b/>
          <w:i w:val="0"/>
          <w:smallCaps w:val="0"/>
          <w:strike w:val="0"/>
          <w:sz w:val="20"/>
          <w:u w:val="single"/>
        </w:rPr>
        <w:t>humans themselves</w:t>
      </w:r>
      <w:r>
        <w:rPr>
          <w:b w:val="0"/>
          <w:i w:val="0"/>
          <w:smallCaps w:val="0"/>
          <w:strike w:val="0"/>
          <w:sz w:val="20"/>
          <w:u w:val="single"/>
        </w:rPr>
        <w:t xml:space="preserve"> are pursuing the goal of </w:t>
      </w:r>
      <w:r>
        <w:rPr>
          <w:b/>
          <w:i w:val="0"/>
          <w:smallCaps w:val="0"/>
          <w:strike w:val="0"/>
          <w:sz w:val="20"/>
          <w:u w:val="single"/>
        </w:rPr>
        <w:t>human extinction</w:t>
      </w:r>
      <w:r>
        <w:rPr>
          <w:b w:val="0"/>
          <w:i w:val="0"/>
          <w:smallCaps w:val="0"/>
          <w:strike w:val="0"/>
          <w:sz w:val="16"/>
          <w:u w:val="none"/>
        </w:rPr>
        <w:t>. War is the only scenario in which that is a plausible outcome.</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