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Psychoanalysis doesn’t disprove---drives, even if real, are </w:t>
      </w:r>
      <w:r>
        <w:rPr>
          <w:b/>
          <w:i w:val="0"/>
          <w:smallCaps w:val="0"/>
          <w:strike w:val="0"/>
          <w:u w:val="single"/>
        </w:rPr>
        <w:t>conflicting</w:t>
      </w:r>
      <w:r>
        <w:rPr>
          <w:b/>
          <w:i w:val="0"/>
          <w:smallCaps w:val="0"/>
          <w:strike w:val="0"/>
          <w:u w:val="none"/>
        </w:rPr>
        <w:t xml:space="preserve">. </w:t>
      </w:r>
    </w:p>
    <w:p>
      <w:pPr>
        <w:spacing w:after="80"/>
      </w:pPr>
      <w:r>
        <w:rPr>
          <w:b w:val="0"/>
          <w:i w:val="0"/>
          <w:smallCaps w:val="0"/>
          <w:strike w:val="0"/>
          <w:u w:val="none"/>
        </w:rPr>
        <w:t>---Conflicting drives---psychology proves single behavioral traits don’t dictate action because humans are complex and can’t be compelled by any single imperative</w:t>
      </w:r>
    </w:p>
    <w:p>
      <w:pPr>
        <w:spacing w:after="60"/>
      </w:pPr>
      <w:r>
        <w:rPr>
          <w:b w:val="0"/>
          <w:i w:val="0"/>
          <w:smallCaps w:val="0"/>
          <w:strike w:val="0"/>
          <w:u w:val="none"/>
        </w:rPr>
        <w:t xml:space="preserve">Adrian </w:t>
      </w:r>
      <w:r>
        <w:rPr>
          <w:b/>
          <w:i w:val="0"/>
          <w:smallCaps w:val="0"/>
          <w:strike w:val="0"/>
          <w:u w:val="none"/>
        </w:rPr>
        <w:t>Johnson 05</w:t>
      </w:r>
      <w:r>
        <w:rPr>
          <w:b w:val="0"/>
          <w:i w:val="0"/>
          <w:smallCaps w:val="0"/>
          <w:strike w:val="0"/>
          <w:u w:val="none"/>
        </w:rPr>
        <w:t>. PhD from SUNY-Stony Brook, Professor in the Department of Philosophy at the University of New Mexico at Albuquerque and a faculty member at the Emory Psychoanalytic Institute in Atlanta, “Time Driven: Metapsychology and the Splitting of the Drive,” p. 340-1</w:t>
      </w:r>
    </w:p>
    <w:p>
      <w:pPr>
        <w:spacing w:after="60"/>
      </w:pPr>
      <w:r>
        <w:rPr>
          <w:b w:val="0"/>
          <w:i w:val="0"/>
          <w:smallCaps w:val="0"/>
          <w:strike w:val="0"/>
          <w:sz w:val="22"/>
          <w:highlight w:val="cyan"/>
          <w:u w:val="single"/>
        </w:rPr>
        <w:t>Despite the</w:t>
      </w:r>
      <w:r>
        <w:rPr>
          <w:b w:val="0"/>
          <w:i w:val="0"/>
          <w:smallCaps w:val="0"/>
          <w:strike w:val="0"/>
          <w:sz w:val="12"/>
          <w:u w:val="none"/>
        </w:rPr>
        <w:t xml:space="preserve"> apparent </w:t>
      </w:r>
      <w:r>
        <w:rPr>
          <w:b/>
          <w:i w:val="0"/>
          <w:smallCaps w:val="0"/>
          <w:strike w:val="0"/>
          <w:sz w:val="22"/>
          <w:highlight w:val="cyan"/>
          <w:u w:val="single"/>
        </w:rPr>
        <w:t xml:space="preserve">bleakness and </w:t>
      </w:r>
      <w:r>
        <w:rPr>
          <w:b/>
          <w:i w:val="0"/>
          <w:smallCaps w:val="0"/>
          <w:strike w:val="0"/>
          <w:sz w:val="22"/>
          <w:highlight w:val="cyan"/>
          <w:u w:val="single"/>
        </w:rPr>
        <w:t>antiutopianism</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an assessment </w:t>
      </w:r>
      <w:r>
        <w:rPr>
          <w:b w:val="0"/>
          <w:i w:val="0"/>
          <w:smallCaps w:val="0"/>
          <w:strike w:val="0"/>
          <w:sz w:val="22"/>
          <w:highlight w:val="cyan"/>
          <w:u w:val="single"/>
        </w:rPr>
        <w:t>of human nature</w:t>
      </w:r>
      <w:r>
        <w:rPr>
          <w:b w:val="0"/>
          <w:i w:val="0"/>
          <w:smallCaps w:val="0"/>
          <w:strike w:val="0"/>
          <w:sz w:val="12"/>
          <w:u w:val="none"/>
        </w:rPr>
        <w:t xml:space="preserve"> as </w:t>
      </w:r>
      <w:r>
        <w:rPr>
          <w:b w:val="0"/>
          <w:i w:val="0"/>
          <w:smallCaps w:val="0"/>
          <w:strike w:val="0"/>
          <w:sz w:val="22"/>
          <w:u w:val="single"/>
        </w:rPr>
        <w:t xml:space="preserve">being </w:t>
      </w:r>
      <w:r>
        <w:rPr>
          <w:b w:val="0"/>
          <w:i w:val="0"/>
          <w:smallCaps w:val="0"/>
          <w:strike w:val="0"/>
          <w:sz w:val="22"/>
          <w:highlight w:val="cyan"/>
          <w:u w:val="single"/>
        </w:rPr>
        <w:t>perturbed by an irreducible inner antagonism</w:t>
      </w:r>
      <w:r>
        <w:rPr>
          <w:b w:val="0"/>
          <w:i w:val="0"/>
          <w:smallCaps w:val="0"/>
          <w:strike w:val="0"/>
          <w:sz w:val="12"/>
          <w:u w:val="none"/>
        </w:rPr>
        <w:t xml:space="preserve">, </w:t>
      </w:r>
      <w:r>
        <w:rPr>
          <w:b w:val="0"/>
          <w:i w:val="0"/>
          <w:smallCaps w:val="0"/>
          <w:strike w:val="0"/>
          <w:sz w:val="22"/>
          <w:u w:val="single"/>
        </w:rPr>
        <w:t>there is</w:t>
      </w:r>
      <w:r>
        <w:rPr>
          <w:b w:val="0"/>
          <w:i w:val="0"/>
          <w:smallCaps w:val="0"/>
          <w:strike w:val="0"/>
          <w:sz w:val="12"/>
          <w:u w:val="none"/>
        </w:rPr>
        <w:t xml:space="preserve">, surprisingly, what might be described as </w:t>
      </w:r>
      <w:r>
        <w:rPr>
          <w:b w:val="0"/>
          <w:i w:val="0"/>
          <w:smallCaps w:val="0"/>
          <w:strike w:val="0"/>
          <w:sz w:val="22"/>
          <w:u w:val="single"/>
        </w:rPr>
        <w:t>a liberating aspect to</w:t>
      </w:r>
      <w:r>
        <w:rPr>
          <w:b w:val="0"/>
          <w:i w:val="0"/>
          <w:smallCaps w:val="0"/>
          <w:strike w:val="0"/>
          <w:sz w:val="12"/>
          <w:u w:val="none"/>
        </w:rPr>
        <w:t xml:space="preserve"> this </w:t>
      </w:r>
      <w:r>
        <w:rPr>
          <w:b w:val="0"/>
          <w:i w:val="0"/>
          <w:smallCaps w:val="0"/>
          <w:strike w:val="0"/>
          <w:sz w:val="22"/>
          <w:u w:val="single"/>
        </w:rPr>
        <w:t>splitting</w:t>
      </w:r>
      <w:r>
        <w:rPr>
          <w:b w:val="0"/>
          <w:i w:val="0"/>
          <w:smallCaps w:val="0"/>
          <w:strike w:val="0"/>
          <w:sz w:val="12"/>
          <w:u w:val="none"/>
        </w:rPr>
        <w:t xml:space="preserve"> </w:t>
      </w:r>
      <w:r>
        <w:rPr>
          <w:b w:val="0"/>
          <w:i w:val="0"/>
          <w:smallCaps w:val="0"/>
          <w:strike w:val="0"/>
          <w:sz w:val="22"/>
          <w:highlight w:val="cyan"/>
          <w:u w:val="single"/>
        </w:rPr>
        <w:t>of the drives</w:t>
      </w:r>
      <w:r>
        <w:rPr>
          <w:b w:val="0"/>
          <w:i w:val="0"/>
          <w:smallCaps w:val="0"/>
          <w:strike w:val="0"/>
          <w:sz w:val="12"/>
          <w:u w:val="none"/>
        </w:rPr>
        <w:t xml:space="preserve">. </w:t>
      </w:r>
      <w:r>
        <w:rPr>
          <w:b w:val="0"/>
          <w:i w:val="0"/>
          <w:smallCaps w:val="0"/>
          <w:strike w:val="0"/>
          <w:sz w:val="22"/>
          <w:highlight w:val="cyan"/>
          <w:u w:val="single"/>
        </w:rPr>
        <w:t>Since drives are</w:t>
      </w:r>
      <w:r>
        <w:rPr>
          <w:b w:val="0"/>
          <w:i w:val="0"/>
          <w:smallCaps w:val="0"/>
          <w:strike w:val="0"/>
          <w:sz w:val="22"/>
          <w:u w:val="single"/>
        </w:rPr>
        <w:t xml:space="preserve"> </w:t>
      </w:r>
      <w:r>
        <w:rPr>
          <w:b w:val="0"/>
          <w:i w:val="0"/>
          <w:smallCaps w:val="0"/>
          <w:strike w:val="0"/>
          <w:sz w:val="22"/>
          <w:highlight w:val="cyan"/>
          <w:u w:val="single"/>
        </w:rPr>
        <w:t>essentially dysfunctional</w:t>
      </w:r>
      <w:r>
        <w:rPr>
          <w:b w:val="0"/>
          <w:i w:val="0"/>
          <w:smallCaps w:val="0"/>
          <w:strike w:val="0"/>
          <w:sz w:val="12"/>
          <w:u w:val="none"/>
        </w:rPr>
        <w:t xml:space="preserve">, </w:t>
      </w:r>
      <w:r>
        <w:rPr>
          <w:b/>
          <w:i w:val="0"/>
          <w:smallCaps w:val="0"/>
          <w:strike w:val="0"/>
          <w:sz w:val="22"/>
          <w:highlight w:val="cyan"/>
          <w:u w:val="single"/>
        </w:rPr>
        <w:t xml:space="preserve">subjects </w:t>
      </w:r>
      <w:r>
        <w:rPr>
          <w:b/>
          <w:i w:val="0"/>
          <w:smallCaps w:val="0"/>
          <w:strike w:val="0"/>
          <w:sz w:val="22"/>
          <w:highlight w:val="cyan"/>
          <w:u w:val="single"/>
        </w:rPr>
        <w:t>are able to</w:t>
      </w:r>
      <w:r>
        <w:rPr>
          <w:b/>
          <w:i w:val="0"/>
          <w:smallCaps w:val="0"/>
          <w:strike w:val="0"/>
          <w:sz w:val="22"/>
          <w:highlight w:val="cyan"/>
          <w:u w:val="single"/>
        </w:rPr>
        <w:t xml:space="preserve"> act otherwise </w:t>
      </w:r>
      <w:r>
        <w:rPr>
          <w:b/>
          <w:i w:val="0"/>
          <w:smallCaps w:val="0"/>
          <w:strike w:val="0"/>
          <w:sz w:val="22"/>
          <w:highlight w:val="cyan"/>
          <w:u w:val="single"/>
        </w:rPr>
        <w:t>than as</w:t>
      </w:r>
      <w:r>
        <w:rPr>
          <w:b/>
          <w:i w:val="0"/>
          <w:smallCaps w:val="0"/>
          <w:strike w:val="0"/>
          <w:sz w:val="22"/>
          <w:highlight w:val="cyan"/>
          <w:u w:val="single"/>
        </w:rPr>
        <w:t xml:space="preserve"> would be dictated</w:t>
      </w:r>
      <w:r>
        <w:rPr>
          <w:b w:val="0"/>
          <w:i w:val="0"/>
          <w:smallCaps w:val="0"/>
          <w:strike w:val="0"/>
          <w:sz w:val="12"/>
          <w:u w:val="none"/>
        </w:rPr>
        <w:t xml:space="preserve"> </w:t>
      </w:r>
      <w:r>
        <w:rPr>
          <w:b w:val="0"/>
          <w:i w:val="0"/>
          <w:smallCaps w:val="0"/>
          <w:strike w:val="0"/>
          <w:sz w:val="22"/>
          <w:highlight w:val="cyan"/>
          <w:u w:val="single"/>
        </w:rPr>
        <w:t>by</w:t>
      </w:r>
      <w:r>
        <w:rPr>
          <w:b w:val="0"/>
          <w:i w:val="0"/>
          <w:smallCaps w:val="0"/>
          <w:strike w:val="0"/>
          <w:sz w:val="12"/>
          <w:u w:val="none"/>
        </w:rPr>
        <w:t xml:space="preserve"> instinctually </w:t>
      </w:r>
      <w:r>
        <w:rPr>
          <w:b w:val="0"/>
          <w:i w:val="0"/>
          <w:smallCaps w:val="0"/>
          <w:strike w:val="0"/>
          <w:sz w:val="22"/>
          <w:highlight w:val="cyan"/>
          <w:u w:val="single"/>
        </w:rPr>
        <w:t>compelled</w:t>
      </w:r>
      <w:r>
        <w:rPr>
          <w:b w:val="0"/>
          <w:i w:val="0"/>
          <w:smallCaps w:val="0"/>
          <w:strike w:val="0"/>
          <w:sz w:val="22"/>
          <w:u w:val="single"/>
        </w:rPr>
        <w:t xml:space="preserve"> pursuits of </w:t>
      </w:r>
      <w:r>
        <w:rPr>
          <w:b/>
          <w:i w:val="0"/>
          <w:smallCaps w:val="0"/>
          <w:strike w:val="0"/>
          <w:sz w:val="22"/>
          <w:highlight w:val="cyan"/>
          <w:u w:val="single"/>
        </w:rPr>
        <w:t>gratification, satisfaction, and pleasure</w:t>
      </w:r>
      <w:r>
        <w:rPr>
          <w:b w:val="0"/>
          <w:i w:val="0"/>
          <w:smallCaps w:val="0"/>
          <w:strike w:val="0"/>
          <w:sz w:val="12"/>
          <w:u w:val="none"/>
        </w:rPr>
        <w:t xml:space="preserve">. In fact, </w:t>
      </w:r>
      <w:r>
        <w:rPr>
          <w:b/>
          <w:i w:val="0"/>
          <w:smallCaps w:val="0"/>
          <w:strike w:val="0"/>
          <w:sz w:val="22"/>
          <w:highlight w:val="cyan"/>
          <w:u w:val="single"/>
        </w:rPr>
        <w:t>subjects are forced to be free</w:t>
      </w:r>
      <w:r>
        <w:rPr>
          <w:b w:val="0"/>
          <w:i w:val="0"/>
          <w:smallCaps w:val="0"/>
          <w:strike w:val="0"/>
          <w:sz w:val="12"/>
          <w:u w:val="none"/>
        </w:rPr>
        <w:t xml:space="preserve">, </w:t>
      </w:r>
      <w:r>
        <w:rPr>
          <w:b w:val="0"/>
          <w:i w:val="0"/>
          <w:smallCaps w:val="0"/>
          <w:strike w:val="0"/>
          <w:sz w:val="22"/>
          <w:u w:val="single"/>
        </w:rPr>
        <w:t>since</w:t>
      </w:r>
      <w:r>
        <w:rPr>
          <w:b w:val="0"/>
          <w:i w:val="0"/>
          <w:smallCaps w:val="0"/>
          <w:strike w:val="0"/>
          <w:sz w:val="12"/>
          <w:u w:val="none"/>
        </w:rPr>
        <w:t xml:space="preserve">, for such beings, </w:t>
      </w:r>
      <w:r>
        <w:rPr>
          <w:b w:val="0"/>
          <w:i w:val="0"/>
          <w:smallCaps w:val="0"/>
          <w:strike w:val="0"/>
          <w:sz w:val="22"/>
          <w:u w:val="single"/>
        </w:rPr>
        <w:t>the mandate of nature is forever missing</w:t>
      </w:r>
      <w:r>
        <w:rPr>
          <w:b w:val="0"/>
          <w:i w:val="0"/>
          <w:smallCaps w:val="0"/>
          <w:strike w:val="0"/>
          <w:sz w:val="12"/>
          <w:u w:val="none"/>
        </w:rPr>
        <w:t xml:space="preserve">. </w:t>
      </w:r>
      <w:r>
        <w:rPr>
          <w:b w:val="0"/>
          <w:i w:val="0"/>
          <w:smallCaps w:val="0"/>
          <w:strike w:val="0"/>
          <w:sz w:val="22"/>
          <w:u w:val="single"/>
        </w:rPr>
        <w:t>Severed from a strictly biological master-program</w:t>
      </w:r>
      <w:r>
        <w:rPr>
          <w:b w:val="0"/>
          <w:i w:val="0"/>
          <w:smallCaps w:val="0"/>
          <w:strike w:val="0"/>
          <w:sz w:val="12"/>
          <w:u w:val="none"/>
        </w:rPr>
        <w:t xml:space="preserve"> and saddled with a conflict-ridden, heterogeneous jumble of contradictory impulses—</w:t>
      </w:r>
      <w:r>
        <w:rPr>
          <w:b w:val="0"/>
          <w:i w:val="0"/>
          <w:smallCaps w:val="0"/>
          <w:strike w:val="0"/>
          <w:sz w:val="22"/>
          <w:u w:val="single"/>
        </w:rPr>
        <w:t>impulses mediated by an inconsistent, unstable web of multiple representations</w:t>
      </w:r>
      <w:r>
        <w:rPr>
          <w:b w:val="0"/>
          <w:i w:val="0"/>
          <w:smallCaps w:val="0"/>
          <w:strike w:val="0"/>
          <w:sz w:val="12"/>
          <w:u w:val="none"/>
        </w:rPr>
        <w:t xml:space="preserve">, indicated by Lacan's “barring” of the Symbolic Other—the </w:t>
      </w:r>
      <w:r>
        <w:rPr>
          <w:b w:val="0"/>
          <w:i w:val="0"/>
          <w:smallCaps w:val="0"/>
          <w:strike w:val="0"/>
          <w:sz w:val="12"/>
          <w:u w:val="none"/>
        </w:rPr>
        <w:t>parlêtre</w:t>
      </w:r>
      <w:r>
        <w:rPr>
          <w:b w:val="0"/>
          <w:i w:val="0"/>
          <w:smallCaps w:val="0"/>
          <w:strike w:val="0"/>
          <w:sz w:val="12"/>
          <w:u w:val="none"/>
        </w:rPr>
        <w:t xml:space="preserve"> </w:t>
      </w:r>
      <w:r>
        <w:rPr>
          <w:b w:val="0"/>
          <w:i w:val="0"/>
          <w:smallCaps w:val="0"/>
          <w:strike w:val="0"/>
          <w:sz w:val="22"/>
          <w:u w:val="single"/>
        </w:rPr>
        <w:t>has no choice but to bump up against the unnatural void of its autonomy</w:t>
      </w:r>
      <w:r>
        <w:rPr>
          <w:b w:val="0"/>
          <w:i w:val="0"/>
          <w:smallCaps w:val="0"/>
          <w:strike w:val="0"/>
          <w:sz w:val="12"/>
          <w:u w:val="none"/>
        </w:rPr>
        <w:t xml:space="preserve">. </w:t>
      </w:r>
      <w:r>
        <w:rPr>
          <w:b w:val="0"/>
          <w:i w:val="0"/>
          <w:smallCaps w:val="0"/>
          <w:strike w:val="0"/>
          <w:sz w:val="12"/>
          <w:u w:val="none"/>
        </w:rPr>
        <w:t>The confrontation</w:t>
      </w:r>
      <w:r>
        <w:rPr>
          <w:b w:val="0"/>
          <w:i w:val="0"/>
          <w:smallCaps w:val="0"/>
          <w:strike w:val="0"/>
          <w:sz w:val="12"/>
          <w:u w:val="none"/>
        </w:rPr>
        <w:t xml:space="preserve"> with this void is frequently avoided. The true extent of one's autonomy is, due to its sometimes-frightening implications, just as often relegated to the shadows of the unconscious as those heteronomous factors secretly shaping conscious thought and behavior. </w:t>
      </w:r>
      <w:r>
        <w:rPr>
          <w:b w:val="0"/>
          <w:i w:val="0"/>
          <w:smallCaps w:val="0"/>
          <w:strike w:val="0"/>
          <w:sz w:val="22"/>
          <w:u w:val="single"/>
        </w:rPr>
        <w:t xml:space="preserve">The </w:t>
      </w:r>
      <w:r>
        <w:rPr>
          <w:b w:val="0"/>
          <w:i w:val="0"/>
          <w:smallCaps w:val="0"/>
          <w:strike w:val="0"/>
          <w:sz w:val="22"/>
          <w:highlight w:val="cyan"/>
          <w:u w:val="single"/>
        </w:rPr>
        <w:t>contradictions arising from the</w:t>
      </w:r>
      <w:r>
        <w:rPr>
          <w:b w:val="0"/>
          <w:i w:val="0"/>
          <w:smallCaps w:val="0"/>
          <w:strike w:val="0"/>
          <w:sz w:val="22"/>
          <w:u w:val="single"/>
        </w:rPr>
        <w:t xml:space="preserve"> </w:t>
      </w:r>
      <w:r>
        <w:rPr>
          <w:b/>
          <w:i w:val="0"/>
          <w:smallCaps w:val="0"/>
          <w:strike w:val="0"/>
          <w:sz w:val="22"/>
          <w:highlight w:val="cyan"/>
          <w:u w:val="single"/>
        </w:rPr>
        <w:t>conflicts internal to the libidinal economy</w:t>
      </w:r>
      <w:r>
        <w:rPr>
          <w:b w:val="0"/>
          <w:i w:val="0"/>
          <w:smallCaps w:val="0"/>
          <w:strike w:val="0"/>
          <w:sz w:val="22"/>
          <w:u w:val="single"/>
        </w:rPr>
        <w:t xml:space="preserve"> </w:t>
      </w:r>
      <w:r>
        <w:rPr>
          <w:b w:val="0"/>
          <w:i w:val="0"/>
          <w:smallCaps w:val="0"/>
          <w:strike w:val="0"/>
          <w:sz w:val="22"/>
          <w:highlight w:val="cyan"/>
          <w:u w:val="single"/>
        </w:rPr>
        <w:t>mark</w:t>
      </w:r>
      <w:r>
        <w:rPr>
          <w:b w:val="0"/>
          <w:i w:val="0"/>
          <w:smallCaps w:val="0"/>
          <w:strike w:val="0"/>
          <w:sz w:val="22"/>
          <w:u w:val="single"/>
        </w:rPr>
        <w:t xml:space="preserve"> the </w:t>
      </w:r>
      <w:r>
        <w:rPr>
          <w:b w:val="0"/>
          <w:i w:val="0"/>
          <w:smallCaps w:val="0"/>
          <w:strike w:val="0"/>
          <w:sz w:val="22"/>
          <w:highlight w:val="cyan"/>
          <w:u w:val="single"/>
        </w:rPr>
        <w:t xml:space="preserve">precise places where a </w:t>
      </w:r>
      <w:r>
        <w:rPr>
          <w:b/>
          <w:i w:val="0"/>
          <w:smallCaps w:val="0"/>
          <w:strike w:val="0"/>
          <w:sz w:val="22"/>
          <w:highlight w:val="cyan"/>
          <w:u w:val="single"/>
        </w:rPr>
        <w:t>freedom transcending mundane materiality has a chance</w:t>
      </w:r>
      <w:r>
        <w:rPr>
          <w:b w:val="0"/>
          <w:i w:val="0"/>
          <w:smallCaps w:val="0"/>
          <w:strike w:val="0"/>
          <w:sz w:val="22"/>
          <w:u w:val="single"/>
        </w:rPr>
        <w:t xml:space="preserve"> briefly to flash into effective existence</w:t>
      </w:r>
      <w:r>
        <w:rPr>
          <w:b w:val="0"/>
          <w:i w:val="0"/>
          <w:smallCaps w:val="0"/>
          <w:strike w:val="0"/>
          <w:sz w:val="12"/>
          <w:u w:val="none"/>
        </w:rPr>
        <w:t xml:space="preserve">; </w:t>
      </w:r>
      <w:r>
        <w:rPr>
          <w:b w:val="0"/>
          <w:i w:val="0"/>
          <w:smallCaps w:val="0"/>
          <w:strike w:val="0"/>
          <w:sz w:val="22"/>
          <w:u w:val="single"/>
        </w:rPr>
        <w:t xml:space="preserve">such </w:t>
      </w:r>
      <w:r>
        <w:rPr>
          <w:b w:val="0"/>
          <w:i w:val="0"/>
          <w:smallCaps w:val="0"/>
          <w:strike w:val="0"/>
          <w:sz w:val="22"/>
          <w:highlight w:val="cyan"/>
          <w:u w:val="single"/>
        </w:rPr>
        <w:t xml:space="preserve">points of </w:t>
      </w:r>
      <w:r>
        <w:rPr>
          <w:b/>
          <w:i w:val="0"/>
          <w:smallCaps w:val="0"/>
          <w:strike w:val="0"/>
          <w:sz w:val="22"/>
          <w:highlight w:val="cyan"/>
          <w:u w:val="single"/>
        </w:rPr>
        <w:t>breakdown in the deterministic nexus of the drives</w:t>
      </w:r>
      <w:r>
        <w:rPr>
          <w:b w:val="0"/>
          <w:i w:val="0"/>
          <w:smallCaps w:val="0"/>
          <w:strike w:val="0"/>
          <w:sz w:val="22"/>
          <w:u w:val="single"/>
        </w:rPr>
        <w:t xml:space="preserve"> </w:t>
      </w:r>
      <w:r>
        <w:rPr>
          <w:b w:val="0"/>
          <w:i w:val="0"/>
          <w:smallCaps w:val="0"/>
          <w:strike w:val="0"/>
          <w:sz w:val="22"/>
          <w:highlight w:val="cyan"/>
          <w:u w:val="single"/>
        </w:rPr>
        <w:t xml:space="preserve">clear the space for the </w:t>
      </w:r>
      <w:r>
        <w:rPr>
          <w:b/>
          <w:i w:val="0"/>
          <w:smallCaps w:val="0"/>
          <w:strike w:val="0"/>
          <w:sz w:val="22"/>
          <w:highlight w:val="cyan"/>
          <w:u w:val="single"/>
        </w:rPr>
        <w:t>sudden emergence of something other than</w:t>
      </w:r>
      <w:r>
        <w:rPr>
          <w:b/>
          <w:i w:val="0"/>
          <w:smallCaps w:val="0"/>
          <w:strike w:val="0"/>
          <w:sz w:val="22"/>
          <w:u w:val="single"/>
        </w:rPr>
        <w:t xml:space="preserve"> the </w:t>
      </w:r>
      <w:r>
        <w:rPr>
          <w:b/>
          <w:i w:val="0"/>
          <w:smallCaps w:val="0"/>
          <w:strike w:val="0"/>
          <w:sz w:val="22"/>
          <w:highlight w:val="cyan"/>
          <w:u w:val="single"/>
        </w:rPr>
        <w:t>smooth continuation</w:t>
      </w:r>
      <w:r>
        <w:rPr>
          <w:b w:val="0"/>
          <w:i w:val="0"/>
          <w:smallCaps w:val="0"/>
          <w:strike w:val="0"/>
          <w:sz w:val="22"/>
          <w:u w:val="single"/>
        </w:rPr>
        <w:t xml:space="preserve"> of the default physical and </w:t>
      </w:r>
      <w:r>
        <w:rPr>
          <w:b w:val="0"/>
          <w:i w:val="0"/>
          <w:smallCaps w:val="0"/>
          <w:strike w:val="0"/>
          <w:sz w:val="22"/>
          <w:u w:val="single"/>
        </w:rPr>
        <w:t>sociopsychical</w:t>
      </w:r>
      <w:r>
        <w:rPr>
          <w:b w:val="0"/>
          <w:i w:val="0"/>
          <w:smallCaps w:val="0"/>
          <w:strike w:val="0"/>
          <w:sz w:val="22"/>
          <w:u w:val="single"/>
        </w:rPr>
        <w:t xml:space="preserve"> “run of things.”</w:t>
      </w:r>
      <w:r>
        <w:rPr>
          <w:b w:val="0"/>
          <w:i w:val="0"/>
          <w:smallCaps w:val="0"/>
          <w:strike w:val="0"/>
          <w:sz w:val="12"/>
          <w:u w:val="none"/>
        </w:rPr>
        <w:t xml:space="preserve"> Moreover, </w:t>
      </w:r>
      <w:r>
        <w:rPr>
          <w:b w:val="0"/>
          <w:i w:val="0"/>
          <w:smallCaps w:val="0"/>
          <w:strike w:val="0"/>
          <w:sz w:val="22"/>
          <w:u w:val="single"/>
        </w:rPr>
        <w:t>if the drives were fully functional</w:t>
      </w:r>
      <w:r>
        <w:rPr>
          <w:b w:val="0"/>
          <w:i w:val="0"/>
          <w:smallCaps w:val="0"/>
          <w:strike w:val="0"/>
          <w:sz w:val="12"/>
          <w:u w:val="none"/>
        </w:rPr>
        <w:t xml:space="preserve">—and, hence, would not prompt a mobilization of a series of defensive distancing mechanisms struggling to transcend this threatening </w:t>
      </w:r>
      <w:r>
        <w:rPr>
          <w:b w:val="0"/>
          <w:i w:val="0"/>
          <w:smallCaps w:val="0"/>
          <w:strike w:val="0"/>
          <w:sz w:val="12"/>
          <w:u w:val="none"/>
        </w:rPr>
        <w:t>corpo</w:t>
      </w:r>
      <w:r>
        <w:rPr>
          <w:b w:val="0"/>
          <w:i w:val="0"/>
          <w:smallCaps w:val="0"/>
          <w:strike w:val="0"/>
          <w:sz w:val="12"/>
          <w:u w:val="none"/>
        </w:rPr>
        <w:t>-Real—</w:t>
      </w:r>
      <w:r>
        <w:rPr>
          <w:b w:val="0"/>
          <w:i w:val="0"/>
          <w:smallCaps w:val="0"/>
          <w:strike w:val="0"/>
          <w:sz w:val="22"/>
          <w:u w:val="single"/>
        </w:rPr>
        <w:t>humans would be animalistic automatons</w:t>
      </w:r>
      <w:r>
        <w:rPr>
          <w:b w:val="0"/>
          <w:i w:val="0"/>
          <w:smallCaps w:val="0"/>
          <w:strike w:val="0"/>
          <w:sz w:val="12"/>
          <w:u w:val="none"/>
        </w:rPr>
        <w:t xml:space="preserve">, namely, </w:t>
      </w:r>
      <w:r>
        <w:rPr>
          <w:b w:val="0"/>
          <w:i w:val="0"/>
          <w:smallCaps w:val="0"/>
          <w:strike w:val="0"/>
          <w:sz w:val="22"/>
          <w:u w:val="single"/>
        </w:rPr>
        <w:t>creatures of nature</w:t>
      </w:r>
      <w:r>
        <w:rPr>
          <w:b w:val="0"/>
          <w:i w:val="0"/>
          <w:smallCaps w:val="0"/>
          <w:strike w:val="0"/>
          <w:sz w:val="12"/>
          <w:u w:val="none"/>
        </w:rPr>
        <w:t xml:space="preserve">. </w:t>
      </w:r>
      <w:r>
        <w:rPr>
          <w:b/>
          <w:i w:val="0"/>
          <w:smallCaps w:val="0"/>
          <w:strike w:val="0"/>
          <w:sz w:val="22"/>
          <w:highlight w:val="cyan"/>
          <w:u w:val="single"/>
        </w:rPr>
        <w:t>The pain of a malfunctioning</w:t>
      </w:r>
      <w:r>
        <w:rPr>
          <w:b/>
          <w:i w:val="0"/>
          <w:smallCaps w:val="0"/>
          <w:strike w:val="0"/>
          <w:sz w:val="22"/>
          <w:u w:val="single"/>
        </w:rPr>
        <w:t xml:space="preserve">, internally conflicted </w:t>
      </w:r>
      <w:r>
        <w:rPr>
          <w:b/>
          <w:i w:val="0"/>
          <w:smallCaps w:val="0"/>
          <w:strike w:val="0"/>
          <w:sz w:val="22"/>
          <w:highlight w:val="cyan"/>
          <w:u w:val="single"/>
        </w:rPr>
        <w:t>libidinal economy</w:t>
      </w:r>
      <w:r>
        <w:rPr>
          <w:b w:val="0"/>
          <w:i w:val="0"/>
          <w:smallCaps w:val="0"/>
          <w:strike w:val="0"/>
          <w:sz w:val="12"/>
          <w:u w:val="none"/>
        </w:rPr>
        <w:t xml:space="preserve"> </w:t>
      </w:r>
      <w:r>
        <w:rPr>
          <w:b w:val="0"/>
          <w:i w:val="0"/>
          <w:smallCaps w:val="0"/>
          <w:strike w:val="0"/>
          <w:sz w:val="22"/>
          <w:highlight w:val="cyan"/>
          <w:u w:val="single"/>
        </w:rPr>
        <w:t xml:space="preserve">is a discomfort signaling a </w:t>
      </w:r>
      <w:r>
        <w:rPr>
          <w:b/>
          <w:i w:val="0"/>
          <w:smallCaps w:val="0"/>
          <w:strike w:val="0"/>
          <w:sz w:val="22"/>
          <w:highlight w:val="cyan"/>
          <w:u w:val="single"/>
        </w:rPr>
        <w:t>capacity to be an autonomous subject</w:t>
      </w:r>
      <w:r>
        <w:rPr>
          <w:b w:val="0"/>
          <w:i w:val="0"/>
          <w:smallCaps w:val="0"/>
          <w:strike w:val="0"/>
          <w:sz w:val="12"/>
          <w:u w:val="none"/>
        </w:rPr>
        <w:t xml:space="preserve">. This is a pain even more essential to human autonomy than what Kant identifies as the guilt-inducing burden of duty and its corresponding pangs of anxious, awe-inspiring respect. Whereas Kant treats the discomfort associated with duty as a symptom-effect of a transcendental freedom inherent to rational beings, the reverse might (also) be the case: Such freedom is the symptom-effect of a discomfort inherent to libidinal beings. Completely “curing” individuals of this discomfort, even if it were possible, would be tantamount to divesting them, whether they realize it or not, of an essential feature of their dignity as subjects. </w:t>
      </w:r>
      <w:r>
        <w:rPr>
          <w:b w:val="0"/>
          <w:i w:val="0"/>
          <w:smallCaps w:val="0"/>
          <w:strike w:val="0"/>
          <w:sz w:val="22"/>
          <w:u w:val="single"/>
        </w:rPr>
        <w:t>As Lacan might phrase it, the split Trieb is</w:t>
      </w:r>
      <w:r>
        <w:rPr>
          <w:b w:val="0"/>
          <w:i w:val="0"/>
          <w:smallCaps w:val="0"/>
          <w:strike w:val="0"/>
          <w:sz w:val="12"/>
          <w:u w:val="none"/>
        </w:rPr>
        <w:t xml:space="preserve"> the </w:t>
      </w:r>
      <w:r>
        <w:rPr>
          <w:b w:val="0"/>
          <w:i w:val="0"/>
          <w:smallCaps w:val="0"/>
          <w:strike w:val="0"/>
          <w:sz w:val="12"/>
          <w:u w:val="none"/>
        </w:rPr>
        <w:t>sinthome</w:t>
      </w:r>
      <w:r>
        <w:rPr>
          <w:b w:val="0"/>
          <w:i w:val="0"/>
          <w:smallCaps w:val="0"/>
          <w:strike w:val="0"/>
          <w:sz w:val="12"/>
          <w:u w:val="none"/>
        </w:rPr>
        <w:t xml:space="preserve"> of </w:t>
      </w:r>
      <w:r>
        <w:rPr>
          <w:b w:val="0"/>
          <w:i w:val="0"/>
          <w:smallCaps w:val="0"/>
          <w:strike w:val="0"/>
          <w:sz w:val="22"/>
          <w:u w:val="single"/>
        </w:rPr>
        <w:t>subjectivity proper</w:t>
      </w:r>
      <w:r>
        <w:rPr>
          <w:b w:val="0"/>
          <w:i w:val="0"/>
          <w:smallCaps w:val="0"/>
          <w:strike w:val="0"/>
          <w:sz w:val="12"/>
          <w:u w:val="none"/>
        </w:rPr>
        <w:t xml:space="preserve">, </w:t>
      </w:r>
      <w:r>
        <w:rPr>
          <w:b w:val="0"/>
          <w:i w:val="0"/>
          <w:smallCaps w:val="0"/>
          <w:strike w:val="0"/>
          <w:sz w:val="22"/>
          <w:u w:val="single"/>
        </w:rPr>
        <w:t>the source of a suffering that</w:t>
      </w:r>
      <w:r>
        <w:rPr>
          <w:b w:val="0"/>
          <w:i w:val="0"/>
          <w:smallCaps w:val="0"/>
          <w:strike w:val="0"/>
          <w:sz w:val="12"/>
          <w:u w:val="none"/>
        </w:rPr>
        <w:t xml:space="preserve">, </w:t>
      </w:r>
      <w:r>
        <w:rPr>
          <w:b w:val="0"/>
          <w:i w:val="0"/>
          <w:smallCaps w:val="0"/>
          <w:strike w:val="0"/>
          <w:sz w:val="22"/>
          <w:u w:val="single"/>
        </w:rPr>
        <w:t>were it</w:t>
      </w:r>
      <w:r>
        <w:rPr>
          <w:b w:val="0"/>
          <w:i w:val="0"/>
          <w:smallCaps w:val="0"/>
          <w:strike w:val="0"/>
          <w:sz w:val="12"/>
          <w:u w:val="none"/>
        </w:rPr>
        <w:t xml:space="preserve"> to be </w:t>
      </w:r>
      <w:r>
        <w:rPr>
          <w:b w:val="0"/>
          <w:i w:val="0"/>
          <w:smallCaps w:val="0"/>
          <w:strike w:val="0"/>
          <w:sz w:val="12"/>
          <w:u w:val="none"/>
        </w:rPr>
        <w:t xml:space="preserve">entirely </w:t>
      </w:r>
      <w:r>
        <w:rPr>
          <w:b w:val="0"/>
          <w:i w:val="0"/>
          <w:smallCaps w:val="0"/>
          <w:strike w:val="0"/>
          <w:sz w:val="22"/>
          <w:u w:val="single"/>
        </w:rPr>
        <w:t>eliminated</w:t>
      </w:r>
      <w:r>
        <w:rPr>
          <w:b w:val="0"/>
          <w:i w:val="0"/>
          <w:smallCaps w:val="0"/>
          <w:strike w:val="0"/>
          <w:sz w:val="22"/>
          <w:u w:val="single"/>
        </w:rPr>
        <w:t>, would entail the utter dissolution of subjectivity itself</w:t>
      </w:r>
      <w:r>
        <w:rPr>
          <w:b w:val="0"/>
          <w:i w:val="0"/>
          <w:smallCaps w:val="0"/>
          <w:strike w:val="0"/>
          <w:sz w:val="12"/>
          <w:u w:val="none"/>
        </w:rPr>
        <w:t xml:space="preserve">. </w:t>
      </w:r>
      <w:r>
        <w:rPr>
          <w:b/>
          <w:i w:val="0"/>
          <w:smallCaps w:val="0"/>
          <w:strike w:val="0"/>
          <w:sz w:val="22"/>
          <w:highlight w:val="cyan"/>
          <w:u w:val="single"/>
        </w:rPr>
        <w:t>Humanity is free</w:t>
      </w:r>
      <w:r>
        <w:rPr>
          <w:b/>
          <w:i w:val="0"/>
          <w:smallCaps w:val="0"/>
          <w:strike w:val="0"/>
          <w:sz w:val="22"/>
          <w:u w:val="single"/>
        </w:rPr>
        <w:t xml:space="preserve"> precisely </w:t>
      </w:r>
      <w:r>
        <w:rPr>
          <w:b/>
          <w:i w:val="0"/>
          <w:smallCaps w:val="0"/>
          <w:strike w:val="0"/>
          <w:sz w:val="22"/>
          <w:highlight w:val="cyan"/>
          <w:u w:val="single"/>
        </w:rPr>
        <w:t>insofar as its</w:t>
      </w:r>
      <w:r>
        <w:rPr>
          <w:b/>
          <w:i w:val="0"/>
          <w:smallCaps w:val="0"/>
          <w:strike w:val="0"/>
          <w:sz w:val="22"/>
          <w:u w:val="single"/>
        </w:rPr>
        <w:t xml:space="preserve"> pleasures are far from perfection</w:t>
      </w:r>
      <w:r>
        <w:rPr>
          <w:b w:val="0"/>
          <w:i w:val="0"/>
          <w:smallCaps w:val="0"/>
          <w:strike w:val="0"/>
          <w:sz w:val="12"/>
          <w:u w:val="none"/>
        </w:rPr>
        <w:t xml:space="preserve">, insofar as </w:t>
      </w:r>
      <w:r>
        <w:rPr>
          <w:b/>
          <w:i w:val="0"/>
          <w:smallCaps w:val="0"/>
          <w:strike w:val="0"/>
          <w:sz w:val="22"/>
          <w:u w:val="single"/>
        </w:rPr>
        <w:t xml:space="preserve">its </w:t>
      </w:r>
      <w:r>
        <w:rPr>
          <w:b/>
          <w:i w:val="0"/>
          <w:smallCaps w:val="0"/>
          <w:strike w:val="0"/>
          <w:sz w:val="22"/>
          <w:highlight w:val="cyan"/>
          <w:u w:val="single"/>
        </w:rPr>
        <w:t>enjoyment is never absolute</w:t>
      </w:r>
      <w:r>
        <w:rPr>
          <w:b w:val="0"/>
          <w:i w:val="0"/>
          <w:smallCaps w:val="0"/>
          <w:strike w:val="0"/>
          <w:sz w:val="12"/>
          <w:u w:val="none"/>
        </w:rPr>
        <w:t>.</w:t>
      </w:r>
    </w:p>
    <w:p>
      <w:pPr>
        <w:pStyle w:val="Caption"/>
      </w:pPr>
      <w:r>
        <w:t>Source: K vs K Aff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