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‘Flight logs’ are </w:t>
      </w:r>
      <w:r>
        <w:rPr>
          <w:b/>
          <w:i w:val="0"/>
          <w:smallCaps w:val="0"/>
          <w:strike w:val="0"/>
          <w:u w:val="single"/>
        </w:rPr>
        <w:t>wrong</w:t>
      </w:r>
      <w:r>
        <w:rPr>
          <w:b/>
          <w:i w:val="0"/>
          <w:smallCaps w:val="0"/>
          <w:strike w:val="0"/>
          <w:u w:val="none"/>
        </w:rPr>
        <w:t xml:space="preserve">. </w:t>
      </w:r>
    </w:p>
    <w:p>
      <w:pPr>
        <w:spacing w:after="80"/>
      </w:pPr>
      <w:r>
        <w:rPr>
          <w:b/>
          <w:i w:val="0"/>
          <w:smallCaps w:val="0"/>
          <w:strike w:val="0"/>
          <w:sz w:val="22"/>
          <w:u w:val="none"/>
        </w:rPr>
        <w:t xml:space="preserve">Coyne ’20 </w:t>
      </w:r>
      <w:r>
        <w:rPr>
          <w:b w:val="0"/>
          <w:i w:val="0"/>
          <w:smallCaps w:val="0"/>
          <w:strike w:val="0"/>
          <w:u w:val="none"/>
        </w:rPr>
        <w:t xml:space="preserve">[Jerry; September 3; Professor Emeritus at the University of Chicago in the Department of Ecology and Evolution, graduate of Harvard University; Why Evolution is True, “VICE tries desperately to smear Steve Pinker,” </w:t>
      </w:r>
      <w:r>
        <w:rPr>
          <w:b w:val="0"/>
          <w:i w:val="0"/>
          <w:smallCaps w:val="0"/>
          <w:strike w:val="0"/>
          <w:u w:val="none"/>
        </w:rPr>
        <w:t>]</w:t>
      </w:r>
    </w:p>
    <w:p>
      <w:pPr>
        <w:spacing w:after="60"/>
      </w:pPr>
      <w:r>
        <w:rPr>
          <w:b w:val="0"/>
          <w:i w:val="0"/>
          <w:smallCaps w:val="0"/>
          <w:strike w:val="0"/>
          <w:sz w:val="22"/>
          <w:u w:val="single"/>
        </w:rPr>
        <w:t xml:space="preserve">And there’s the fact that </w:t>
      </w:r>
      <w:r>
        <w:rPr>
          <w:b/>
          <w:i w:val="0"/>
          <w:smallCaps w:val="0"/>
          <w:strike w:val="0"/>
          <w:sz w:val="22"/>
          <w:highlight w:val="cyan"/>
          <w:u w:val="single"/>
        </w:rPr>
        <w:t>Pinker</w:t>
      </w:r>
      <w:r>
        <w:rPr>
          <w:b w:val="0"/>
          <w:i w:val="0"/>
          <w:smallCaps w:val="0"/>
          <w:strike w:val="0"/>
          <w:sz w:val="22"/>
          <w:highlight w:val="cyan"/>
          <w:u w:val="single"/>
        </w:rPr>
        <w:t xml:space="preserve"> flew on</w:t>
      </w:r>
      <w:r>
        <w:rPr>
          <w:b w:val="0"/>
          <w:i w:val="0"/>
          <w:smallCaps w:val="0"/>
          <w:strike w:val="0"/>
          <w:sz w:val="22"/>
          <w:u w:val="single"/>
        </w:rPr>
        <w:t xml:space="preserve"> </w:t>
      </w:r>
      <w:r>
        <w:rPr>
          <w:b/>
          <w:i w:val="0"/>
          <w:smallCaps w:val="0"/>
          <w:strike w:val="0"/>
          <w:sz w:val="22"/>
          <w:u w:val="single"/>
        </w:rPr>
        <w:t xml:space="preserve">Epstein’s </w:t>
      </w:r>
      <w:r>
        <w:rPr>
          <w:b/>
          <w:i w:val="0"/>
          <w:smallCaps w:val="0"/>
          <w:strike w:val="0"/>
          <w:sz w:val="22"/>
          <w:highlight w:val="cyan"/>
          <w:u w:val="single"/>
        </w:rPr>
        <w:t>jet</w:t>
      </w:r>
      <w:r>
        <w:rPr>
          <w:b w:val="0"/>
          <w:i w:val="0"/>
          <w:smallCaps w:val="0"/>
          <w:strike w:val="0"/>
          <w:sz w:val="22"/>
          <w:highlight w:val="cyan"/>
          <w:u w:val="single"/>
        </w:rPr>
        <w:t xml:space="preserve"> to a</w:t>
      </w:r>
      <w:r>
        <w:rPr>
          <w:b w:val="0"/>
          <w:i w:val="0"/>
          <w:smallCaps w:val="0"/>
          <w:strike w:val="0"/>
          <w:sz w:val="22"/>
          <w:u w:val="single"/>
        </w:rPr>
        <w:t xml:space="preserve"> TED conference and a </w:t>
      </w:r>
      <w:r>
        <w:rPr>
          <w:b w:val="0"/>
          <w:i w:val="0"/>
          <w:smallCaps w:val="0"/>
          <w:strike w:val="0"/>
          <w:sz w:val="22"/>
          <w:highlight w:val="cyan"/>
          <w:u w:val="single"/>
        </w:rPr>
        <w:t>dinner</w:t>
      </w:r>
      <w:r>
        <w:rPr>
          <w:b w:val="0"/>
          <w:i w:val="0"/>
          <w:smallCaps w:val="0"/>
          <w:strike w:val="0"/>
          <w:sz w:val="22"/>
          <w:u w:val="single"/>
        </w:rPr>
        <w:t xml:space="preserve"> held </w:t>
      </w:r>
      <w:r>
        <w:rPr>
          <w:b w:val="0"/>
          <w:i w:val="0"/>
          <w:smallCaps w:val="0"/>
          <w:strike w:val="0"/>
          <w:sz w:val="22"/>
          <w:highlight w:val="cyan"/>
          <w:u w:val="single"/>
        </w:rPr>
        <w:t>by</w:t>
      </w:r>
      <w:r>
        <w:rPr>
          <w:b w:val="0"/>
          <w:i w:val="0"/>
          <w:smallCaps w:val="0"/>
          <w:strike w:val="0"/>
          <w:sz w:val="22"/>
          <w:u w:val="single"/>
        </w:rPr>
        <w:t xml:space="preserve"> John </w:t>
      </w:r>
      <w:r>
        <w:rPr>
          <w:b/>
          <w:i w:val="0"/>
          <w:smallCaps w:val="0"/>
          <w:strike w:val="0"/>
          <w:sz w:val="22"/>
          <w:highlight w:val="cyan"/>
          <w:u w:val="single"/>
        </w:rPr>
        <w:t>Brockman</w:t>
      </w:r>
      <w:r>
        <w:rPr>
          <w:b w:val="0"/>
          <w:i w:val="0"/>
          <w:smallCaps w:val="0"/>
          <w:strike w:val="0"/>
          <w:sz w:val="16"/>
          <w:u w:val="none"/>
        </w:rPr>
        <w:t xml:space="preserve"> in Monterrey, California. Note that they give the plane the name “The Lolita Express”, as it’s been dubbed by the media. </w:t>
      </w:r>
      <w:r>
        <w:rPr>
          <w:b w:val="0"/>
          <w:i w:val="0"/>
          <w:smallCaps w:val="0"/>
          <w:strike w:val="0"/>
          <w:sz w:val="22"/>
          <w:u w:val="single"/>
        </w:rPr>
        <w:t xml:space="preserve">But </w:t>
      </w:r>
      <w:r>
        <w:rPr>
          <w:b w:val="0"/>
          <w:i w:val="0"/>
          <w:smallCaps w:val="0"/>
          <w:strike w:val="0"/>
          <w:sz w:val="22"/>
          <w:highlight w:val="cyan"/>
          <w:u w:val="single"/>
        </w:rPr>
        <w:t>Epstein was</w:t>
      </w:r>
      <w:r>
        <w:rPr>
          <w:b w:val="0"/>
          <w:i w:val="0"/>
          <w:smallCaps w:val="0"/>
          <w:strike w:val="0"/>
          <w:sz w:val="22"/>
          <w:u w:val="single"/>
        </w:rPr>
        <w:t xml:space="preserve"> accused of </w:t>
      </w:r>
      <w:r>
        <w:rPr>
          <w:b w:val="0"/>
          <w:i w:val="0"/>
          <w:smallCaps w:val="0"/>
          <w:strike w:val="0"/>
          <w:sz w:val="22"/>
          <w:highlight w:val="cyan"/>
          <w:u w:val="single"/>
        </w:rPr>
        <w:t>trafficking</w:t>
      </w:r>
      <w:r>
        <w:rPr>
          <w:b w:val="0"/>
          <w:i w:val="0"/>
          <w:smallCaps w:val="0"/>
          <w:strike w:val="0"/>
          <w:sz w:val="16"/>
          <w:u w:val="none"/>
        </w:rPr>
        <w:t xml:space="preserve"> in underaged girls and having sex with minors </w:t>
      </w:r>
      <w:r>
        <w:rPr>
          <w:b w:val="0"/>
          <w:i w:val="0"/>
          <w:smallCaps w:val="0"/>
          <w:strike w:val="0"/>
          <w:sz w:val="22"/>
          <w:highlight w:val="cyan"/>
          <w:u w:val="single"/>
        </w:rPr>
        <w:t xml:space="preserve">in </w:t>
      </w:r>
      <w:r>
        <w:rPr>
          <w:b/>
          <w:i w:val="0"/>
          <w:smallCaps w:val="0"/>
          <w:strike w:val="0"/>
          <w:sz w:val="22"/>
          <w:highlight w:val="cyan"/>
          <w:u w:val="single"/>
        </w:rPr>
        <w:t>Florida</w:t>
      </w:r>
      <w:r>
        <w:rPr>
          <w:b w:val="0"/>
          <w:i w:val="0"/>
          <w:smallCaps w:val="0"/>
          <w:strike w:val="0"/>
          <w:sz w:val="22"/>
          <w:u w:val="single"/>
        </w:rPr>
        <w:t xml:space="preserve"> (where he was convicted), and in </w:t>
      </w:r>
      <w:r>
        <w:rPr>
          <w:b/>
          <w:i w:val="0"/>
          <w:smallCaps w:val="0"/>
          <w:strike w:val="0"/>
          <w:sz w:val="22"/>
          <w:highlight w:val="cyan"/>
          <w:u w:val="single"/>
        </w:rPr>
        <w:t>New York</w:t>
      </w:r>
      <w:r>
        <w:rPr>
          <w:b w:val="0"/>
          <w:i w:val="0"/>
          <w:smallCaps w:val="0"/>
          <w:strike w:val="0"/>
          <w:sz w:val="22"/>
          <w:highlight w:val="cyan"/>
          <w:u w:val="single"/>
        </w:rPr>
        <w:t xml:space="preserve">, </w:t>
      </w:r>
      <w:r>
        <w:rPr>
          <w:b/>
          <w:i w:val="0"/>
          <w:smallCaps w:val="0"/>
          <w:strike w:val="0"/>
          <w:sz w:val="22"/>
          <w:highlight w:val="cyan"/>
          <w:u w:val="single"/>
        </w:rPr>
        <w:t>New Mexico</w:t>
      </w:r>
      <w:r>
        <w:rPr>
          <w:b w:val="0"/>
          <w:i w:val="0"/>
          <w:smallCaps w:val="0"/>
          <w:strike w:val="0"/>
          <w:sz w:val="22"/>
          <w:highlight w:val="cyan"/>
          <w:u w:val="single"/>
        </w:rPr>
        <w:t xml:space="preserve">, and the </w:t>
      </w:r>
      <w:r>
        <w:rPr>
          <w:b/>
          <w:i w:val="0"/>
          <w:smallCaps w:val="0"/>
          <w:strike w:val="0"/>
          <w:sz w:val="22"/>
          <w:highlight w:val="cyan"/>
          <w:u w:val="single"/>
        </w:rPr>
        <w:t>Virgin</w:t>
      </w:r>
      <w:r>
        <w:rPr>
          <w:b w:val="0"/>
          <w:i w:val="0"/>
          <w:smallCaps w:val="0"/>
          <w:strike w:val="0"/>
          <w:sz w:val="22"/>
          <w:u w:val="single"/>
        </w:rPr>
        <w:t xml:space="preserve"> Island</w:t>
      </w:r>
      <w:r>
        <w:rPr>
          <w:b/>
          <w:i w:val="0"/>
          <w:smallCaps w:val="0"/>
          <w:strike w:val="0"/>
          <w:sz w:val="22"/>
          <w:highlight w:val="cyan"/>
          <w:u w:val="single"/>
        </w:rPr>
        <w:t>s</w:t>
      </w:r>
      <w:r>
        <w:rPr>
          <w:b w:val="0"/>
          <w:i w:val="0"/>
          <w:smallCaps w:val="0"/>
          <w:strike w:val="0"/>
          <w:sz w:val="22"/>
          <w:highlight w:val="cyan"/>
          <w:u w:val="single"/>
        </w:rPr>
        <w:t xml:space="preserve">, </w:t>
      </w:r>
      <w:r>
        <w:rPr>
          <w:b/>
          <w:i w:val="0"/>
          <w:smallCaps w:val="0"/>
          <w:strike w:val="0"/>
          <w:sz w:val="22"/>
          <w:highlight w:val="cyan"/>
          <w:u w:val="single"/>
        </w:rPr>
        <w:t>not California</w:t>
      </w:r>
      <w:r>
        <w:rPr>
          <w:b w:val="0"/>
          <w:i w:val="0"/>
          <w:smallCaps w:val="0"/>
          <w:strike w:val="0"/>
          <w:sz w:val="22"/>
          <w:u w:val="single"/>
        </w:rPr>
        <w:t xml:space="preserve">. But </w:t>
      </w:r>
      <w:r>
        <w:rPr>
          <w:b w:val="0"/>
          <w:i w:val="0"/>
          <w:smallCaps w:val="0"/>
          <w:strike w:val="0"/>
          <w:sz w:val="22"/>
          <w:highlight w:val="cyan"/>
          <w:u w:val="single"/>
        </w:rPr>
        <w:t xml:space="preserve">there’s </w:t>
      </w:r>
      <w:r>
        <w:rPr>
          <w:b/>
          <w:i w:val="0"/>
          <w:smallCaps w:val="0"/>
          <w:strike w:val="0"/>
          <w:sz w:val="22"/>
          <w:highlight w:val="cyan"/>
          <w:u w:val="single"/>
        </w:rPr>
        <w:t>no flight record</w:t>
      </w:r>
      <w:r>
        <w:rPr>
          <w:b w:val="0"/>
          <w:i w:val="0"/>
          <w:smallCaps w:val="0"/>
          <w:strike w:val="0"/>
          <w:sz w:val="22"/>
          <w:u w:val="single"/>
        </w:rPr>
        <w:t xml:space="preserve"> that </w:t>
      </w:r>
      <w:r>
        <w:rPr>
          <w:b w:val="0"/>
          <w:i w:val="0"/>
          <w:smallCaps w:val="0"/>
          <w:strike w:val="0"/>
          <w:sz w:val="22"/>
          <w:highlight w:val="cyan"/>
          <w:u w:val="single"/>
        </w:rPr>
        <w:t xml:space="preserve">Pinker went to </w:t>
      </w:r>
      <w:r>
        <w:rPr>
          <w:b/>
          <w:i w:val="0"/>
          <w:smallCaps w:val="0"/>
          <w:strike w:val="0"/>
          <w:sz w:val="22"/>
          <w:highlight w:val="cyan"/>
          <w:u w:val="single"/>
        </w:rPr>
        <w:t>those places</w:t>
      </w:r>
      <w:r>
        <w:rPr>
          <w:b w:val="0"/>
          <w:i w:val="0"/>
          <w:smallCaps w:val="0"/>
          <w:strike w:val="0"/>
          <w:sz w:val="22"/>
          <w:u w:val="single"/>
        </w:rPr>
        <w:t xml:space="preserve"> on Epstein’s dime, </w:t>
      </w:r>
      <w:r>
        <w:rPr>
          <w:b w:val="0"/>
          <w:i w:val="0"/>
          <w:smallCaps w:val="0"/>
          <w:strike w:val="0"/>
          <w:sz w:val="22"/>
          <w:highlight w:val="cyan"/>
          <w:u w:val="single"/>
        </w:rPr>
        <w:t>nor</w:t>
      </w:r>
      <w:r>
        <w:rPr>
          <w:b w:val="0"/>
          <w:i w:val="0"/>
          <w:smallCaps w:val="0"/>
          <w:strike w:val="0"/>
          <w:sz w:val="22"/>
          <w:u w:val="single"/>
        </w:rPr>
        <w:t xml:space="preserve"> visited </w:t>
      </w:r>
      <w:r>
        <w:rPr>
          <w:b w:val="0"/>
          <w:i w:val="0"/>
          <w:smallCaps w:val="0"/>
          <w:strike w:val="0"/>
          <w:sz w:val="22"/>
          <w:highlight w:val="cyan"/>
          <w:u w:val="single"/>
        </w:rPr>
        <w:t>Epstein’s</w:t>
      </w:r>
      <w:r>
        <w:rPr>
          <w:b w:val="0"/>
          <w:i w:val="0"/>
          <w:smallCaps w:val="0"/>
          <w:strike w:val="0"/>
          <w:sz w:val="22"/>
          <w:u w:val="single"/>
        </w:rPr>
        <w:t xml:space="preserve"> </w:t>
      </w:r>
      <w:r>
        <w:rPr>
          <w:b/>
          <w:i w:val="0"/>
          <w:smallCaps w:val="0"/>
          <w:strike w:val="0"/>
          <w:sz w:val="22"/>
          <w:u w:val="single"/>
        </w:rPr>
        <w:t xml:space="preserve">private </w:t>
      </w:r>
      <w:r>
        <w:rPr>
          <w:b/>
          <w:i w:val="0"/>
          <w:smallCaps w:val="0"/>
          <w:strike w:val="0"/>
          <w:sz w:val="22"/>
          <w:highlight w:val="cyan"/>
          <w:u w:val="single"/>
        </w:rPr>
        <w:t>island</w:t>
      </w:r>
      <w:r>
        <w:rPr>
          <w:b w:val="0"/>
          <w:i w:val="0"/>
          <w:smallCaps w:val="0"/>
          <w:strike w:val="0"/>
          <w:sz w:val="22"/>
          <w:u w:val="single"/>
        </w:rPr>
        <w:t xml:space="preserve"> in the Virgin Islands</w:t>
      </w:r>
      <w:r>
        <w:rPr>
          <w:b w:val="0"/>
          <w:i w:val="0"/>
          <w:smallCaps w:val="0"/>
          <w:strike w:val="0"/>
          <w:sz w:val="16"/>
          <w:u w:val="none"/>
        </w:rPr>
        <w:t>.</w:t>
      </w:r>
    </w:p>
    <w:p>
      <w:pPr>
        <w:spacing w:after="60"/>
      </w:pPr>
      <w:r>
        <w:rPr>
          <w:b w:val="0"/>
          <w:i w:val="0"/>
          <w:smallCaps w:val="0"/>
          <w:strike w:val="0"/>
          <w:sz w:val="16"/>
          <w:u w:val="none"/>
        </w:rPr>
        <w:t>Finally, VICE mentions this from an unsealed manuscript by one of the underaged girls trafficked by Epstein:</w:t>
      </w:r>
    </w:p>
    <w:p>
      <w:pPr>
        <w:spacing w:after="60"/>
      </w:pPr>
      <w:r>
        <w:rPr>
          <w:b w:val="0"/>
          <w:i w:val="0"/>
          <w:smallCaps w:val="0"/>
          <w:strike w:val="0"/>
          <w:sz w:val="16"/>
          <w:u w:val="none"/>
        </w:rPr>
        <w:t xml:space="preserve">In an </w:t>
      </w:r>
      <w:r>
        <w:rPr>
          <w:b w:val="0"/>
          <w:i w:val="0"/>
          <w:smallCaps w:val="0"/>
          <w:strike w:val="0"/>
          <w:sz w:val="16"/>
          <w:u w:val="none"/>
        </w:rPr>
        <w:t xml:space="preserve"> written by Virginia Giuffre—one of the main survivors of Epstein’s trafficking ring to come forward—Giuffre says she was forced to sleep with a Harvard professor named “Stephen,” his last name redacted, and described him as “a quirky little man with white hair and a mad scientist look about him.” Pinker’s name is spelled “Steven” with a ‘v.’ Another Harvard professor, Stephen </w:t>
      </w:r>
      <w:r>
        <w:rPr>
          <w:b w:val="0"/>
          <w:i w:val="0"/>
          <w:smallCaps w:val="0"/>
          <w:strike w:val="0"/>
          <w:sz w:val="16"/>
          <w:u w:val="none"/>
        </w:rPr>
        <w:t>Kosslyn</w:t>
      </w:r>
      <w:r>
        <w:rPr>
          <w:b w:val="0"/>
          <w:i w:val="0"/>
          <w:smallCaps w:val="0"/>
          <w:strike w:val="0"/>
          <w:sz w:val="16"/>
          <w:u w:val="none"/>
        </w:rPr>
        <w:t xml:space="preserve">, who once taught Pinker, </w:t>
      </w:r>
      <w:r>
        <w:rPr>
          <w:b w:val="0"/>
          <w:i w:val="0"/>
          <w:smallCaps w:val="0"/>
          <w:strike w:val="0"/>
          <w:sz w:val="16"/>
          <w:u w:val="none"/>
        </w:rPr>
        <w:t xml:space="preserve">; </w:t>
      </w:r>
      <w:r>
        <w:rPr>
          <w:b w:val="0"/>
          <w:i w:val="0"/>
          <w:smallCaps w:val="0"/>
          <w:strike w:val="0"/>
          <w:sz w:val="16"/>
          <w:u w:val="none"/>
        </w:rPr>
        <w:t>Kosslyn</w:t>
      </w:r>
      <w:r>
        <w:rPr>
          <w:b w:val="0"/>
          <w:i w:val="0"/>
          <w:smallCaps w:val="0"/>
          <w:strike w:val="0"/>
          <w:sz w:val="16"/>
          <w:u w:val="none"/>
        </w:rPr>
        <w:t xml:space="preserve"> is bald, with white hair on the sides of his head. </w:t>
      </w:r>
      <w:r>
        <w:rPr>
          <w:b w:val="0"/>
          <w:i w:val="0"/>
          <w:smallCaps w:val="0"/>
          <w:strike w:val="0"/>
          <w:sz w:val="16"/>
          <w:u w:val="none"/>
        </w:rPr>
        <w:t>Kosslyn</w:t>
      </w:r>
      <w:r>
        <w:rPr>
          <w:b w:val="0"/>
          <w:i w:val="0"/>
          <w:smallCaps w:val="0"/>
          <w:strike w:val="0"/>
          <w:sz w:val="16"/>
          <w:u w:val="none"/>
        </w:rPr>
        <w:t xml:space="preserve"> does not appear in any known Epstein flight logs.</w:t>
      </w:r>
    </w:p>
    <w:p>
      <w:pPr>
        <w:spacing w:after="60"/>
      </w:pPr>
      <w:r>
        <w:rPr>
          <w:b w:val="0"/>
          <w:i w:val="0"/>
          <w:smallCaps w:val="0"/>
          <w:strike w:val="0"/>
          <w:sz w:val="16"/>
          <w:u w:val="none"/>
        </w:rPr>
        <w:t xml:space="preserve">Pinker said he is not the “Stephen” in Giuffre’s manuscript and wrote “This was not me. I’ve never set foot on </w:t>
      </w:r>
      <w:r>
        <w:rPr>
          <w:b w:val="0"/>
          <w:i w:val="0"/>
          <w:smallCaps w:val="0"/>
          <w:strike w:val="0"/>
          <w:sz w:val="16"/>
          <w:u w:val="none"/>
        </w:rPr>
        <w:t>Epstein’s island</w:t>
      </w:r>
      <w:r>
        <w:rPr>
          <w:b w:val="0"/>
          <w:i w:val="0"/>
          <w:smallCaps w:val="0"/>
          <w:strike w:val="0"/>
          <w:sz w:val="16"/>
          <w:u w:val="none"/>
        </w:rPr>
        <w:t xml:space="preserve"> nor any of his other properties. I spell my name ‘Steven,’ and there are Harvard professors named ‘Stephen’ who do have a connection with Epstein. This is not to say that Giuffre’s accusations are true, just that they are not about me.”</w:t>
      </w:r>
    </w:p>
    <w:p>
      <w:pPr>
        <w:spacing w:after="60"/>
      </w:pPr>
      <w:r>
        <w:rPr>
          <w:b w:val="0"/>
          <w:i w:val="0"/>
          <w:smallCaps w:val="0"/>
          <w:strike w:val="0"/>
          <w:sz w:val="16"/>
          <w:u w:val="none"/>
        </w:rPr>
        <w:t xml:space="preserve">I downloaded </w:t>
      </w:r>
      <w:r>
        <w:rPr>
          <w:b w:val="0"/>
          <w:i w:val="0"/>
          <w:smallCaps w:val="0"/>
          <w:strike w:val="0"/>
          <w:sz w:val="16"/>
          <w:u w:val="none"/>
        </w:rPr>
        <w:t xml:space="preserve"> of Giuffre’s manuscript, and, unwilling to read 72 pages, I searched for “Stephen”, “quirky little man” and “mad scientist”, and didn’t find anything. Perhaps readers can find the part that VICE mentions.  At any rate, yes, Pinker has white hair, but he’s not “quirky”, and I, at least, don’t think he looks like a “mad scientist”. If this incident took place in the Virgin Islands, Pinker apparently didn’t go there. If it did and he did and is guilty as charged, well, the law will find that out, but I’m betting against it.</w:t>
      </w:r>
    </w:p>
    <w:p>
      <w:pPr>
        <w:spacing w:after="60"/>
      </w:pPr>
      <w:r>
        <w:rPr>
          <w:b w:val="0"/>
          <w:i w:val="0"/>
          <w:smallCaps w:val="0"/>
          <w:strike w:val="0"/>
          <w:sz w:val="16"/>
          <w:u w:val="none"/>
        </w:rPr>
        <w:t>So</w:t>
      </w:r>
      <w:r>
        <w:rPr>
          <w:b w:val="0"/>
          <w:i w:val="0"/>
          <w:smallCaps w:val="0"/>
          <w:strike w:val="0"/>
          <w:sz w:val="16"/>
          <w:u w:val="none"/>
        </w:rPr>
        <w:t xml:space="preserve"> what we have is evidence that Pinker was at events that Epstein attended, gave unpaid legal advice in a case against Epstein (which Pinker regrets), and flew on Epstein’s jet once, but only to California. The rest is speculation without evidence. Why is VICE indulging in this? I suspect </w:t>
      </w:r>
      <w:r>
        <w:rPr>
          <w:b w:val="0"/>
          <w:i w:val="0"/>
          <w:smallCaps w:val="0"/>
          <w:strike w:val="0"/>
          <w:sz w:val="16"/>
          <w:u w:val="none"/>
        </w:rPr>
        <w:t>mainly</w:t>
      </w:r>
      <w:r>
        <w:rPr>
          <w:b w:val="0"/>
          <w:i w:val="0"/>
          <w:smallCaps w:val="0"/>
          <w:strike w:val="0"/>
          <w:sz w:val="16"/>
          <w:u w:val="none"/>
        </w:rPr>
        <w:t xml:space="preserve"> because VICE is </w:t>
      </w:r>
      <w:r>
        <w:rPr>
          <w:b w:val="0"/>
          <w:i w:val="0"/>
          <w:smallCaps w:val="0"/>
          <w:strike w:val="0"/>
          <w:sz w:val="16"/>
          <w:u w:val="none"/>
        </w:rPr>
        <w:t>woke</w:t>
      </w:r>
      <w:r>
        <w:rPr>
          <w:b w:val="0"/>
          <w:i w:val="0"/>
          <w:smallCaps w:val="0"/>
          <w:strike w:val="0"/>
          <w:sz w:val="16"/>
          <w:u w:val="none"/>
        </w:rPr>
        <w:t xml:space="preserve"> and the woke media dislike Pinker intensely.</w:t>
      </w:r>
    </w:p>
    <w:p>
      <w:pPr>
        <w:spacing w:after="60"/>
      </w:pPr>
      <w:r>
        <w:rPr>
          <w:b w:val="0"/>
          <w:i w:val="0"/>
          <w:smallCaps w:val="0"/>
          <w:strike w:val="0"/>
          <w:sz w:val="22"/>
          <w:u w:val="single"/>
        </w:rPr>
        <w:t xml:space="preserve">Epstein was of course an </w:t>
      </w:r>
      <w:r>
        <w:rPr>
          <w:b/>
          <w:i w:val="0"/>
          <w:smallCaps w:val="0"/>
          <w:strike w:val="0"/>
          <w:sz w:val="22"/>
          <w:u w:val="single"/>
        </w:rPr>
        <w:t>odious</w:t>
      </w:r>
      <w:r>
        <w:rPr>
          <w:b w:val="0"/>
          <w:i w:val="0"/>
          <w:smallCaps w:val="0"/>
          <w:strike w:val="0"/>
          <w:sz w:val="22"/>
          <w:u w:val="single"/>
        </w:rPr>
        <w:t xml:space="preserve"> sexual predator</w:t>
      </w:r>
      <w:r>
        <w:rPr>
          <w:b w:val="0"/>
          <w:i w:val="0"/>
          <w:smallCaps w:val="0"/>
          <w:strike w:val="0"/>
          <w:sz w:val="16"/>
          <w:u w:val="none"/>
        </w:rPr>
        <w:t xml:space="preserve"> (he killed himself in prison). </w:t>
      </w:r>
      <w:r>
        <w:rPr>
          <w:b w:val="0"/>
          <w:i w:val="0"/>
          <w:smallCaps w:val="0"/>
          <w:strike w:val="0"/>
          <w:sz w:val="22"/>
          <w:u w:val="single"/>
        </w:rPr>
        <w:t xml:space="preserve">But </w:t>
      </w:r>
      <w:r>
        <w:rPr>
          <w:b w:val="0"/>
          <w:i w:val="0"/>
          <w:smallCaps w:val="0"/>
          <w:strike w:val="0"/>
          <w:sz w:val="22"/>
          <w:highlight w:val="cyan"/>
          <w:u w:val="single"/>
        </w:rPr>
        <w:t xml:space="preserve">there’s </w:t>
      </w:r>
      <w:r>
        <w:rPr>
          <w:b/>
          <w:i w:val="0"/>
          <w:smallCaps w:val="0"/>
          <w:strike w:val="0"/>
          <w:sz w:val="22"/>
          <w:highlight w:val="cyan"/>
          <w:u w:val="single"/>
        </w:rPr>
        <w:t>no ev</w:t>
      </w:r>
      <w:r>
        <w:rPr>
          <w:b w:val="0"/>
          <w:i w:val="0"/>
          <w:smallCaps w:val="0"/>
          <w:strike w:val="0"/>
          <w:sz w:val="22"/>
          <w:u w:val="single"/>
        </w:rPr>
        <w:t xml:space="preserve">idence that </w:t>
      </w:r>
      <w:r>
        <w:rPr>
          <w:b w:val="0"/>
          <w:i w:val="0"/>
          <w:smallCaps w:val="0"/>
          <w:strike w:val="0"/>
          <w:sz w:val="22"/>
          <w:highlight w:val="cyan"/>
          <w:u w:val="single"/>
        </w:rPr>
        <w:t>Pinker had</w:t>
      </w:r>
      <w:r>
        <w:rPr>
          <w:b w:val="0"/>
          <w:i w:val="0"/>
          <w:smallCaps w:val="0"/>
          <w:strike w:val="0"/>
          <w:sz w:val="22"/>
          <w:u w:val="single"/>
        </w:rPr>
        <w:t xml:space="preserve"> </w:t>
      </w:r>
      <w:r>
        <w:rPr>
          <w:b/>
          <w:i w:val="0"/>
          <w:smallCaps w:val="0"/>
          <w:strike w:val="0"/>
          <w:sz w:val="22"/>
          <w:u w:val="single"/>
        </w:rPr>
        <w:t xml:space="preserve">anything </w:t>
      </w:r>
      <w:r>
        <w:rPr>
          <w:b/>
          <w:i w:val="0"/>
          <w:smallCaps w:val="0"/>
          <w:strike w:val="0"/>
          <w:sz w:val="22"/>
          <w:highlight w:val="cyan"/>
          <w:u w:val="single"/>
        </w:rPr>
        <w:t>more</w:t>
      </w:r>
      <w:r>
        <w:rPr>
          <w:b w:val="0"/>
          <w:i w:val="0"/>
          <w:smallCaps w:val="0"/>
          <w:strike w:val="0"/>
          <w:sz w:val="22"/>
          <w:highlight w:val="cyan"/>
          <w:u w:val="single"/>
        </w:rPr>
        <w:t xml:space="preserve"> than a </w:t>
      </w:r>
      <w:r>
        <w:rPr>
          <w:b/>
          <w:i w:val="0"/>
          <w:smallCaps w:val="0"/>
          <w:strike w:val="0"/>
          <w:sz w:val="22"/>
          <w:highlight w:val="cyan"/>
          <w:u w:val="single"/>
        </w:rPr>
        <w:t>tangential connection</w:t>
      </w:r>
      <w:r>
        <w:rPr>
          <w:b w:val="0"/>
          <w:i w:val="0"/>
          <w:smallCaps w:val="0"/>
          <w:strike w:val="0"/>
          <w:sz w:val="22"/>
          <w:u w:val="single"/>
        </w:rPr>
        <w:t xml:space="preserve"> with the man</w:t>
      </w:r>
      <w:r>
        <w:rPr>
          <w:b w:val="0"/>
          <w:i w:val="0"/>
          <w:smallCaps w:val="0"/>
          <w:strike w:val="0"/>
          <w:sz w:val="16"/>
          <w:u w:val="none"/>
        </w:rPr>
        <w:t xml:space="preserve">. As the evidence against Epstein continues to accumulate, now </w:t>
      </w:r>
      <w:r>
        <w:rPr>
          <w:b w:val="0"/>
          <w:i w:val="0"/>
          <w:smallCaps w:val="0"/>
          <w:strike w:val="0"/>
          <w:sz w:val="16"/>
          <w:u w:val="none"/>
        </w:rPr>
        <w:t xml:space="preserve">, imprisoned and awaiting trial, we’ll find out what happened. </w:t>
      </w:r>
      <w:r>
        <w:rPr>
          <w:b w:val="0"/>
          <w:i w:val="0"/>
          <w:smallCaps w:val="0"/>
          <w:strike w:val="0"/>
          <w:sz w:val="22"/>
          <w:u w:val="single"/>
        </w:rPr>
        <w:t xml:space="preserve">Until then, the </w:t>
      </w:r>
      <w:r>
        <w:rPr>
          <w:b/>
          <w:i w:val="0"/>
          <w:smallCaps w:val="0"/>
          <w:strike w:val="0"/>
          <w:sz w:val="22"/>
          <w:u w:val="single"/>
        </w:rPr>
        <w:t>smearing</w:t>
      </w:r>
      <w:r>
        <w:rPr>
          <w:b w:val="0"/>
          <w:i w:val="0"/>
          <w:smallCaps w:val="0"/>
          <w:strike w:val="0"/>
          <w:sz w:val="22"/>
          <w:u w:val="single"/>
        </w:rPr>
        <w:t xml:space="preserve"> will continue</w:t>
      </w:r>
      <w:r>
        <w:rPr>
          <w:b w:val="0"/>
          <w:i w:val="0"/>
          <w:smallCaps w:val="0"/>
          <w:strike w:val="0"/>
          <w:sz w:val="16"/>
          <w:u w:val="non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