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There’s </w:t>
      </w:r>
      <w:r>
        <w:rPr>
          <w:b/>
          <w:i w:val="0"/>
          <w:smallCaps w:val="0"/>
          <w:strike w:val="0"/>
          <w:u w:val="single"/>
        </w:rPr>
        <w:t>no direct connection</w:t>
      </w:r>
      <w:r>
        <w:rPr>
          <w:b/>
          <w:i w:val="0"/>
          <w:smallCaps w:val="0"/>
          <w:strike w:val="0"/>
          <w:u w:val="none"/>
        </w:rPr>
        <w:t xml:space="preserve">---it was through </w:t>
      </w:r>
      <w:r>
        <w:rPr>
          <w:b/>
          <w:i w:val="0"/>
          <w:smallCaps w:val="0"/>
          <w:strike w:val="0"/>
          <w:u w:val="single"/>
        </w:rPr>
        <w:t>intermediaries</w:t>
      </w:r>
      <w:r>
        <w:rPr>
          <w:b/>
          <w:i w:val="0"/>
          <w:smallCaps w:val="0"/>
          <w:strike w:val="0"/>
          <w:u w:val="none"/>
        </w:rPr>
        <w:t xml:space="preserve"> that </w:t>
      </w:r>
      <w:r>
        <w:rPr>
          <w:b/>
          <w:i w:val="0"/>
          <w:smallCaps w:val="0"/>
          <w:strike w:val="0"/>
          <w:u w:val="single"/>
        </w:rPr>
        <w:t>separately</w:t>
      </w:r>
      <w:r>
        <w:rPr>
          <w:b/>
          <w:i w:val="0"/>
          <w:smallCaps w:val="0"/>
          <w:strike w:val="0"/>
          <w:u w:val="none"/>
        </w:rPr>
        <w:t xml:space="preserve"> knew </w:t>
      </w:r>
      <w:r>
        <w:rPr>
          <w:b/>
          <w:i w:val="0"/>
          <w:smallCaps w:val="0"/>
          <w:strike w:val="0"/>
          <w:u w:val="single"/>
        </w:rPr>
        <w:t>both</w:t>
      </w:r>
      <w:r>
        <w:rPr>
          <w:b/>
          <w:i w:val="0"/>
          <w:smallCaps w:val="0"/>
          <w:strike w:val="0"/>
          <w:u w:val="none"/>
        </w:rPr>
        <w:t xml:space="preserve">. </w:t>
      </w:r>
    </w:p>
    <w:p>
      <w:pPr>
        <w:spacing w:after="80"/>
      </w:pPr>
      <w:r>
        <w:rPr>
          <w:b/>
          <w:i w:val="0"/>
          <w:smallCaps w:val="0"/>
          <w:strike w:val="0"/>
          <w:sz w:val="22"/>
          <w:u w:val="none"/>
        </w:rPr>
        <w:t xml:space="preserve">Coyne ’20 </w:t>
      </w:r>
      <w:r>
        <w:rPr>
          <w:b w:val="0"/>
          <w:i w:val="0"/>
          <w:smallCaps w:val="0"/>
          <w:strike w:val="0"/>
          <w:u w:val="none"/>
        </w:rPr>
        <w:t xml:space="preserve">[Jerry; September 3; Professor Emeritus at the University of Chicago in the Department of Ecology and Evolution, graduate of Harvard University; Why Evolution is True, “VICE tries desperately to smear Steve Pinker,” </w:t>
      </w:r>
      <w:r>
        <w:rPr>
          <w:b w:val="0"/>
          <w:i w:val="0"/>
          <w:smallCaps w:val="0"/>
          <w:strike w:val="0"/>
          <w:u w:val="none"/>
        </w:rPr>
        <w:t>]</w:t>
      </w:r>
    </w:p>
    <w:p>
      <w:pPr>
        <w:spacing w:after="60"/>
      </w:pPr>
      <w:r>
        <w:rPr>
          <w:b w:val="0"/>
          <w:i w:val="0"/>
          <w:smallCaps w:val="0"/>
          <w:strike w:val="0"/>
          <w:sz w:val="22"/>
          <w:highlight w:val="cyan"/>
          <w:u w:val="single"/>
        </w:rPr>
        <w:t>Pinker</w:t>
      </w:r>
      <w:r>
        <w:rPr>
          <w:b w:val="0"/>
          <w:i w:val="0"/>
          <w:smallCaps w:val="0"/>
          <w:strike w:val="0"/>
          <w:sz w:val="22"/>
          <w:u w:val="single"/>
        </w:rPr>
        <w:t xml:space="preserve"> </w:t>
      </w:r>
      <w:r>
        <w:rPr>
          <w:b/>
          <w:i w:val="0"/>
          <w:smallCaps w:val="0"/>
          <w:strike w:val="0"/>
          <w:sz w:val="22"/>
          <w:u w:val="single"/>
        </w:rPr>
        <w:t>explained</w:t>
      </w:r>
      <w:r>
        <w:rPr>
          <w:b w:val="0"/>
          <w:i w:val="0"/>
          <w:smallCaps w:val="0"/>
          <w:strike w:val="0"/>
          <w:sz w:val="22"/>
          <w:u w:val="single"/>
        </w:rPr>
        <w:t xml:space="preserve"> his </w:t>
      </w:r>
      <w:r>
        <w:rPr>
          <w:b w:val="0"/>
          <w:i w:val="0"/>
          <w:smallCaps w:val="0"/>
          <w:strike w:val="0"/>
          <w:sz w:val="22"/>
          <w:highlight w:val="cyan"/>
          <w:u w:val="single"/>
        </w:rPr>
        <w:t>connection</w:t>
      </w:r>
      <w:r>
        <w:rPr>
          <w:b w:val="0"/>
          <w:i w:val="0"/>
          <w:smallCaps w:val="0"/>
          <w:strike w:val="0"/>
          <w:sz w:val="22"/>
          <w:u w:val="single"/>
        </w:rPr>
        <w:t xml:space="preserve"> to Epstein</w:t>
      </w:r>
      <w:r>
        <w:rPr>
          <w:b w:val="0"/>
          <w:i w:val="0"/>
          <w:smallCaps w:val="0"/>
          <w:strike w:val="0"/>
          <w:sz w:val="16"/>
          <w:u w:val="none"/>
        </w:rPr>
        <w:t xml:space="preserve"> earlier on this site, </w:t>
      </w:r>
      <w:r>
        <w:rPr>
          <w:b w:val="0"/>
          <w:i w:val="0"/>
          <w:smallCaps w:val="0"/>
          <w:strike w:val="0"/>
          <w:sz w:val="22"/>
          <w:u w:val="single"/>
        </w:rPr>
        <w:t xml:space="preserve">and it </w:t>
      </w:r>
      <w:r>
        <w:rPr>
          <w:b/>
          <w:i w:val="0"/>
          <w:smallCaps w:val="0"/>
          <w:strike w:val="0"/>
          <w:sz w:val="22"/>
          <w:highlight w:val="cyan"/>
          <w:u w:val="single"/>
        </w:rPr>
        <w:t>wasn’t</w:t>
      </w:r>
      <w:r>
        <w:rPr>
          <w:b/>
          <w:i w:val="0"/>
          <w:smallCaps w:val="0"/>
          <w:strike w:val="0"/>
          <w:sz w:val="22"/>
          <w:u w:val="single"/>
        </w:rPr>
        <w:t xml:space="preserve"> a very </w:t>
      </w:r>
      <w:r>
        <w:rPr>
          <w:b/>
          <w:i w:val="0"/>
          <w:smallCaps w:val="0"/>
          <w:strike w:val="0"/>
          <w:sz w:val="22"/>
          <w:highlight w:val="cyan"/>
          <w:u w:val="single"/>
        </w:rPr>
        <w:t>close</w:t>
      </w:r>
      <w:r>
        <w:rPr>
          <w:b w:val="0"/>
          <w:i w:val="0"/>
          <w:smallCaps w:val="0"/>
          <w:strike w:val="0"/>
          <w:sz w:val="22"/>
          <w:u w:val="single"/>
        </w:rPr>
        <w:t xml:space="preserve"> connection</w:t>
      </w:r>
      <w:r>
        <w:rPr>
          <w:b w:val="0"/>
          <w:i w:val="0"/>
          <w:smallCaps w:val="0"/>
          <w:strike w:val="0"/>
          <w:sz w:val="16"/>
          <w:u w:val="none"/>
        </w:rPr>
        <w:t>. He also explained one thing he did for which he is sorry:</w:t>
      </w:r>
    </w:p>
    <w:p>
      <w:pPr>
        <w:spacing w:after="60"/>
      </w:pPr>
      <w:r>
        <w:rPr>
          <w:b w:val="0"/>
          <w:i w:val="0"/>
          <w:smallCaps w:val="0"/>
          <w:strike w:val="0"/>
          <w:sz w:val="16"/>
          <w:u w:val="none"/>
        </w:rPr>
        <w:t xml:space="preserve">In the </w:t>
      </w:r>
      <w:r>
        <w:rPr>
          <w:b w:val="0"/>
          <w:i w:val="0"/>
          <w:smallCaps w:val="0"/>
          <w:strike w:val="0"/>
          <w:sz w:val="16"/>
          <w:u w:val="none"/>
        </w:rPr>
        <w:t>interests</w:t>
      </w:r>
      <w:r>
        <w:rPr>
          <w:b w:val="0"/>
          <w:i w:val="0"/>
          <w:smallCaps w:val="0"/>
          <w:strike w:val="0"/>
          <w:sz w:val="16"/>
          <w:u w:val="none"/>
        </w:rPr>
        <w:t xml:space="preserve"> of full disclosure, there was another connection. Alan Dershowitz and I are friends and colleagues, and we taught a course together at Harvard. He often asks me questions about syntax and semantics of laws, most recently the impeachment statute. While he was representing Epstein, he asked me about the natural interpretation of one of the relevant laws, and I offered my opinion; this was cited in a court document. I did it as a favor to a friend and colleague, not as a paid expert witness, but I now regret that I did so. </w:t>
      </w:r>
      <w:r>
        <w:rPr>
          <w:b w:val="0"/>
          <w:i w:val="0"/>
          <w:smallCaps w:val="0"/>
          <w:strike w:val="0"/>
          <w:sz w:val="22"/>
          <w:u w:val="single"/>
        </w:rPr>
        <w:t xml:space="preserve">And needless to </w:t>
      </w:r>
      <w:r>
        <w:rPr>
          <w:b w:val="0"/>
          <w:i w:val="0"/>
          <w:smallCaps w:val="0"/>
          <w:strike w:val="0"/>
          <w:sz w:val="22"/>
          <w:u w:val="single"/>
        </w:rPr>
        <w:t>say</w:t>
      </w:r>
      <w:r>
        <w:rPr>
          <w:b w:val="0"/>
          <w:i w:val="0"/>
          <w:smallCaps w:val="0"/>
          <w:strike w:val="0"/>
          <w:sz w:val="22"/>
          <w:u w:val="single"/>
        </w:rPr>
        <w:t xml:space="preserve"> I find </w:t>
      </w:r>
      <w:r>
        <w:rPr>
          <w:b/>
          <w:i w:val="0"/>
          <w:smallCaps w:val="0"/>
          <w:strike w:val="0"/>
          <w:sz w:val="22"/>
          <w:u w:val="single"/>
        </w:rPr>
        <w:t>Epstein</w:t>
      </w:r>
      <w:r>
        <w:rPr>
          <w:b w:val="0"/>
          <w:i w:val="0"/>
          <w:smallCaps w:val="0"/>
          <w:strike w:val="0"/>
          <w:sz w:val="22"/>
          <w:u w:val="single"/>
        </w:rPr>
        <w:t xml:space="preserve">’s behavior </w:t>
      </w:r>
      <w:r>
        <w:rPr>
          <w:b/>
          <w:i w:val="0"/>
          <w:smallCaps w:val="0"/>
          <w:strike w:val="0"/>
          <w:sz w:val="22"/>
          <w:u w:val="single"/>
        </w:rPr>
        <w:t>reprehensible</w:t>
      </w:r>
      <w:r>
        <w:rPr>
          <w:b w:val="0"/>
          <w:i w:val="0"/>
          <w:smallCaps w:val="0"/>
          <w:strike w:val="0"/>
          <w:sz w:val="16"/>
          <w:u w:val="none"/>
        </w:rPr>
        <w:t>.</w:t>
      </w:r>
    </w:p>
    <w:p>
      <w:pPr>
        <w:spacing w:after="60"/>
      </w:pPr>
      <w:r>
        <w:rPr>
          <w:b w:val="0"/>
          <w:i w:val="0"/>
          <w:smallCaps w:val="0"/>
          <w:strike w:val="0"/>
          <w:sz w:val="16"/>
          <w:u w:val="none"/>
        </w:rPr>
        <w:t xml:space="preserve">As someone who was on O. J. Simpson’s defense team as an expert witness (also unpaid), I can’t be </w:t>
      </w:r>
      <w:r>
        <w:rPr>
          <w:b w:val="0"/>
          <w:i w:val="0"/>
          <w:smallCaps w:val="0"/>
          <w:strike w:val="0"/>
          <w:sz w:val="16"/>
          <w:u w:val="none"/>
        </w:rPr>
        <w:t>arsed</w:t>
      </w:r>
      <w:r>
        <w:rPr>
          <w:b w:val="0"/>
          <w:i w:val="0"/>
          <w:smallCaps w:val="0"/>
          <w:strike w:val="0"/>
          <w:sz w:val="16"/>
          <w:u w:val="none"/>
        </w:rPr>
        <w:t xml:space="preserve"> to criticize this: </w:t>
      </w:r>
      <w:r>
        <w:rPr>
          <w:b/>
          <w:i w:val="0"/>
          <w:smallCaps w:val="0"/>
          <w:strike w:val="0"/>
          <w:sz w:val="22"/>
          <w:u w:val="single"/>
        </w:rPr>
        <w:t>everybody</w:t>
      </w:r>
      <w:r>
        <w:rPr>
          <w:b w:val="0"/>
          <w:i w:val="0"/>
          <w:smallCaps w:val="0"/>
          <w:strike w:val="0"/>
          <w:sz w:val="22"/>
          <w:u w:val="single"/>
        </w:rPr>
        <w:t xml:space="preserve"> deserves a </w:t>
      </w:r>
      <w:r>
        <w:rPr>
          <w:b/>
          <w:i w:val="0"/>
          <w:smallCaps w:val="0"/>
          <w:strike w:val="0"/>
          <w:sz w:val="22"/>
          <w:u w:val="single"/>
        </w:rPr>
        <w:t>fair trial</w:t>
      </w:r>
      <w:r>
        <w:rPr>
          <w:b w:val="0"/>
          <w:i w:val="0"/>
          <w:smallCaps w:val="0"/>
          <w:strike w:val="0"/>
          <w:sz w:val="22"/>
          <w:u w:val="single"/>
        </w:rPr>
        <w:t>, even those accused of odious crimes—especially those accused of odious crimes</w:t>
      </w:r>
      <w:r>
        <w:rPr>
          <w:b w:val="0"/>
          <w:i w:val="0"/>
          <w:smallCaps w:val="0"/>
          <w:strike w:val="0"/>
          <w:sz w:val="16"/>
          <w:u w:val="none"/>
        </w:rPr>
        <w:t>.</w:t>
      </w:r>
    </w:p>
    <w:p>
      <w:pPr>
        <w:spacing w:after="60"/>
      </w:pPr>
      <w:r>
        <w:rPr>
          <w:b w:val="0"/>
          <w:i w:val="0"/>
          <w:smallCaps w:val="0"/>
          <w:strike w:val="0"/>
          <w:sz w:val="16"/>
          <w:u w:val="none"/>
        </w:rPr>
        <w:t>At any rate, a colleague of Steve’s offered to flag accounts that connected Pinker and Epstein, and then manually blocked the flagged ones. Pinker notes that “the colleague doesn’t block anyone for criticizing or disagreeing with something I’ve written.”</w:t>
      </w:r>
    </w:p>
    <w:p>
      <w:pPr>
        <w:spacing w:after="60"/>
      </w:pPr>
      <w:r>
        <w:rPr>
          <w:b w:val="0"/>
          <w:i w:val="0"/>
          <w:smallCaps w:val="0"/>
          <w:strike w:val="0"/>
          <w:sz w:val="16"/>
          <w:u w:val="none"/>
        </w:rPr>
        <w:t>And as far as the “right” to defame Pinker on his own Twitter site, Steve responds this way, and with a classic Jewish joke:</w:t>
      </w:r>
    </w:p>
    <w:p>
      <w:pPr>
        <w:spacing w:after="60"/>
      </w:pPr>
      <w:r>
        <w:rPr>
          <w:b w:val="0"/>
          <w:i w:val="0"/>
          <w:smallCaps w:val="0"/>
          <w:strike w:val="0"/>
          <w:sz w:val="16"/>
          <w:u w:val="none"/>
        </w:rPr>
        <w:t xml:space="preserve">“I’ve been told that people are now bitching and moaning about this, but no one has a First Amendment right to post something on Steven Pinker’s Twitter feed,” Pinker wrote to Motherboard. “If someone wants to smear me personally, they have plenty of channels; to whine that I’m not offering them my platform </w:t>
      </w:r>
      <w:r>
        <w:rPr>
          <w:b w:val="0"/>
          <w:i w:val="0"/>
          <w:smallCaps w:val="0"/>
          <w:strike w:val="0"/>
          <w:sz w:val="16"/>
          <w:u w:val="none"/>
        </w:rPr>
        <w:t>has to</w:t>
      </w:r>
      <w:r>
        <w:rPr>
          <w:b w:val="0"/>
          <w:i w:val="0"/>
          <w:smallCaps w:val="0"/>
          <w:strike w:val="0"/>
          <w:sz w:val="16"/>
          <w:u w:val="none"/>
        </w:rPr>
        <w:t xml:space="preserve"> be a new definition of “chutzpah,” after the man who killed his parents and threw himself on the mercy of the court because he’s an orphan.”</w:t>
      </w:r>
    </w:p>
    <w:p>
      <w:pPr>
        <w:spacing w:after="60"/>
      </w:pPr>
      <w:r>
        <w:rPr>
          <w:b w:val="0"/>
          <w:i w:val="0"/>
          <w:smallCaps w:val="0"/>
          <w:strike w:val="0"/>
          <w:sz w:val="16"/>
          <w:u w:val="none"/>
        </w:rPr>
        <w:t>Then the article continues the smear:</w:t>
      </w:r>
    </w:p>
    <w:p>
      <w:pPr>
        <w:spacing w:after="60"/>
      </w:pPr>
      <w:r>
        <w:rPr>
          <w:b w:val="0"/>
          <w:i w:val="0"/>
          <w:smallCaps w:val="0"/>
          <w:strike w:val="0"/>
          <w:sz w:val="16"/>
          <w:u w:val="none"/>
        </w:rPr>
        <w:t>Pinker’s numerous interactions in Epstein’s orbit have long been the subject of reporting and speculation.</w:t>
      </w:r>
    </w:p>
    <w:p>
      <w:pPr>
        <w:spacing w:after="60"/>
      </w:pPr>
      <w:r>
        <w:rPr>
          <w:b w:val="0"/>
          <w:i w:val="0"/>
          <w:smallCaps w:val="0"/>
          <w:strike w:val="0"/>
          <w:sz w:val="16"/>
          <w:u w:val="none"/>
        </w:rPr>
        <w:t xml:space="preserve">. . . In 2019, Pinker </w:t>
      </w:r>
      <w:r>
        <w:rPr>
          <w:b w:val="0"/>
          <w:i w:val="0"/>
          <w:smallCaps w:val="0"/>
          <w:strike w:val="0"/>
          <w:sz w:val="16"/>
          <w:u w:val="none"/>
        </w:rPr>
        <w:t xml:space="preserve"> introduced him to Epstein, who cultivated a network of elite intellectuals and academics. Sometimes those intellectuals spoke or appeared at Epstein-financed </w:t>
      </w:r>
      <w:r>
        <w:rPr>
          <w:b w:val="0"/>
          <w:i w:val="0"/>
          <w:smallCaps w:val="0"/>
          <w:strike w:val="0"/>
          <w:sz w:val="16"/>
          <w:u w:val="none"/>
        </w:rPr>
        <w:t xml:space="preserve">, other times they hung out at Epstein’s island (or estates), and other times they entertained Epstein’s </w:t>
      </w:r>
      <w:r>
        <w:rPr>
          <w:b w:val="0"/>
          <w:i w:val="0"/>
          <w:smallCaps w:val="0"/>
          <w:strike w:val="0"/>
          <w:sz w:val="16"/>
          <w:u w:val="none"/>
        </w:rPr>
        <w:t xml:space="preserve"> like </w:t>
      </w:r>
      <w:r>
        <w:rPr>
          <w:b w:val="0"/>
          <w:i w:val="0"/>
          <w:smallCaps w:val="0"/>
          <w:strike w:val="0"/>
          <w:sz w:val="16"/>
          <w:u w:val="none"/>
        </w:rPr>
        <w:t xml:space="preserve"> and </w:t>
      </w:r>
      <w:r>
        <w:rPr>
          <w:b w:val="0"/>
          <w:i w:val="0"/>
          <w:smallCaps w:val="0"/>
          <w:strike w:val="0"/>
          <w:sz w:val="16"/>
          <w:u w:val="none"/>
        </w:rPr>
        <w:t xml:space="preserve"> Pinker seems to have been involved with Edge speaking events as far back as </w:t>
      </w:r>
      <w:r>
        <w:rPr>
          <w:b w:val="0"/>
          <w:i w:val="0"/>
          <w:smallCaps w:val="0"/>
          <w:strike w:val="0"/>
          <w:sz w:val="16"/>
          <w:u w:val="none"/>
        </w:rPr>
        <w:t xml:space="preserve">, and appears in a photo from one of the Edge “‘Billionaires’ Dinners,” which Epstein has attended, </w:t>
      </w:r>
      <w:r>
        <w:rPr>
          <w:b w:val="0"/>
          <w:i w:val="0"/>
          <w:smallCaps w:val="0"/>
          <w:strike w:val="0"/>
          <w:sz w:val="16"/>
          <w:u w:val="none"/>
        </w:rPr>
        <w:t>.</w:t>
      </w:r>
    </w:p>
    <w:p>
      <w:pPr>
        <w:spacing w:after="60"/>
      </w:pPr>
      <w:r>
        <w:rPr>
          <w:b w:val="0"/>
          <w:i w:val="0"/>
          <w:smallCaps w:val="0"/>
          <w:strike w:val="0"/>
          <w:sz w:val="16"/>
          <w:u w:val="none"/>
        </w:rPr>
        <w:t xml:space="preserve">The Edge Foundation events are run by Steve’s agent (and mine), John Brockman, who invited Pinker and Epstein to some of them. </w:t>
      </w:r>
      <w:r>
        <w:rPr>
          <w:b w:val="0"/>
          <w:i w:val="0"/>
          <w:smallCaps w:val="0"/>
          <w:strike w:val="0"/>
          <w:sz w:val="22"/>
          <w:u w:val="single"/>
        </w:rPr>
        <w:t xml:space="preserve">Steve’s </w:t>
      </w:r>
      <w:r>
        <w:rPr>
          <w:b/>
          <w:i w:val="0"/>
          <w:smallCaps w:val="0"/>
          <w:strike w:val="0"/>
          <w:sz w:val="22"/>
          <w:highlight w:val="cyan"/>
          <w:u w:val="single"/>
        </w:rPr>
        <w:t>involvement</w:t>
      </w:r>
      <w:r>
        <w:rPr>
          <w:b w:val="0"/>
          <w:i w:val="0"/>
          <w:smallCaps w:val="0"/>
          <w:strike w:val="0"/>
          <w:sz w:val="22"/>
          <w:u w:val="single"/>
        </w:rPr>
        <w:t xml:space="preserve"> with Edge </w:t>
      </w:r>
      <w:r>
        <w:rPr>
          <w:b w:val="0"/>
          <w:i w:val="0"/>
          <w:smallCaps w:val="0"/>
          <w:strike w:val="0"/>
          <w:sz w:val="22"/>
          <w:highlight w:val="cyan"/>
          <w:u w:val="single"/>
        </w:rPr>
        <w:t xml:space="preserve">is because </w:t>
      </w:r>
      <w:r>
        <w:rPr>
          <w:b/>
          <w:i w:val="0"/>
          <w:smallCaps w:val="0"/>
          <w:strike w:val="0"/>
          <w:sz w:val="22"/>
          <w:highlight w:val="cyan"/>
          <w:u w:val="single"/>
        </w:rPr>
        <w:t>Brockman is his agent</w:t>
      </w:r>
      <w:r>
        <w:rPr>
          <w:b w:val="0"/>
          <w:i w:val="0"/>
          <w:smallCaps w:val="0"/>
          <w:strike w:val="0"/>
          <w:sz w:val="22"/>
          <w:highlight w:val="cyan"/>
          <w:u w:val="single"/>
        </w:rPr>
        <w:t>, and</w:t>
      </w:r>
      <w:r>
        <w:rPr>
          <w:b w:val="0"/>
          <w:i w:val="0"/>
          <w:smallCaps w:val="0"/>
          <w:strike w:val="0"/>
          <w:sz w:val="22"/>
          <w:u w:val="single"/>
        </w:rPr>
        <w:t xml:space="preserve"> that </w:t>
      </w:r>
      <w:r>
        <w:rPr>
          <w:b w:val="0"/>
          <w:i w:val="0"/>
          <w:smallCaps w:val="0"/>
          <w:strike w:val="0"/>
          <w:sz w:val="22"/>
          <w:highlight w:val="cyan"/>
          <w:u w:val="single"/>
        </w:rPr>
        <w:t xml:space="preserve">has </w:t>
      </w:r>
      <w:r>
        <w:rPr>
          <w:b/>
          <w:i w:val="0"/>
          <w:smallCaps w:val="0"/>
          <w:strike w:val="0"/>
          <w:sz w:val="22"/>
          <w:highlight w:val="cyan"/>
          <w:u w:val="single"/>
        </w:rPr>
        <w:t>nothing to do</w:t>
      </w:r>
      <w:r>
        <w:rPr>
          <w:b w:val="0"/>
          <w:i w:val="0"/>
          <w:smallCaps w:val="0"/>
          <w:strike w:val="0"/>
          <w:sz w:val="22"/>
          <w:highlight w:val="cyan"/>
          <w:u w:val="single"/>
        </w:rPr>
        <w:t xml:space="preserve"> with </w:t>
      </w:r>
      <w:r>
        <w:rPr>
          <w:b/>
          <w:i w:val="0"/>
          <w:smallCaps w:val="0"/>
          <w:strike w:val="0"/>
          <w:sz w:val="22"/>
          <w:highlight w:val="cyan"/>
          <w:u w:val="single"/>
        </w:rPr>
        <w:t>Epstein</w:t>
      </w:r>
      <w:r>
        <w:rPr>
          <w:b w:val="0"/>
          <w:i w:val="0"/>
          <w:smallCaps w:val="0"/>
          <w:strike w:val="0"/>
          <w:sz w:val="22"/>
          <w:u w:val="single"/>
        </w:rPr>
        <w:t xml:space="preserve">. Notice, though, how VICE </w:t>
      </w:r>
      <w:r>
        <w:rPr>
          <w:b/>
          <w:i w:val="0"/>
          <w:smallCaps w:val="0"/>
          <w:strike w:val="0"/>
          <w:sz w:val="22"/>
          <w:u w:val="single"/>
        </w:rPr>
        <w:t>tries</w:t>
      </w:r>
      <w:r>
        <w:rPr>
          <w:b w:val="0"/>
          <w:i w:val="0"/>
          <w:smallCaps w:val="0"/>
          <w:strike w:val="0"/>
          <w:sz w:val="22"/>
          <w:u w:val="single"/>
        </w:rPr>
        <w:t xml:space="preserve"> to use Edge to connect Pinker and Epstein</w:t>
      </w:r>
      <w:r>
        <w:rPr>
          <w:b w:val="0"/>
          <w:i w:val="0"/>
          <w:smallCaps w:val="0"/>
          <w:strike w:val="0"/>
          <w:sz w:val="16"/>
          <w:u w:val="none"/>
        </w:rPr>
        <w:t xml:space="preserve"> (yes, they did appear at the same event and were photographed together). But as Steve explained on this site:</w:t>
      </w:r>
    </w:p>
    <w:p>
      <w:pPr>
        <w:spacing w:after="60"/>
      </w:pPr>
      <w:r>
        <w:rPr>
          <w:b w:val="0"/>
          <w:i w:val="0"/>
          <w:smallCaps w:val="0"/>
          <w:strike w:val="0"/>
          <w:sz w:val="22"/>
          <w:u w:val="single"/>
        </w:rPr>
        <w:t xml:space="preserve">But </w:t>
      </w:r>
      <w:r>
        <w:rPr>
          <w:b w:val="0"/>
          <w:i w:val="0"/>
          <w:smallCaps w:val="0"/>
          <w:strike w:val="0"/>
          <w:sz w:val="22"/>
          <w:highlight w:val="cyan"/>
          <w:u w:val="single"/>
        </w:rPr>
        <w:t>Epstein</w:t>
      </w:r>
      <w:r>
        <w:rPr>
          <w:b w:val="0"/>
          <w:i w:val="0"/>
          <w:smallCaps w:val="0"/>
          <w:strike w:val="0"/>
          <w:sz w:val="22"/>
          <w:u w:val="single"/>
        </w:rPr>
        <w:t xml:space="preserve"> had </w:t>
      </w:r>
      <w:r>
        <w:rPr>
          <w:b w:val="0"/>
          <w:i w:val="0"/>
          <w:smallCaps w:val="0"/>
          <w:strike w:val="0"/>
          <w:sz w:val="22"/>
          <w:highlight w:val="cyan"/>
          <w:u w:val="single"/>
        </w:rPr>
        <w:t>insinuated</w:t>
      </w:r>
      <w:r>
        <w:rPr>
          <w:b w:val="0"/>
          <w:i w:val="0"/>
          <w:smallCaps w:val="0"/>
          <w:strike w:val="0"/>
          <w:sz w:val="22"/>
          <w:u w:val="single"/>
        </w:rPr>
        <w:t xml:space="preserve"> himself </w:t>
      </w:r>
      <w:r>
        <w:rPr>
          <w:b w:val="0"/>
          <w:i w:val="0"/>
          <w:smallCaps w:val="0"/>
          <w:strike w:val="0"/>
          <w:sz w:val="22"/>
          <w:highlight w:val="cyan"/>
          <w:u w:val="single"/>
        </w:rPr>
        <w:t>with</w:t>
      </w:r>
      <w:r>
        <w:rPr>
          <w:b w:val="0"/>
          <w:i w:val="0"/>
          <w:smallCaps w:val="0"/>
          <w:strike w:val="0"/>
          <w:sz w:val="22"/>
          <w:u w:val="single"/>
        </w:rPr>
        <w:t xml:space="preserve"> </w:t>
      </w:r>
      <w:r>
        <w:rPr>
          <w:b/>
          <w:i w:val="0"/>
          <w:smallCaps w:val="0"/>
          <w:strike w:val="0"/>
          <w:sz w:val="22"/>
          <w:u w:val="single"/>
        </w:rPr>
        <w:t xml:space="preserve">so </w:t>
      </w:r>
      <w:r>
        <w:rPr>
          <w:b/>
          <w:i w:val="0"/>
          <w:smallCaps w:val="0"/>
          <w:strike w:val="0"/>
          <w:sz w:val="22"/>
          <w:highlight w:val="cyan"/>
          <w:u w:val="single"/>
        </w:rPr>
        <w:t>many people</w:t>
      </w:r>
      <w:r>
        <w:rPr>
          <w:b w:val="0"/>
          <w:i w:val="0"/>
          <w:smallCaps w:val="0"/>
          <w:strike w:val="0"/>
          <w:sz w:val="16"/>
          <w:u w:val="none"/>
        </w:rPr>
        <w:t xml:space="preserve"> I intersected with (</w:t>
      </w:r>
      <w:r>
        <w:rPr>
          <w:b w:val="0"/>
          <w:i w:val="0"/>
          <w:smallCaps w:val="0"/>
          <w:strike w:val="0"/>
          <w:sz w:val="22"/>
          <w:u w:val="single"/>
        </w:rPr>
        <w:t xml:space="preserve">Alan </w:t>
      </w:r>
      <w:r>
        <w:rPr>
          <w:b/>
          <w:i w:val="0"/>
          <w:smallCaps w:val="0"/>
          <w:strike w:val="0"/>
          <w:sz w:val="22"/>
          <w:highlight w:val="cyan"/>
          <w:u w:val="single"/>
        </w:rPr>
        <w:t>Dershowitz</w:t>
      </w:r>
      <w:r>
        <w:rPr>
          <w:b w:val="0"/>
          <w:i w:val="0"/>
          <w:smallCaps w:val="0"/>
          <w:strike w:val="0"/>
          <w:sz w:val="22"/>
          <w:u w:val="single"/>
        </w:rPr>
        <w:t xml:space="preserve">, Martin </w:t>
      </w:r>
      <w:r>
        <w:rPr>
          <w:b/>
          <w:i w:val="0"/>
          <w:smallCaps w:val="0"/>
          <w:strike w:val="0"/>
          <w:sz w:val="22"/>
          <w:highlight w:val="cyan"/>
          <w:u w:val="single"/>
        </w:rPr>
        <w:t>Nowak</w:t>
      </w:r>
      <w:r>
        <w:rPr>
          <w:b w:val="0"/>
          <w:i w:val="0"/>
          <w:smallCaps w:val="0"/>
          <w:strike w:val="0"/>
          <w:sz w:val="22"/>
          <w:u w:val="single"/>
        </w:rPr>
        <w:t xml:space="preserve">, John </w:t>
      </w:r>
      <w:r>
        <w:rPr>
          <w:b/>
          <w:i w:val="0"/>
          <w:smallCaps w:val="0"/>
          <w:strike w:val="0"/>
          <w:sz w:val="22"/>
          <w:u w:val="single"/>
        </w:rPr>
        <w:t>Brockman</w:t>
      </w:r>
      <w:r>
        <w:rPr>
          <w:b w:val="0"/>
          <w:i w:val="0"/>
          <w:smallCaps w:val="0"/>
          <w:strike w:val="0"/>
          <w:sz w:val="22"/>
          <w:u w:val="single"/>
        </w:rPr>
        <w:t xml:space="preserve">, Steve </w:t>
      </w:r>
      <w:r>
        <w:rPr>
          <w:b/>
          <w:i w:val="0"/>
          <w:smallCaps w:val="0"/>
          <w:strike w:val="0"/>
          <w:sz w:val="22"/>
          <w:u w:val="single"/>
        </w:rPr>
        <w:t>Kosslyn</w:t>
      </w:r>
      <w:r>
        <w:rPr>
          <w:b w:val="0"/>
          <w:i w:val="0"/>
          <w:smallCaps w:val="0"/>
          <w:strike w:val="0"/>
          <w:sz w:val="22"/>
          <w:u w:val="single"/>
        </w:rPr>
        <w:t xml:space="preserve">, Lawrence </w:t>
      </w:r>
      <w:r>
        <w:rPr>
          <w:b/>
          <w:i w:val="0"/>
          <w:smallCaps w:val="0"/>
          <w:strike w:val="0"/>
          <w:sz w:val="22"/>
          <w:highlight w:val="cyan"/>
          <w:u w:val="single"/>
        </w:rPr>
        <w:t>Krauss</w:t>
      </w:r>
      <w:r>
        <w:rPr>
          <w:b w:val="0"/>
          <w:i w:val="0"/>
          <w:smallCaps w:val="0"/>
          <w:strike w:val="0"/>
          <w:sz w:val="22"/>
          <w:highlight w:val="cyan"/>
          <w:u w:val="single"/>
        </w:rPr>
        <w:t>) and</w:t>
      </w:r>
      <w:r>
        <w:rPr>
          <w:b w:val="0"/>
          <w:i w:val="0"/>
          <w:smallCaps w:val="0"/>
          <w:strike w:val="0"/>
          <w:sz w:val="22"/>
          <w:u w:val="single"/>
        </w:rPr>
        <w:t xml:space="preserve"> so many </w:t>
      </w:r>
      <w:r>
        <w:rPr>
          <w:b/>
          <w:i w:val="0"/>
          <w:smallCaps w:val="0"/>
          <w:strike w:val="0"/>
          <w:sz w:val="22"/>
          <w:highlight w:val="cyan"/>
          <w:u w:val="single"/>
        </w:rPr>
        <w:t>institutions</w:t>
      </w:r>
      <w:r>
        <w:rPr>
          <w:b w:val="0"/>
          <w:i w:val="0"/>
          <w:smallCaps w:val="0"/>
          <w:strike w:val="0"/>
          <w:sz w:val="22"/>
          <w:u w:val="single"/>
        </w:rPr>
        <w:t xml:space="preserve"> he helped fund (</w:t>
      </w:r>
      <w:r>
        <w:rPr>
          <w:b/>
          <w:i w:val="0"/>
          <w:smallCaps w:val="0"/>
          <w:strike w:val="0"/>
          <w:sz w:val="22"/>
          <w:u w:val="single"/>
        </w:rPr>
        <w:t>Harvard</w:t>
      </w:r>
      <w:r>
        <w:rPr>
          <w:b w:val="0"/>
          <w:i w:val="0"/>
          <w:smallCaps w:val="0"/>
          <w:strike w:val="0"/>
          <w:sz w:val="16"/>
          <w:u w:val="none"/>
        </w:rPr>
        <w:t xml:space="preserve">’s Program in Evolutionary Dynamics, </w:t>
      </w:r>
      <w:r>
        <w:rPr>
          <w:b/>
          <w:i w:val="0"/>
          <w:smallCaps w:val="0"/>
          <w:strike w:val="0"/>
          <w:sz w:val="22"/>
          <w:u w:val="single"/>
        </w:rPr>
        <w:t>A</w:t>
      </w:r>
      <w:r>
        <w:rPr>
          <w:b w:val="0"/>
          <w:i w:val="0"/>
          <w:smallCaps w:val="0"/>
          <w:strike w:val="0"/>
          <w:sz w:val="16"/>
          <w:u w:val="none"/>
        </w:rPr>
        <w:t xml:space="preserve">SU’s </w:t>
      </w:r>
      <w:r>
        <w:rPr>
          <w:b/>
          <w:i w:val="0"/>
          <w:smallCaps w:val="0"/>
          <w:strike w:val="0"/>
          <w:sz w:val="22"/>
          <w:u w:val="single"/>
        </w:rPr>
        <w:t>O</w:t>
      </w:r>
      <w:r>
        <w:rPr>
          <w:b w:val="0"/>
          <w:i w:val="0"/>
          <w:smallCaps w:val="0"/>
          <w:strike w:val="0"/>
          <w:sz w:val="16"/>
          <w:u w:val="none"/>
        </w:rPr>
        <w:t xml:space="preserve">rigins </w:t>
      </w:r>
      <w:r>
        <w:rPr>
          <w:b/>
          <w:i w:val="0"/>
          <w:smallCaps w:val="0"/>
          <w:strike w:val="0"/>
          <w:sz w:val="22"/>
          <w:u w:val="single"/>
        </w:rPr>
        <w:t>P</w:t>
      </w:r>
      <w:r>
        <w:rPr>
          <w:b w:val="0"/>
          <w:i w:val="0"/>
          <w:smallCaps w:val="0"/>
          <w:strike w:val="0"/>
          <w:sz w:val="16"/>
          <w:u w:val="none"/>
        </w:rPr>
        <w:t xml:space="preserve">roject, </w:t>
      </w:r>
      <w:r>
        <w:rPr>
          <w:b w:val="0"/>
          <w:i w:val="0"/>
          <w:smallCaps w:val="0"/>
          <w:strike w:val="0"/>
          <w:sz w:val="22"/>
          <w:u w:val="single"/>
        </w:rPr>
        <w:t>even Harvard Hillel) that I often ended up at the same place</w:t>
      </w:r>
      <w:r>
        <w:rPr>
          <w:b w:val="0"/>
          <w:i w:val="0"/>
          <w:smallCaps w:val="0"/>
          <w:strike w:val="0"/>
          <w:sz w:val="16"/>
          <w:u w:val="none"/>
        </w:rPr>
        <w:t xml:space="preserve"> with him. (Most of these gatherings were prior to the revelation of his sex crimes, such as the 2002 plane trip to TED with Dawkins, Dennett, the Brockmans, and others, but Krauss’s Origins Project Meeting came after he served his sentence.) Since I was often the most recognizable person in the room, someone would snap a picture; some of them resurfaced this past week, circulated by people who disagree with me on various topics and apparently believe that the photos are effective arguments.</w:t>
      </w:r>
    </w:p>
    <w:p>
      <w:pPr>
        <w:spacing w:after="60"/>
      </w:pPr>
      <w:r>
        <w:rPr>
          <w:b w:val="0"/>
          <w:i w:val="0"/>
          <w:smallCaps w:val="0"/>
          <w:strike w:val="0"/>
          <w:sz w:val="16"/>
          <w:u w:val="none"/>
        </w:rPr>
        <w:t xml:space="preserve">I haven’t asked Steve how many times he </w:t>
      </w:r>
      <w:r>
        <w:rPr>
          <w:b w:val="0"/>
          <w:i w:val="0"/>
          <w:smallCaps w:val="0"/>
          <w:strike w:val="0"/>
          <w:sz w:val="16"/>
          <w:u w:val="none"/>
        </w:rPr>
        <w:t>actually met</w:t>
      </w:r>
      <w:r>
        <w:rPr>
          <w:b w:val="0"/>
          <w:i w:val="0"/>
          <w:smallCaps w:val="0"/>
          <w:strike w:val="0"/>
          <w:sz w:val="16"/>
          <w:u w:val="none"/>
        </w:rPr>
        <w:t xml:space="preserve"> Epstein at Harvard, but VICE doesn’t know either; it just implies that they were connected because Epstein had an honorary position in Martin Nowak’s evolution group at the school (Nowak’s being investigated for this). Pinker and Epstein were at one of Nowak’s events, and that’s all I know. As VICE notes:</w:t>
      </w:r>
    </w:p>
    <w:p>
      <w:pPr>
        <w:spacing w:after="60"/>
      </w:pPr>
      <w:r>
        <w:rPr>
          <w:b w:val="0"/>
          <w:i w:val="0"/>
          <w:smallCaps w:val="0"/>
          <w:strike w:val="0"/>
          <w:sz w:val="16"/>
          <w:u w:val="none"/>
        </w:rPr>
        <w:t xml:space="preserve">There are </w:t>
      </w:r>
      <w:r>
        <w:rPr>
          <w:b w:val="0"/>
          <w:i w:val="0"/>
          <w:smallCaps w:val="0"/>
          <w:strike w:val="0"/>
          <w:sz w:val="16"/>
          <w:u w:val="none"/>
        </w:rPr>
        <w:t xml:space="preserve"> of Pinker with Epstein at an event at Harvard’s Program for Evolutionary Dynamics (PEDS). </w:t>
      </w:r>
      <w:r>
        <w:rPr>
          <w:b w:val="0"/>
          <w:i w:val="0"/>
          <w:smallCaps w:val="0"/>
          <w:strike w:val="0"/>
          <w:sz w:val="22"/>
          <w:highlight w:val="cyan"/>
          <w:u w:val="single"/>
        </w:rPr>
        <w:t>Pinker wrote</w:t>
      </w:r>
      <w:r>
        <w:rPr>
          <w:b w:val="0"/>
          <w:i w:val="0"/>
          <w:smallCaps w:val="0"/>
          <w:strike w:val="0"/>
          <w:sz w:val="16"/>
          <w:u w:val="none"/>
        </w:rPr>
        <w:t xml:space="preserve"> to Motherboard </w:t>
      </w:r>
      <w:r>
        <w:rPr>
          <w:b w:val="0"/>
          <w:i w:val="0"/>
          <w:smallCaps w:val="0"/>
          <w:strike w:val="0"/>
          <w:sz w:val="22"/>
          <w:u w:val="single"/>
        </w:rPr>
        <w:t>that “[t]</w:t>
      </w:r>
      <w:r>
        <w:rPr>
          <w:b w:val="0"/>
          <w:i w:val="0"/>
          <w:smallCaps w:val="0"/>
          <w:strike w:val="0"/>
          <w:sz w:val="22"/>
          <w:u w:val="single"/>
        </w:rPr>
        <w:t>he</w:t>
      </w:r>
      <w:r>
        <w:rPr>
          <w:b w:val="0"/>
          <w:i w:val="0"/>
          <w:smallCaps w:val="0"/>
          <w:strike w:val="0"/>
          <w:sz w:val="22"/>
          <w:u w:val="single"/>
        </w:rPr>
        <w:t xml:space="preserve"> director of the Program, Professor Martin </w:t>
      </w:r>
      <w:r>
        <w:rPr>
          <w:b/>
          <w:i w:val="0"/>
          <w:smallCaps w:val="0"/>
          <w:strike w:val="0"/>
          <w:sz w:val="22"/>
          <w:highlight w:val="cyan"/>
          <w:u w:val="single"/>
        </w:rPr>
        <w:t>Nowak</w:t>
      </w:r>
      <w:r>
        <w:rPr>
          <w:b w:val="0"/>
          <w:i w:val="0"/>
          <w:smallCaps w:val="0"/>
          <w:strike w:val="0"/>
          <w:sz w:val="22"/>
          <w:highlight w:val="cyan"/>
          <w:u w:val="single"/>
        </w:rPr>
        <w:t>, invited me, and</w:t>
      </w:r>
      <w:r>
        <w:rPr>
          <w:b w:val="0"/>
          <w:i w:val="0"/>
          <w:smallCaps w:val="0"/>
          <w:strike w:val="0"/>
          <w:sz w:val="22"/>
          <w:u w:val="single"/>
        </w:rPr>
        <w:t xml:space="preserve"> </w:t>
      </w:r>
      <w:r>
        <w:rPr>
          <w:b/>
          <w:i w:val="0"/>
          <w:smallCaps w:val="0"/>
          <w:strike w:val="0"/>
          <w:sz w:val="22"/>
          <w:u w:val="single"/>
        </w:rPr>
        <w:t xml:space="preserve">he </w:t>
      </w:r>
      <w:r>
        <w:rPr>
          <w:b/>
          <w:i w:val="0"/>
          <w:smallCaps w:val="0"/>
          <w:strike w:val="0"/>
          <w:sz w:val="22"/>
          <w:highlight w:val="cyan"/>
          <w:u w:val="single"/>
        </w:rPr>
        <w:t>also</w:t>
      </w:r>
      <w:r>
        <w:rPr>
          <w:b w:val="0"/>
          <w:i w:val="0"/>
          <w:smallCaps w:val="0"/>
          <w:strike w:val="0"/>
          <w:sz w:val="22"/>
          <w:u w:val="single"/>
        </w:rPr>
        <w:t xml:space="preserve"> invited </w:t>
      </w:r>
      <w:r>
        <w:rPr>
          <w:b w:val="0"/>
          <w:i w:val="0"/>
          <w:smallCaps w:val="0"/>
          <w:strike w:val="0"/>
          <w:sz w:val="22"/>
          <w:highlight w:val="cyan"/>
          <w:u w:val="single"/>
        </w:rPr>
        <w:t xml:space="preserve">Epstein. I had </w:t>
      </w:r>
      <w:r>
        <w:rPr>
          <w:b/>
          <w:i w:val="0"/>
          <w:smallCaps w:val="0"/>
          <w:strike w:val="0"/>
          <w:sz w:val="22"/>
          <w:highlight w:val="cyan"/>
          <w:u w:val="single"/>
        </w:rPr>
        <w:t>nothing to do</w:t>
      </w:r>
      <w:r>
        <w:rPr>
          <w:b w:val="0"/>
          <w:i w:val="0"/>
          <w:smallCaps w:val="0"/>
          <w:strike w:val="0"/>
          <w:sz w:val="22"/>
          <w:highlight w:val="cyan"/>
          <w:u w:val="single"/>
        </w:rPr>
        <w:t xml:space="preserve"> with Epstein</w:t>
      </w:r>
      <w:r>
        <w:rPr>
          <w:b w:val="0"/>
          <w:i w:val="0"/>
          <w:smallCaps w:val="0"/>
          <w:strike w:val="0"/>
          <w:sz w:val="22"/>
          <w:u w:val="single"/>
        </w:rPr>
        <w:t xml:space="preserve"> being there.”</w:t>
      </w:r>
    </w:p>
    <w:p>
      <w:pPr>
        <w:spacing w:after="60"/>
      </w:pPr>
      <w:r>
        <w:rPr>
          <w:b w:val="0"/>
          <w:i w:val="0"/>
          <w:smallCaps w:val="0"/>
          <w:strike w:val="0"/>
          <w:sz w:val="16"/>
          <w:u w:val="none"/>
        </w:rPr>
        <w:t xml:space="preserve">According to </w:t>
      </w:r>
      <w:r>
        <w:rPr>
          <w:b w:val="0"/>
          <w:i w:val="0"/>
          <w:smallCaps w:val="0"/>
          <w:strike w:val="0"/>
          <w:sz w:val="16"/>
          <w:u w:val="none"/>
        </w:rPr>
        <w:t>, Epstein visited the campus over a dozen times, was a visiting fellow at one point, and had an office there—after he was convicted of procuring a minor for prostitution in 2008—and donated $9.2 million to the university, $6.5 million of which went to PEDS.</w:t>
      </w:r>
    </w:p>
    <w:p>
      <w:pPr>
        <w:spacing w:after="60"/>
      </w:pPr>
      <w:r>
        <w:rPr>
          <w:b w:val="0"/>
          <w:i w:val="0"/>
          <w:smallCaps w:val="0"/>
          <w:strike w:val="0"/>
          <w:sz w:val="22"/>
          <w:u w:val="single"/>
        </w:rPr>
        <w:t xml:space="preserve">The “over a dozen times” is </w:t>
      </w:r>
      <w:r>
        <w:rPr>
          <w:b/>
          <w:i w:val="0"/>
          <w:smallCaps w:val="0"/>
          <w:strike w:val="0"/>
          <w:sz w:val="22"/>
          <w:u w:val="single"/>
        </w:rPr>
        <w:t>irrelevant</w:t>
      </w:r>
      <w:r>
        <w:rPr>
          <w:b w:val="0"/>
          <w:i w:val="0"/>
          <w:smallCaps w:val="0"/>
          <w:strike w:val="0"/>
          <w:sz w:val="22"/>
          <w:u w:val="single"/>
        </w:rPr>
        <w:t xml:space="preserve"> to Epstein’s </w:t>
      </w:r>
      <w:r>
        <w:rPr>
          <w:b/>
          <w:i w:val="0"/>
          <w:smallCaps w:val="0"/>
          <w:strike w:val="0"/>
          <w:sz w:val="22"/>
          <w:u w:val="single"/>
        </w:rPr>
        <w:t>connection to Pinker</w:t>
      </w:r>
      <w:r>
        <w:rPr>
          <w:b w:val="0"/>
          <w:i w:val="0"/>
          <w:smallCaps w:val="0"/>
          <w:strike w:val="0"/>
          <w:sz w:val="22"/>
          <w:u w:val="single"/>
        </w:rPr>
        <w:t xml:space="preserve">, as </w:t>
      </w:r>
      <w:r>
        <w:rPr>
          <w:b w:val="0"/>
          <w:i w:val="0"/>
          <w:smallCaps w:val="0"/>
          <w:strike w:val="0"/>
          <w:sz w:val="22"/>
          <w:highlight w:val="cyan"/>
          <w:u w:val="single"/>
        </w:rPr>
        <w:t xml:space="preserve">it’s </w:t>
      </w:r>
      <w:r>
        <w:rPr>
          <w:b/>
          <w:i w:val="0"/>
          <w:smallCaps w:val="0"/>
          <w:strike w:val="0"/>
          <w:sz w:val="22"/>
          <w:highlight w:val="cyan"/>
          <w:u w:val="single"/>
        </w:rPr>
        <w:t>certain</w:t>
      </w:r>
      <w:r>
        <w:rPr>
          <w:b w:val="0"/>
          <w:i w:val="0"/>
          <w:smallCaps w:val="0"/>
          <w:strike w:val="0"/>
          <w:sz w:val="22"/>
          <w:u w:val="single"/>
        </w:rPr>
        <w:t xml:space="preserve"> that </w:t>
      </w:r>
      <w:r>
        <w:rPr>
          <w:b w:val="0"/>
          <w:i w:val="0"/>
          <w:smallCaps w:val="0"/>
          <w:strike w:val="0"/>
          <w:sz w:val="22"/>
          <w:highlight w:val="cyan"/>
          <w:u w:val="single"/>
        </w:rPr>
        <w:t>Steve didn’t see Epstein</w:t>
      </w:r>
      <w:r>
        <w:rPr>
          <w:b w:val="0"/>
          <w:i w:val="0"/>
          <w:smallCaps w:val="0"/>
          <w:strike w:val="0"/>
          <w:sz w:val="22"/>
          <w:u w:val="single"/>
        </w:rPr>
        <w:t xml:space="preserve"> constantly on campus</w:t>
      </w:r>
      <w:r>
        <w:rPr>
          <w:b w:val="0"/>
          <w:i w:val="0"/>
          <w:smallCaps w:val="0"/>
          <w:strike w:val="0"/>
          <w:sz w:val="16"/>
          <w:u w:val="none"/>
        </w:rPr>
        <w:t>, much less interact with him.</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