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innovation </w:t>
      </w:r>
      <w:r>
        <w:rPr>
          <w:b/>
          <w:i w:val="0"/>
          <w:smallCaps w:val="0"/>
          <w:strike w:val="0"/>
          <w:sz w:val="26"/>
          <w:u w:val="none"/>
        </w:rPr>
        <w:t>lead</w:t>
      </w:r>
      <w:r>
        <w:rPr>
          <w:b/>
          <w:i w:val="0"/>
          <w:smallCaps w:val="0"/>
          <w:strike w:val="0"/>
          <w:sz w:val="26"/>
          <w:u w:val="none"/>
        </w:rPr>
        <w:t xml:space="preserve"> to massive amounts of water use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Shaji </w:t>
      </w:r>
      <w:r>
        <w:rPr>
          <w:b/>
          <w:i w:val="0"/>
          <w:smallCaps w:val="0"/>
          <w:strike w:val="0"/>
          <w:sz w:val="28"/>
          <w:u w:val="none"/>
        </w:rPr>
        <w:t>George 23</w:t>
      </w:r>
      <w:r>
        <w:rPr>
          <w:b w:val="0"/>
          <w:i w:val="0"/>
          <w:smallCaps w:val="0"/>
          <w:strike w:val="0"/>
          <w:u w:val="none"/>
        </w:rPr>
        <w:t xml:space="preserve"> , A.S. Hovan George2 , </w:t>
      </w:r>
      <w:r>
        <w:rPr>
          <w:b w:val="0"/>
          <w:i w:val="0"/>
          <w:smallCaps w:val="0"/>
          <w:strike w:val="0"/>
          <w:u w:val="none"/>
        </w:rPr>
        <w:t>A.S.Gabrio</w:t>
      </w:r>
      <w:r>
        <w:rPr>
          <w:b w:val="0"/>
          <w:i w:val="0"/>
          <w:smallCaps w:val="0"/>
          <w:strike w:val="0"/>
          <w:u w:val="none"/>
        </w:rPr>
        <w:t xml:space="preserve"> Martin3 - </w:t>
      </w:r>
      <w:r>
        <w:rPr>
          <w:b w:val="0"/>
          <w:i w:val="0"/>
          <w:smallCaps w:val="0"/>
          <w:strike w:val="0"/>
          <w:sz w:val="20"/>
          <w:u w:val="none"/>
        </w:rPr>
        <w:t>Masters IT Solutions, Chennai, Tamil Nadu, India</w:t>
      </w:r>
      <w:r>
        <w:rPr>
          <w:b w:val="0"/>
          <w:i w:val="0"/>
          <w:smallCaps w:val="0"/>
          <w:strike w:val="0"/>
          <w:u w:val="none"/>
        </w:rPr>
        <w:t xml:space="preserve"> Et al </w:t>
      </w:r>
      <w:r>
        <w:rPr>
          <w:b w:val="0"/>
          <w:i w:val="0"/>
          <w:smallCaps w:val="0"/>
          <w:strike w:val="0"/>
          <w:color w:val="3C3A3A"/>
          <w:u w:val="none"/>
        </w:rPr>
        <w:t xml:space="preserve">2023-04-20 “The Environmental Impact of AI: A Case Study of Water Consumption by Chat GPT Authors” International Innovation Journal </w:t>
      </w:r>
      <w:r>
        <w:rPr>
          <w:b w:val="0"/>
          <w:i w:val="0"/>
          <w:smallCaps w:val="0"/>
          <w:strike w:val="0"/>
          <w:u w:val="none"/>
        </w:rPr>
        <w:t xml:space="preserve"> - LR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conclusion, </w:t>
      </w:r>
      <w:r>
        <w:rPr>
          <w:b w:val="0"/>
          <w:i w:val="0"/>
          <w:smallCaps w:val="0"/>
          <w:strike w:val="0"/>
          <w:u w:val="single"/>
        </w:rPr>
        <w:t xml:space="preserve">the water </w:t>
      </w:r>
      <w:r>
        <w:rPr>
          <w:b w:val="0"/>
          <w:i w:val="0"/>
          <w:smallCaps w:val="0"/>
          <w:strike w:val="0"/>
          <w:u w:val="single"/>
        </w:rPr>
        <w:t>footprint[</w:t>
      </w:r>
      <w:r>
        <w:rPr>
          <w:b w:val="0"/>
          <w:i w:val="0"/>
          <w:smallCaps w:val="0"/>
          <w:strike w:val="0"/>
          <w:u w:val="single"/>
        </w:rPr>
        <w:t>6] of AI models</w:t>
      </w:r>
      <w:r>
        <w:rPr>
          <w:b w:val="0"/>
          <w:i w:val="0"/>
          <w:smallCaps w:val="0"/>
          <w:strike w:val="0"/>
          <w:u w:val="none"/>
        </w:rPr>
        <w:t xml:space="preserve">, including Chat GPT, </w:t>
      </w:r>
      <w:r>
        <w:rPr>
          <w:b w:val="0"/>
          <w:i w:val="0"/>
          <w:smallCaps w:val="0"/>
          <w:strike w:val="0"/>
          <w:u w:val="single"/>
        </w:rPr>
        <w:t>is a</w:t>
      </w:r>
      <w:r>
        <w:rPr>
          <w:b w:val="0"/>
          <w:i w:val="0"/>
          <w:smallCaps w:val="0"/>
          <w:strike w:val="0"/>
          <w:u w:val="none"/>
        </w:rPr>
        <w:t xml:space="preserve"> significant </w:t>
      </w:r>
      <w:r>
        <w:rPr>
          <w:b w:val="0"/>
          <w:i w:val="0"/>
          <w:smallCaps w:val="0"/>
          <w:strike w:val="0"/>
          <w:u w:val="single"/>
        </w:rPr>
        <w:t>environmental issue</w:t>
      </w:r>
      <w:r>
        <w:rPr>
          <w:b w:val="0"/>
          <w:i w:val="0"/>
          <w:smallCaps w:val="0"/>
          <w:strike w:val="0"/>
          <w:u w:val="none"/>
        </w:rPr>
        <w:t xml:space="preserve"> that requires attention and </w:t>
      </w:r>
      <w:r>
        <w:rPr>
          <w:b w:val="0"/>
          <w:i w:val="0"/>
          <w:smallCaps w:val="0"/>
          <w:strike w:val="0"/>
          <w:u w:val="single"/>
        </w:rPr>
        <w:t>action</w:t>
      </w:r>
      <w:r>
        <w:rPr>
          <w:b w:val="0"/>
          <w:i w:val="0"/>
          <w:smallCaps w:val="0"/>
          <w:strike w:val="0"/>
          <w:u w:val="none"/>
        </w:rPr>
        <w:t xml:space="preserve"> from the AI industry. While the </w:t>
      </w:r>
      <w:r>
        <w:rPr>
          <w:b w:val="0"/>
          <w:i w:val="0"/>
          <w:smallCaps w:val="0"/>
          <w:strike w:val="0"/>
          <w:u w:val="none"/>
        </w:rPr>
        <w:t>water[</w:t>
      </w:r>
      <w:r>
        <w:rPr>
          <w:b w:val="0"/>
          <w:i w:val="0"/>
          <w:smallCaps w:val="0"/>
          <w:strike w:val="0"/>
          <w:u w:val="none"/>
        </w:rPr>
        <w:t xml:space="preserve">21] consumption of AI models is relatively small compared to other industries such as agriculture or energy production, </w:t>
      </w:r>
      <w:r>
        <w:rPr>
          <w:b w:val="0"/>
          <w:i w:val="0"/>
          <w:smallCaps w:val="0"/>
          <w:strike w:val="0"/>
          <w:u w:val="single"/>
        </w:rPr>
        <w:t>it is</w:t>
      </w:r>
      <w:r>
        <w:rPr>
          <w:b w:val="0"/>
          <w:i w:val="0"/>
          <w:smallCaps w:val="0"/>
          <w:strike w:val="0"/>
          <w:u w:val="none"/>
        </w:rPr>
        <w:t xml:space="preserve"> still </w:t>
      </w:r>
      <w:r>
        <w:rPr>
          <w:b w:val="0"/>
          <w:i w:val="0"/>
          <w:smallCaps w:val="0"/>
          <w:strike w:val="0"/>
          <w:u w:val="single"/>
        </w:rPr>
        <w:t>a concern due to the growth</w:t>
      </w:r>
      <w:r>
        <w:rPr>
          <w:b w:val="0"/>
          <w:i w:val="0"/>
          <w:smallCaps w:val="0"/>
          <w:strike w:val="0"/>
          <w:u w:val="none"/>
        </w:rPr>
        <w:t xml:space="preserve"> and increasing complexity </w:t>
      </w:r>
      <w:r>
        <w:rPr>
          <w:b w:val="0"/>
          <w:i w:val="0"/>
          <w:smallCaps w:val="0"/>
          <w:strike w:val="0"/>
          <w:u w:val="single"/>
        </w:rPr>
        <w:t>of AI models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Several solutions can be implemented to reduce The water [</w:t>
      </w:r>
      <w:r>
        <w:rPr>
          <w:b w:val="0"/>
          <w:i w:val="0"/>
          <w:smallCaps w:val="0"/>
          <w:strike w:val="0"/>
          <w:u w:val="none"/>
        </w:rPr>
        <w:t>9]footprint</w:t>
      </w:r>
      <w:r>
        <w:rPr>
          <w:b w:val="0"/>
          <w:i w:val="0"/>
          <w:smallCaps w:val="0"/>
          <w:strike w:val="0"/>
          <w:u w:val="none"/>
        </w:rPr>
        <w:t xml:space="preserve"> of AI systems, including improving the energy efficiency of data centers, using more efficient algorithms, and adopting water recycling technologies. These solutions can help reduce the </w:t>
      </w:r>
      <w:r>
        <w:rPr>
          <w:b w:val="0"/>
          <w:i w:val="0"/>
          <w:smallCaps w:val="0"/>
          <w:strike w:val="0"/>
          <w:u w:val="none"/>
        </w:rPr>
        <w:t>amount[</w:t>
      </w:r>
      <w:r>
        <w:rPr>
          <w:b w:val="0"/>
          <w:i w:val="0"/>
          <w:smallCaps w:val="0"/>
          <w:strike w:val="0"/>
          <w:u w:val="none"/>
        </w:rPr>
        <w:t xml:space="preserve">15] of water used by Chat GPT and other AI models, thus reducing their environmental impact.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Moreover, </w:t>
      </w:r>
      <w:r>
        <w:rPr>
          <w:b w:val="0"/>
          <w:i w:val="0"/>
          <w:smallCaps w:val="0"/>
          <w:strike w:val="0"/>
          <w:u w:val="single"/>
        </w:rPr>
        <w:t xml:space="preserve">the water </w:t>
      </w:r>
      <w:r>
        <w:rPr>
          <w:b w:val="0"/>
          <w:i w:val="0"/>
          <w:smallCaps w:val="0"/>
          <w:strike w:val="0"/>
          <w:u w:val="single"/>
        </w:rPr>
        <w:t>footprint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6] of AI models </w:t>
      </w:r>
      <w:r>
        <w:rPr>
          <w:b w:val="0"/>
          <w:i w:val="0"/>
          <w:smallCaps w:val="0"/>
          <w:strike w:val="0"/>
          <w:u w:val="single"/>
        </w:rPr>
        <w:t xml:space="preserve">is just one aspect of their </w:t>
      </w:r>
      <w:r>
        <w:rPr>
          <w:b w:val="0"/>
          <w:i w:val="0"/>
          <w:smallCaps w:val="0"/>
          <w:strike w:val="0"/>
          <w:u w:val="none"/>
        </w:rPr>
        <w:t>overall</w:t>
      </w:r>
      <w:r>
        <w:rPr>
          <w:b w:val="0"/>
          <w:i w:val="0"/>
          <w:smallCaps w:val="0"/>
          <w:strike w:val="0"/>
          <w:u w:val="single"/>
        </w:rPr>
        <w:t xml:space="preserve"> environmental impact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energy consumption and carbon emissions associated with AI models </w:t>
      </w:r>
      <w:r>
        <w:rPr>
          <w:b w:val="0"/>
          <w:i w:val="0"/>
          <w:smallCaps w:val="0"/>
          <w:strike w:val="0"/>
          <w:u w:val="none"/>
        </w:rPr>
        <w:t>also</w:t>
      </w:r>
      <w:r>
        <w:rPr>
          <w:b w:val="0"/>
          <w:i w:val="0"/>
          <w:smallCaps w:val="0"/>
          <w:strike w:val="0"/>
          <w:u w:val="single"/>
        </w:rPr>
        <w:t xml:space="preserve"> have significant environmental consequences</w:t>
      </w:r>
      <w:r>
        <w:rPr>
          <w:b w:val="0"/>
          <w:i w:val="0"/>
          <w:smallCaps w:val="0"/>
          <w:strike w:val="0"/>
          <w:u w:val="none"/>
        </w:rPr>
        <w:t xml:space="preserve"> that need to be addressed. 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