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Using AI in agriculture will negatively affect the crops </w:t>
      </w:r>
    </w:p>
    <w:p>
      <w:pPr>
        <w:spacing w:after="80"/>
      </w:pPr>
      <w:r>
        <w:rPr>
          <w:b w:val="0"/>
          <w:i w:val="0"/>
          <w:smallCaps w:val="0"/>
          <w:strike w:val="0"/>
          <w:u w:val="none"/>
        </w:rPr>
        <w:t xml:space="preserve">ALOKYA </w:t>
      </w:r>
      <w:r>
        <w:rPr>
          <w:b/>
          <w:i w:val="0"/>
          <w:smallCaps w:val="0"/>
          <w:strike w:val="0"/>
          <w:sz w:val="26"/>
          <w:u w:val="none"/>
        </w:rPr>
        <w:t>KANUNGO</w:t>
      </w:r>
      <w:r>
        <w:rPr>
          <w:b/>
          <w:i w:val="0"/>
          <w:smallCaps w:val="0"/>
          <w:strike w:val="0"/>
          <w:sz w:val="26"/>
          <w:u w:val="none"/>
        </w:rPr>
        <w:t xml:space="preserve"> </w:t>
      </w:r>
      <w:r>
        <w:rPr>
          <w:b/>
          <w:i w:val="0"/>
          <w:smallCaps w:val="0"/>
          <w:strike w:val="0"/>
          <w:sz w:val="26"/>
          <w:u w:val="none"/>
        </w:rPr>
        <w:t>23</w:t>
      </w:r>
      <w:r>
        <w:rPr>
          <w:b w:val="0"/>
          <w:i w:val="0"/>
          <w:smallCaps w:val="0"/>
          <w:strike w:val="0"/>
          <w:u w:val="none"/>
        </w:rPr>
        <w:t xml:space="preserve"> ongoing Ph.D. in "Scientific Correlation between the Impact of Climate Change on Soil Health and Sustainable Agriculture" from K.I.I.T. University and an M.Phil. in Geography. expert in environmental research and policymaking. Former Research Associate and Content Writer, contributing to various environmental projects “Potential Without Harming the Environment?” earth.org </w:t>
      </w:r>
      <w:r>
        <w:rPr>
          <w:b w:val="0"/>
          <w:i w:val="0"/>
          <w:smallCaps w:val="0"/>
          <w:strike w:val="0"/>
          <w:u w:val="none"/>
        </w:rPr>
        <w:t xml:space="preserve"> - Lr</w:t>
      </w:r>
    </w:p>
    <w:p>
      <w:pPr>
        <w:spacing w:after="60"/>
      </w:pPr>
      <w:r>
        <w:rPr>
          <w:b w:val="0"/>
          <w:i w:val="0"/>
          <w:smallCaps w:val="0"/>
          <w:strike w:val="0"/>
          <w:color w:val="111111"/>
          <w:u w:val="single"/>
        </w:rPr>
        <w:t>The</w:t>
      </w:r>
      <w:r>
        <w:rPr>
          <w:b w:val="0"/>
          <w:i w:val="0"/>
          <w:smallCaps w:val="0"/>
          <w:strike w:val="0"/>
          <w:color w:val="111111"/>
          <w:u w:val="none"/>
        </w:rPr>
        <w:t xml:space="preserve"> rising </w:t>
      </w:r>
      <w:r>
        <w:rPr>
          <w:b w:val="0"/>
          <w:i w:val="0"/>
          <w:smallCaps w:val="0"/>
          <w:strike w:val="0"/>
          <w:color w:val="111111"/>
          <w:u w:val="single"/>
        </w:rPr>
        <w:t>use of AI in agriculture</w:t>
      </w:r>
      <w:r>
        <w:rPr>
          <w:b w:val="0"/>
          <w:i w:val="0"/>
          <w:smallCaps w:val="0"/>
          <w:strike w:val="0"/>
          <w:color w:val="111111"/>
          <w:u w:val="none"/>
        </w:rPr>
        <w:t xml:space="preserve"> could </w:t>
      </w:r>
      <w:r>
        <w:rPr>
          <w:b w:val="0"/>
          <w:i w:val="0"/>
          <w:smallCaps w:val="0"/>
          <w:strike w:val="0"/>
          <w:color w:val="111111"/>
          <w:u w:val="single"/>
        </w:rPr>
        <w:t>result</w:t>
      </w:r>
      <w:r>
        <w:rPr>
          <w:b w:val="0"/>
          <w:i w:val="0"/>
          <w:smallCaps w:val="0"/>
          <w:strike w:val="0"/>
          <w:color w:val="111111"/>
          <w:u w:val="none"/>
        </w:rPr>
        <w:t xml:space="preserve"> </w:t>
      </w:r>
      <w:r>
        <w:rPr>
          <w:b w:val="0"/>
          <w:i w:val="0"/>
          <w:smallCaps w:val="0"/>
          <w:strike w:val="0"/>
          <w:color w:val="111111"/>
          <w:u w:val="single"/>
        </w:rPr>
        <w:t>in</w:t>
      </w:r>
      <w:r>
        <w:rPr>
          <w:b w:val="0"/>
          <w:i w:val="0"/>
          <w:smallCaps w:val="0"/>
          <w:strike w:val="0"/>
          <w:color w:val="111111"/>
          <w:u w:val="none"/>
        </w:rPr>
        <w:t xml:space="preserve"> the </w:t>
      </w:r>
      <w:r>
        <w:rPr>
          <w:b w:val="0"/>
          <w:i w:val="0"/>
          <w:smallCaps w:val="0"/>
          <w:strike w:val="0"/>
          <w:color w:val="111111"/>
          <w:u w:val="single"/>
        </w:rPr>
        <w:t>overuse</w:t>
      </w:r>
      <w:r>
        <w:rPr>
          <w:b w:val="0"/>
          <w:i w:val="0"/>
          <w:smallCaps w:val="0"/>
          <w:strike w:val="0"/>
          <w:color w:val="111111"/>
          <w:u w:val="none"/>
        </w:rPr>
        <w:t xml:space="preserve"> </w:t>
      </w:r>
      <w:r>
        <w:rPr>
          <w:b w:val="0"/>
          <w:i w:val="0"/>
          <w:smallCaps w:val="0"/>
          <w:strike w:val="0"/>
          <w:color w:val="111111"/>
          <w:u w:val="single"/>
        </w:rPr>
        <w:t>of pesticides and fertilizers</w:t>
      </w:r>
      <w:r>
        <w:rPr>
          <w:b w:val="0"/>
          <w:i w:val="0"/>
          <w:smallCaps w:val="0"/>
          <w:strike w:val="0"/>
          <w:color w:val="111111"/>
          <w:u w:val="none"/>
        </w:rPr>
        <w:t xml:space="preserve">, </w:t>
      </w:r>
      <w:r>
        <w:rPr>
          <w:b w:val="0"/>
          <w:i w:val="0"/>
          <w:smallCaps w:val="0"/>
          <w:strike w:val="0"/>
          <w:color w:val="111111"/>
          <w:u w:val="single"/>
        </w:rPr>
        <w:t>contaminating the soil and water</w:t>
      </w:r>
      <w:r>
        <w:rPr>
          <w:b w:val="0"/>
          <w:i w:val="0"/>
          <w:smallCaps w:val="0"/>
          <w:strike w:val="0"/>
          <w:color w:val="111111"/>
          <w:u w:val="none"/>
        </w:rPr>
        <w:t xml:space="preserve">, and </w:t>
      </w:r>
      <w:r>
        <w:rPr>
          <w:b w:val="0"/>
          <w:i w:val="0"/>
          <w:smallCaps w:val="0"/>
          <w:strike w:val="0"/>
          <w:color w:val="111111"/>
          <w:u w:val="single"/>
        </w:rPr>
        <w:t>harming biodiversity</w:t>
      </w:r>
      <w:r>
        <w:rPr>
          <w:b w:val="0"/>
          <w:i w:val="0"/>
          <w:smallCaps w:val="0"/>
          <w:strike w:val="0"/>
          <w:color w:val="111111"/>
          <w:u w:val="none"/>
        </w:rPr>
        <w:t xml:space="preserve">. </w:t>
      </w:r>
      <w:r>
        <w:rPr>
          <w:b w:val="0"/>
          <w:i w:val="0"/>
          <w:smallCaps w:val="0"/>
          <w:strike w:val="0"/>
          <w:color w:val="111111"/>
          <w:u w:val="single"/>
        </w:rPr>
        <w:t>Implementing AI in agricultural practices to</w:t>
      </w:r>
      <w:r>
        <w:rPr>
          <w:b w:val="0"/>
          <w:i w:val="0"/>
          <w:smallCaps w:val="0"/>
          <w:strike w:val="0"/>
          <w:color w:val="111111"/>
          <w:u w:val="none"/>
        </w:rPr>
        <w:t xml:space="preserve"> </w:t>
      </w:r>
      <w:r>
        <w:rPr>
          <w:b w:val="0"/>
          <w:i w:val="0"/>
          <w:smallCaps w:val="0"/>
          <w:strike w:val="0"/>
          <w:color w:val="111111"/>
          <w:u w:val="single"/>
        </w:rPr>
        <w:t>increase yields at the expense of maintaining ecosystem health</w:t>
      </w:r>
      <w:r>
        <w:rPr>
          <w:b w:val="0"/>
          <w:i w:val="0"/>
          <w:smallCaps w:val="0"/>
          <w:strike w:val="0"/>
          <w:color w:val="111111"/>
          <w:u w:val="none"/>
        </w:rPr>
        <w:t xml:space="preserve"> </w:t>
      </w:r>
      <w:r>
        <w:rPr>
          <w:b w:val="0"/>
          <w:i w:val="0"/>
          <w:smallCaps w:val="0"/>
          <w:strike w:val="0"/>
          <w:color w:val="111111"/>
          <w:u w:val="single"/>
        </w:rPr>
        <w:t>could</w:t>
      </w:r>
      <w:r>
        <w:rPr>
          <w:b w:val="0"/>
          <w:i w:val="0"/>
          <w:smallCaps w:val="0"/>
          <w:strike w:val="0"/>
          <w:color w:val="111111"/>
          <w:u w:val="none"/>
        </w:rPr>
        <w:t xml:space="preserve"> </w:t>
      </w:r>
      <w:r>
        <w:rPr>
          <w:b w:val="0"/>
          <w:i w:val="0"/>
          <w:smallCaps w:val="0"/>
          <w:strike w:val="0"/>
          <w:color w:val="111111"/>
          <w:u w:val="single"/>
        </w:rPr>
        <w:t>lead to</w:t>
      </w:r>
      <w:r>
        <w:rPr>
          <w:b w:val="0"/>
          <w:i w:val="0"/>
          <w:smallCaps w:val="0"/>
          <w:strike w:val="0"/>
          <w:color w:val="111111"/>
          <w:u w:val="none"/>
        </w:rPr>
        <w:t xml:space="preserve"> </w:t>
      </w:r>
      <w:r>
        <w:rPr>
          <w:b w:val="0"/>
          <w:i w:val="0"/>
          <w:smallCaps w:val="0"/>
          <w:strike w:val="0"/>
          <w:color w:val="111111"/>
          <w:u w:val="single"/>
        </w:rPr>
        <w:t>monocultures</w:t>
      </w:r>
      <w:r>
        <w:rPr>
          <w:b w:val="0"/>
          <w:i w:val="0"/>
          <w:smallCaps w:val="0"/>
          <w:strike w:val="0"/>
          <w:color w:val="111111"/>
          <w:u w:val="none"/>
        </w:rPr>
        <w:t xml:space="preserve"> </w:t>
      </w:r>
      <w:r>
        <w:rPr>
          <w:b w:val="0"/>
          <w:i w:val="0"/>
          <w:smallCaps w:val="0"/>
          <w:strike w:val="0"/>
          <w:color w:val="111111"/>
          <w:u w:val="single"/>
        </w:rPr>
        <w:t xml:space="preserve">and biodiversity loss. </w:t>
      </w:r>
    </w:p>
    <w:p>
      <w:pPr>
        <w:spacing w:after="60"/>
      </w:pPr>
      <w:r>
        <w:rPr>
          <w:b w:val="0"/>
          <w:i w:val="0"/>
          <w:smallCaps w:val="0"/>
          <w:strike w:val="0"/>
          <w:color w:val="111111"/>
          <w:u w:val="single"/>
        </w:rPr>
        <w:t>Using AI for environmental</w:t>
      </w:r>
      <w:r>
        <w:rPr>
          <w:b w:val="0"/>
          <w:i w:val="0"/>
          <w:smallCaps w:val="0"/>
          <w:strike w:val="0"/>
          <w:color w:val="111111"/>
          <w:u w:val="none"/>
        </w:rPr>
        <w:t xml:space="preserve"> </w:t>
      </w:r>
      <w:r>
        <w:rPr>
          <w:b w:val="0"/>
          <w:i w:val="0"/>
          <w:smallCaps w:val="0"/>
          <w:strike w:val="0"/>
          <w:color w:val="111111"/>
          <w:u w:val="single"/>
        </w:rPr>
        <w:t>management</w:t>
      </w:r>
      <w:r>
        <w:rPr>
          <w:b w:val="0"/>
          <w:i w:val="0"/>
          <w:smallCaps w:val="0"/>
          <w:strike w:val="0"/>
          <w:color w:val="111111"/>
          <w:u w:val="none"/>
        </w:rPr>
        <w:t xml:space="preserve"> </w:t>
      </w:r>
      <w:r>
        <w:rPr>
          <w:b w:val="0"/>
          <w:i w:val="0"/>
          <w:smallCaps w:val="0"/>
          <w:strike w:val="0"/>
          <w:color w:val="111111"/>
          <w:u w:val="single"/>
        </w:rPr>
        <w:t>also</w:t>
      </w:r>
      <w:r>
        <w:rPr>
          <w:b w:val="0"/>
          <w:i w:val="0"/>
          <w:smallCaps w:val="0"/>
          <w:strike w:val="0"/>
          <w:color w:val="111111"/>
          <w:u w:val="none"/>
        </w:rPr>
        <w:t xml:space="preserve"> raises ethical questions. Decisions made by AI systems </w:t>
      </w:r>
      <w:r>
        <w:rPr>
          <w:b w:val="0"/>
          <w:i w:val="0"/>
          <w:smallCaps w:val="0"/>
          <w:strike w:val="0"/>
          <w:color w:val="111111"/>
          <w:u w:val="single"/>
        </w:rPr>
        <w:t>could</w:t>
      </w:r>
      <w:r>
        <w:rPr>
          <w:b w:val="0"/>
          <w:i w:val="0"/>
          <w:smallCaps w:val="0"/>
          <w:strike w:val="0"/>
          <w:color w:val="111111"/>
          <w:u w:val="none"/>
        </w:rPr>
        <w:t xml:space="preserve"> </w:t>
      </w:r>
      <w:r>
        <w:rPr>
          <w:b w:val="0"/>
          <w:i w:val="0"/>
          <w:smallCaps w:val="0"/>
          <w:strike w:val="0"/>
          <w:color w:val="111111"/>
          <w:u w:val="single"/>
        </w:rPr>
        <w:t>be biased</w:t>
      </w:r>
      <w:r>
        <w:rPr>
          <w:b w:val="0"/>
          <w:i w:val="0"/>
          <w:smallCaps w:val="0"/>
          <w:strike w:val="0"/>
          <w:color w:val="111111"/>
          <w:u w:val="none"/>
        </w:rPr>
        <w:t xml:space="preserve"> </w:t>
      </w:r>
      <w:r>
        <w:rPr>
          <w:b w:val="0"/>
          <w:i w:val="0"/>
          <w:smallCaps w:val="0"/>
          <w:strike w:val="0"/>
          <w:color w:val="111111"/>
          <w:u w:val="single"/>
        </w:rPr>
        <w:t>if</w:t>
      </w:r>
      <w:r>
        <w:rPr>
          <w:b w:val="0"/>
          <w:i w:val="0"/>
          <w:smallCaps w:val="0"/>
          <w:strike w:val="0"/>
          <w:color w:val="111111"/>
          <w:u w:val="none"/>
        </w:rPr>
        <w:t xml:space="preserve"> they were </w:t>
      </w:r>
      <w:r>
        <w:rPr>
          <w:b w:val="0"/>
          <w:i w:val="0"/>
          <w:smallCaps w:val="0"/>
          <w:strike w:val="0"/>
          <w:color w:val="111111"/>
          <w:u w:val="single"/>
        </w:rPr>
        <w:t>presented with inaccurate or incomplete data</w:t>
      </w:r>
      <w:r>
        <w:rPr>
          <w:b w:val="0"/>
          <w:i w:val="0"/>
          <w:smallCaps w:val="0"/>
          <w:strike w:val="0"/>
          <w:color w:val="111111"/>
          <w:u w:val="none"/>
        </w:rPr>
        <w:t xml:space="preserve">. For instance, if an </w:t>
      </w:r>
      <w:r>
        <w:rPr>
          <w:b w:val="0"/>
          <w:i w:val="0"/>
          <w:smallCaps w:val="0"/>
          <w:strike w:val="0"/>
          <w:color w:val="111111"/>
          <w:u w:val="single"/>
        </w:rPr>
        <w:t xml:space="preserve">AI system received instructions to value economic growth over environmental protection, </w:t>
      </w:r>
      <w:r>
        <w:rPr>
          <w:b w:val="0"/>
          <w:i w:val="0"/>
          <w:smallCaps w:val="0"/>
          <w:strike w:val="0"/>
          <w:color w:val="111111"/>
          <w:u w:val="none"/>
        </w:rPr>
        <w:t>it might</w:t>
      </w:r>
      <w:r>
        <w:rPr>
          <w:b w:val="0"/>
          <w:i w:val="0"/>
          <w:smallCaps w:val="0"/>
          <w:strike w:val="0"/>
          <w:color w:val="111111"/>
          <w:u w:val="single"/>
        </w:rPr>
        <w:t xml:space="preserve"> choose to put </w:t>
      </w:r>
      <w:r>
        <w:rPr>
          <w:b w:val="0"/>
          <w:i w:val="0"/>
          <w:smallCaps w:val="0"/>
          <w:strike w:val="0"/>
          <w:color w:val="111111"/>
          <w:u w:val="none"/>
        </w:rPr>
        <w:t>short-term</w:t>
      </w:r>
      <w:r>
        <w:rPr>
          <w:b w:val="0"/>
          <w:i w:val="0"/>
          <w:smallCaps w:val="0"/>
          <w:strike w:val="0"/>
          <w:color w:val="111111"/>
          <w:u w:val="single"/>
        </w:rPr>
        <w:t xml:space="preserve"> financial gain ahead of environmental sustainability.</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