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Innovation in AI causes job losses</w:t>
      </w:r>
    </w:p>
    <w:p>
      <w:pPr>
        <w:spacing w:after="80"/>
      </w:pPr>
      <w:r>
        <w:rPr>
          <w:b/>
          <w:i w:val="0"/>
          <w:smallCaps w:val="0"/>
          <w:strike w:val="0"/>
          <w:color w:val="000000"/>
          <w:sz w:val="20"/>
          <w:u w:val="none"/>
        </w:rPr>
        <w:t>Thomas 24</w:t>
      </w:r>
      <w:r>
        <w:rPr>
          <w:b/>
          <w:i w:val="0"/>
          <w:smallCaps w:val="0"/>
          <w:strike w:val="0"/>
          <w:color w:val="000000"/>
          <w:sz w:val="2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0"/>
          <w:u w:val="none"/>
        </w:rPr>
        <w:t xml:space="preserve">- Mike Thomas is a journalist and </w:t>
      </w:r>
      <w:r>
        <w:rPr>
          <w:b w:val="0"/>
          <w:i w:val="0"/>
          <w:smallCaps w:val="0"/>
          <w:strike w:val="0"/>
          <w:color w:val="000000"/>
          <w:sz w:val="20"/>
          <w:u w:val="none"/>
        </w:rPr>
        <w:t>graduate</w:t>
      </w:r>
      <w:r>
        <w:rPr>
          <w:b w:val="0"/>
          <w:i w:val="0"/>
          <w:smallCaps w:val="0"/>
          <w:strike w:val="0"/>
          <w:color w:val="000000"/>
          <w:sz w:val="20"/>
          <w:u w:val="none"/>
        </w:rPr>
        <w:t xml:space="preserve"> John Carroll University. “12 Risks and Dangers of Artificial Intelligence (AI)” </w:t>
      </w:r>
      <w:r>
        <w:rPr>
          <w:b w:val="0"/>
          <w:i w:val="0"/>
          <w:smallCaps w:val="0"/>
          <w:strike w:val="0"/>
          <w:color w:val="000000"/>
          <w:sz w:val="20"/>
          <w:u w:val="none"/>
        </w:rPr>
        <w:t>Builtin</w:t>
      </w:r>
      <w:r>
        <w:rPr>
          <w:b w:val="0"/>
          <w:i w:val="0"/>
          <w:smallCaps w:val="0"/>
          <w:strike w:val="0"/>
          <w:color w:val="000000"/>
          <w:sz w:val="20"/>
          <w:u w:val="none"/>
        </w:rPr>
        <w:t xml:space="preserve">, 3/1, </w:t>
      </w:r>
      <w:r>
        <w:rPr>
          <w:b w:val="0"/>
          <w:i w:val="0"/>
          <w:smallCaps w:val="0"/>
          <w:strike w:val="0"/>
          <w:color w:val="000000"/>
          <w:sz w:val="20"/>
          <w:u w:val="none"/>
        </w:rPr>
        <w:t>.</w:t>
      </w:r>
      <w:r>
        <w:rPr>
          <w:b w:val="0"/>
          <w:i w:val="0"/>
          <w:smallCaps w:val="0"/>
          <w:strike w:val="0"/>
          <w:color w:val="000000"/>
          <w:sz w:val="20"/>
          <w:u w:val="none"/>
        </w:rPr>
        <w:t xml:space="preserve">  --MD</w:t>
      </w:r>
    </w:p>
    <w:p>
      <w:pPr>
        <w:spacing w:after="60"/>
      </w:pP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AI-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>powered</w:t>
      </w: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 xml:space="preserve"> job automation is a 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pressing </w:t>
      </w: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concern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as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the </w:t>
      </w: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tech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>nology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is adopted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 in industries like marketing, manufacturing and healthcare</w:t>
      </w: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. By 2030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, tasks that account for up to 30 percent of hours currently being worked in the U.S. economy could be automated - with Black and Hispanic employees left especially vulnerable to the change - according to McKinsey. Goldman Sachs even states </w:t>
      </w: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300 million full-time jobs could be lost to AI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 automation.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3A3B41"/>
          <w:sz w:val="20"/>
          <w:u w:val="single"/>
        </w:rPr>
        <w:t>"The reason we have a low unemployment rate</w:t>
      </w:r>
      <w:r>
        <w:rPr>
          <w:b w:val="0"/>
          <w:i w:val="0"/>
          <w:smallCaps w:val="0"/>
          <w:strike w:val="0"/>
          <w:color w:val="3A3B41"/>
          <w:sz w:val="20"/>
          <w:u w:val="none"/>
        </w:rPr>
        <w:t xml:space="preserve">, which doesn't actually capture people that aren't looking for work, 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>is largely that lower-wage service sector jobs have been pretty robustly created by this economy</w:t>
      </w:r>
      <w:r>
        <w:rPr>
          <w:b w:val="0"/>
          <w:i w:val="0"/>
          <w:smallCaps w:val="0"/>
          <w:strike w:val="0"/>
          <w:color w:val="3A3B41"/>
          <w:sz w:val="20"/>
          <w:u w:val="none"/>
        </w:rPr>
        <w:t xml:space="preserve">," futurist Martin Ford told Built In. 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>With AI on the rise, though, "I don't think that's going to continue."</w:t>
      </w:r>
    </w:p>
    <w:p>
      <w:pPr>
        <w:spacing w:after="60"/>
      </w:pP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As AI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 robots </w:t>
      </w: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become smarter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 and more dexterous, </w:t>
      </w: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the same tasks will require fewer humans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. And </w:t>
      </w: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while AI is estimated to create 97 million new jobs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 by 2025, many </w:t>
      </w: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employees won't have the skills needed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 for these technical roles and could get left behind if companies don't upskill their workforces.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3A3B41"/>
          <w:sz w:val="20"/>
          <w:u w:val="none"/>
        </w:rPr>
        <w:t>"If you're flipping burgers at McDonald's and more automation comes in, is one of these new jobs going to be a good match for you?" Ford said. "Or is it likely that the new job requires lots of education or training or maybe even intrinsic talents - really strong interpersonal skills or creativity - that you might not have? Because those are the things that, at least so far, computers are not very good at."</w:t>
      </w:r>
    </w:p>
    <w:p>
      <w:pPr>
        <w:spacing w:after="60"/>
      </w:pPr>
      <w:r>
        <w:rPr>
          <w:b w:val="0"/>
          <w:i w:val="0"/>
          <w:smallCaps w:val="0"/>
          <w:strike w:val="0"/>
          <w:color w:val="3A3B41"/>
          <w:sz w:val="20"/>
          <w:u w:val="single"/>
        </w:rPr>
        <w:t>Even professions that require graduate degrees and additional post-college training aren't immune to AI displacement.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As technology strategist Chris Messina has pointed out, fields like </w:t>
      </w: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law and accounting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are primed for an AI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>takeover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 xml:space="preserve">. In fact, Messina said, some of them may well be decimated. </w:t>
      </w: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 xml:space="preserve">AI already is having 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>a</w:t>
      </w:r>
      <w:r>
        <w:rPr>
          <w:b w:val="0"/>
          <w:i w:val="0"/>
          <w:smallCaps w:val="0"/>
          <w:strike w:val="0"/>
          <w:color w:val="3A3B41"/>
          <w:sz w:val="20"/>
          <w:highlight w:val="cyan"/>
          <w:u w:val="single"/>
        </w:rPr>
        <w:t xml:space="preserve"> significant impact on medicine</w:t>
      </w:r>
      <w:r>
        <w:rPr>
          <w:b w:val="0"/>
          <w:i w:val="0"/>
          <w:smallCaps w:val="0"/>
          <w:strike w:val="0"/>
          <w:color w:val="3A3B41"/>
          <w:sz w:val="20"/>
          <w:u w:val="single"/>
        </w:rPr>
        <w:t>. Law and accounting are next, Messina said, the former being poised for "a massive shakeup."</w:t>
      </w:r>
    </w:p>
    <w:p>
      <w:pPr>
        <w:spacing w:after="60"/>
      </w:pPr>
      <w:r>
        <w:rPr>
          <w:b w:val="0"/>
          <w:i w:val="0"/>
          <w:smallCaps w:val="0"/>
          <w:strike w:val="0"/>
          <w:color w:val="3A3B41"/>
          <w:sz w:val="20"/>
          <w:u w:val="none"/>
        </w:rPr>
        <w:t xml:space="preserve">"Think about the complexity of contracts, and really </w:t>
      </w:r>
      <w:r>
        <w:rPr>
          <w:b w:val="0"/>
          <w:i w:val="0"/>
          <w:smallCaps w:val="0"/>
          <w:strike w:val="0"/>
          <w:color w:val="3A3B41"/>
          <w:sz w:val="20"/>
          <w:u w:val="none"/>
        </w:rPr>
        <w:t>diving</w:t>
      </w:r>
      <w:r>
        <w:rPr>
          <w:b w:val="0"/>
          <w:i w:val="0"/>
          <w:smallCaps w:val="0"/>
          <w:strike w:val="0"/>
          <w:color w:val="3A3B41"/>
          <w:sz w:val="20"/>
          <w:u w:val="none"/>
        </w:rPr>
        <w:t xml:space="preserve"> in and understanding what it takes to create a perfect deal structure," he said </w:t>
      </w:r>
      <w:r>
        <w:rPr>
          <w:b w:val="0"/>
          <w:i w:val="0"/>
          <w:smallCaps w:val="0"/>
          <w:strike w:val="0"/>
          <w:color w:val="3A3B41"/>
          <w:sz w:val="20"/>
          <w:u w:val="none"/>
        </w:rPr>
        <w:t>in regards to</w:t>
      </w:r>
      <w:r>
        <w:rPr>
          <w:b w:val="0"/>
          <w:i w:val="0"/>
          <w:smallCaps w:val="0"/>
          <w:strike w:val="0"/>
          <w:color w:val="3A3B41"/>
          <w:sz w:val="20"/>
          <w:u w:val="none"/>
        </w:rPr>
        <w:t xml:space="preserve"> the legal field. "It's a lot of attorneys reading through a lot of information - hundreds or thousands of pages of data and documents. It's </w:t>
      </w:r>
      <w:r>
        <w:rPr>
          <w:b w:val="0"/>
          <w:i w:val="0"/>
          <w:smallCaps w:val="0"/>
          <w:strike w:val="0"/>
          <w:color w:val="3A3B41"/>
          <w:sz w:val="20"/>
          <w:u w:val="none"/>
        </w:rPr>
        <w:t>really easy</w:t>
      </w:r>
      <w:r>
        <w:rPr>
          <w:b w:val="0"/>
          <w:i w:val="0"/>
          <w:smallCaps w:val="0"/>
          <w:strike w:val="0"/>
          <w:color w:val="3A3B41"/>
          <w:sz w:val="20"/>
          <w:u w:val="none"/>
        </w:rPr>
        <w:t xml:space="preserve"> to miss things. </w:t>
      </w:r>
      <w:r>
        <w:rPr>
          <w:b w:val="0"/>
          <w:i w:val="0"/>
          <w:smallCaps w:val="0"/>
          <w:strike w:val="0"/>
          <w:color w:val="3A3B41"/>
          <w:sz w:val="20"/>
          <w:u w:val="none"/>
        </w:rPr>
        <w:t>So</w:t>
      </w:r>
      <w:r>
        <w:rPr>
          <w:b w:val="0"/>
          <w:i w:val="0"/>
          <w:smallCaps w:val="0"/>
          <w:strike w:val="0"/>
          <w:color w:val="3A3B41"/>
          <w:sz w:val="20"/>
          <w:u w:val="none"/>
        </w:rPr>
        <w:t xml:space="preserve"> AI that has the ability to comb through and comprehensively deliver the best possible contract for the outcome you're trying to achieve is probably going to replace a lot of corporate attorneys."</w:t>
      </w:r>
    </w:p>
    <w:p>
      <w:pPr>
        <w:pStyle w:val="Caption"/>
      </w:pPr>
      <w:r>
        <w:t>Source: Directed Innovation CP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