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in AI is causing job displacement</w:t>
      </w:r>
    </w:p>
    <w:p>
      <w:pPr>
        <w:spacing w:after="80"/>
      </w:pPr>
      <w:r>
        <w:rPr>
          <w:b w:val="0"/>
          <w:i w:val="0"/>
          <w:smallCaps w:val="0"/>
          <w:strike w:val="0"/>
          <w:color w:val="000000"/>
          <w:sz w:val="20"/>
          <w:u w:val="none"/>
        </w:rPr>
        <w:t xml:space="preserve">Elijah </w:t>
      </w:r>
      <w:r>
        <w:rPr>
          <w:b/>
          <w:i w:val="0"/>
          <w:smallCaps w:val="0"/>
          <w:strike w:val="0"/>
          <w:sz w:val="26"/>
          <w:u w:val="none"/>
        </w:rPr>
        <w:t>Clark</w:t>
      </w:r>
      <w:r>
        <w:rPr>
          <w:b w:val="0"/>
          <w:i w:val="0"/>
          <w:smallCaps w:val="0"/>
          <w:strike w:val="0"/>
          <w:color w:val="000000"/>
          <w:sz w:val="20"/>
          <w:u w:val="none"/>
        </w:rPr>
        <w:t xml:space="preserve"> 7/18/</w:t>
      </w:r>
      <w:r>
        <w:rPr>
          <w:b/>
          <w:i w:val="0"/>
          <w:smallCaps w:val="0"/>
          <w:strike w:val="0"/>
          <w:sz w:val="26"/>
          <w:u w:val="none"/>
        </w:rPr>
        <w:t>23</w:t>
      </w:r>
      <w:r>
        <w:rPr>
          <w:b/>
          <w:i w:val="0"/>
          <w:smallCaps w:val="0"/>
          <w:strike w:val="0"/>
          <w:color w:val="000000"/>
          <w:sz w:val="20"/>
          <w:u w:val="none"/>
        </w:rPr>
        <w:t xml:space="preserve"> </w:t>
      </w:r>
      <w:r>
        <w:rPr>
          <w:b w:val="0"/>
          <w:i w:val="0"/>
          <w:smallCaps w:val="0"/>
          <w:strike w:val="0"/>
          <w:color w:val="333333"/>
          <w:sz w:val="20"/>
          <w:u w:val="none"/>
        </w:rPr>
        <w:t>AI automation marketing advisor and educator who writes about innovation, AI, and marketing automation. UNVEILING THE DARK SIDE OF ARTIFICIAL INTELLIGENCE IN THE JOB MARKET. (</w:t>
      </w:r>
      <w:r>
        <w:rPr>
          <w:b w:val="0"/>
          <w:i w:val="0"/>
          <w:smallCaps w:val="0"/>
          <w:strike w:val="0"/>
          <w:color w:val="333333"/>
          <w:sz w:val="20"/>
          <w:u w:val="none"/>
        </w:rPr>
        <w:t>forbes</w:t>
      </w:r>
      <w:r>
        <w:rPr>
          <w:b w:val="0"/>
          <w:i w:val="0"/>
          <w:smallCaps w:val="0"/>
          <w:strike w:val="0"/>
          <w:color w:val="333333"/>
          <w:sz w:val="20"/>
          <w:u w:val="none"/>
        </w:rPr>
        <w:t>).</w:t>
      </w:r>
    </w:p>
    <w:p>
      <w:pPr>
        <w:spacing w:after="60"/>
      </w:pPr>
      <w:r>
        <w:rPr>
          <w:b w:val="0"/>
          <w:i w:val="0"/>
          <w:smallCaps w:val="0"/>
          <w:strike w:val="0"/>
          <w:color w:val="000000"/>
          <w:sz w:val="20"/>
          <w:u w:val="none"/>
        </w:rPr>
        <w:t xml:space="preserve"> </w:t>
      </w:r>
      <w:r>
        <w:rPr>
          <w:b w:val="0"/>
          <w:i w:val="0"/>
          <w:smallCaps w:val="0"/>
          <w:strike w:val="0"/>
          <w:color w:val="000000"/>
          <w:sz w:val="20"/>
          <w:u w:val="none"/>
        </w:rPr>
        <w:t xml:space="preserve"> EK</w:t>
      </w:r>
    </w:p>
    <w:p>
      <w:pPr>
        <w:spacing w:after="60"/>
      </w:pPr>
      <w:r>
        <w:rPr>
          <w:b w:val="0"/>
          <w:i w:val="0"/>
          <w:smallCaps w:val="0"/>
          <w:strike w:val="0"/>
          <w:sz w:val="20"/>
          <w:u w:val="single"/>
        </w:rPr>
        <w:t>The rapid advancement of Artificial Intelligence (</w:t>
      </w:r>
      <w:r>
        <w:rPr>
          <w:b w:val="0"/>
          <w:i w:val="0"/>
          <w:smallCaps w:val="0"/>
          <w:strike w:val="0"/>
          <w:sz w:val="20"/>
          <w:highlight w:val="cyan"/>
          <w:u w:val="single"/>
        </w:rPr>
        <w:t>AI) in the job market has brought forth</w:t>
      </w:r>
      <w:r>
        <w:rPr>
          <w:b w:val="0"/>
          <w:i w:val="0"/>
          <w:smallCaps w:val="0"/>
          <w:strike w:val="0"/>
          <w:sz w:val="20"/>
          <w:u w:val="single"/>
        </w:rPr>
        <w:t xml:space="preserve"> a myriad of </w:t>
      </w:r>
      <w:r>
        <w:rPr>
          <w:b w:val="0"/>
          <w:i w:val="0"/>
          <w:smallCaps w:val="0"/>
          <w:strike w:val="0"/>
          <w:sz w:val="20"/>
          <w:highlight w:val="cyan"/>
          <w:u w:val="single"/>
        </w:rPr>
        <w:t>concerns and challenges</w:t>
      </w:r>
      <w:r>
        <w:rPr>
          <w:b w:val="0"/>
          <w:i w:val="0"/>
          <w:smallCaps w:val="0"/>
          <w:strike w:val="0"/>
          <w:sz w:val="20"/>
          <w:u w:val="single"/>
        </w:rPr>
        <w:t xml:space="preserve"> that cannot be </w:t>
      </w:r>
      <w:r>
        <w:rPr>
          <w:b w:val="0"/>
          <w:i w:val="0"/>
          <w:smallCaps w:val="0"/>
          <w:strike w:val="0"/>
          <w:sz w:val="20"/>
          <w:u w:val="none"/>
        </w:rPr>
        <w:t>overlooked. While AI undeniably offers benefits, its dark side reveals a host of concerns and problems for businesses and individuals alike. As we delve into the darker implications of AI in the job market, it becomes essential to grasp these challenges and navigate the complex landscape of AI, ultimately working towards effective solutions that mitigate potential negative impacts.</w:t>
      </w:r>
    </w:p>
    <w:p>
      <w:pPr>
        <w:spacing w:after="60"/>
      </w:pPr>
      <w:r>
        <w:rPr>
          <w:b w:val="0"/>
          <w:i w:val="0"/>
          <w:smallCaps w:val="0"/>
          <w:strike w:val="0"/>
          <w:sz w:val="20"/>
          <w:u w:val="none"/>
        </w:rPr>
        <w:t>Job displacement and automation</w:t>
      </w:r>
    </w:p>
    <w:p>
      <w:pPr>
        <w:spacing w:after="60"/>
      </w:pPr>
      <w:r>
        <w:rPr>
          <w:b w:val="0"/>
          <w:i w:val="0"/>
          <w:smallCaps w:val="0"/>
          <w:strike w:val="0"/>
          <w:sz w:val="20"/>
          <w:u w:val="none"/>
        </w:rPr>
        <w:t xml:space="preserve">Perhaps </w:t>
      </w:r>
      <w:r>
        <w:rPr>
          <w:b w:val="0"/>
          <w:i w:val="0"/>
          <w:smallCaps w:val="0"/>
          <w:strike w:val="0"/>
          <w:sz w:val="22"/>
          <w:highlight w:val="cyan"/>
          <w:u w:val="single"/>
        </w:rPr>
        <w:t>the most prevalent concern</w:t>
      </w:r>
      <w:r>
        <w:rPr>
          <w:b w:val="0"/>
          <w:i w:val="0"/>
          <w:smallCaps w:val="0"/>
          <w:strike w:val="0"/>
          <w:sz w:val="22"/>
          <w:u w:val="single"/>
        </w:rPr>
        <w:t xml:space="preserve"> </w:t>
      </w:r>
      <w:r>
        <w:rPr>
          <w:b w:val="0"/>
          <w:i w:val="0"/>
          <w:smallCaps w:val="0"/>
          <w:strike w:val="0"/>
          <w:sz w:val="20"/>
          <w:u w:val="none"/>
        </w:rPr>
        <w:t xml:space="preserve">surrounding AI </w:t>
      </w:r>
      <w:r>
        <w:rPr>
          <w:b w:val="0"/>
          <w:i w:val="0"/>
          <w:smallCaps w:val="0"/>
          <w:strike w:val="0"/>
          <w:sz w:val="22"/>
          <w:highlight w:val="cyan"/>
          <w:u w:val="single"/>
        </w:rPr>
        <w:t>is</w:t>
      </w:r>
      <w:r>
        <w:rPr>
          <w:b w:val="0"/>
          <w:i w:val="0"/>
          <w:smallCaps w:val="0"/>
          <w:strike w:val="0"/>
          <w:sz w:val="20"/>
          <w:u w:val="none"/>
        </w:rPr>
        <w:t xml:space="preserve"> the potential for widespread </w:t>
      </w:r>
      <w:r>
        <w:rPr>
          <w:b w:val="0"/>
          <w:i w:val="0"/>
          <w:smallCaps w:val="0"/>
          <w:strike w:val="0"/>
          <w:sz w:val="22"/>
          <w:highlight w:val="cyan"/>
          <w:u w:val="single"/>
        </w:rPr>
        <w:t>job displacement</w:t>
      </w:r>
      <w:r>
        <w:rPr>
          <w:b w:val="0"/>
          <w:i w:val="0"/>
          <w:smallCaps w:val="0"/>
          <w:strike w:val="0"/>
          <w:sz w:val="22"/>
          <w:u w:val="single"/>
        </w:rPr>
        <w:t xml:space="preserve"> </w:t>
      </w:r>
      <w:r>
        <w:rPr>
          <w:b w:val="0"/>
          <w:i w:val="0"/>
          <w:smallCaps w:val="0"/>
          <w:strike w:val="0"/>
          <w:sz w:val="22"/>
          <w:highlight w:val="cyan"/>
          <w:u w:val="single"/>
        </w:rPr>
        <w:t>and automation</w:t>
      </w:r>
      <w:r>
        <w:rPr>
          <w:b w:val="0"/>
          <w:i w:val="0"/>
          <w:smallCaps w:val="0"/>
          <w:strike w:val="0"/>
          <w:sz w:val="20"/>
          <w:u w:val="none"/>
        </w:rPr>
        <w:t xml:space="preserve">. AI technologies excel at performing routine and repetitive tasks more efficiently than humans, leading to the automation of jobs across various industries. </w:t>
      </w:r>
      <w:r>
        <w:rPr>
          <w:b w:val="0"/>
          <w:i w:val="0"/>
          <w:smallCaps w:val="0"/>
          <w:strike w:val="0"/>
          <w:sz w:val="22"/>
          <w:highlight w:val="cyan"/>
          <w:u w:val="single"/>
        </w:rPr>
        <w:t>Positions that involve data entry, customer service, and basic analysis are particularly vulnerable</w:t>
      </w:r>
      <w:r>
        <w:rPr>
          <w:b w:val="0"/>
          <w:i w:val="0"/>
          <w:smallCaps w:val="0"/>
          <w:strike w:val="0"/>
          <w:sz w:val="20"/>
          <w:u w:val="none"/>
        </w:rPr>
        <w:t>. Chatbots and virtual assistants, for example, can handle customer inquiries and support, reducing the need for human involvement. This displacement creates significant challenges for affected individuals, leading to unemployment and income insecurity.</w:t>
      </w:r>
    </w:p>
    <w:p>
      <w:pPr>
        <w:spacing w:after="60"/>
      </w:pPr>
      <w:r>
        <w:rPr>
          <w:b w:val="0"/>
          <w:i w:val="0"/>
          <w:smallCaps w:val="0"/>
          <w:strike w:val="0"/>
          <w:sz w:val="20"/>
          <w:u w:val="none"/>
        </w:rPr>
        <w:t>Unequal impact across industries</w:t>
      </w:r>
    </w:p>
    <w:p>
      <w:pPr>
        <w:spacing w:after="60"/>
      </w:pPr>
      <w:r>
        <w:rPr>
          <w:b w:val="0"/>
          <w:i w:val="0"/>
          <w:smallCaps w:val="0"/>
          <w:strike w:val="0"/>
          <w:sz w:val="20"/>
          <w:u w:val="none"/>
        </w:rPr>
        <w:t xml:space="preserve">The impact of </w:t>
      </w:r>
      <w:r>
        <w:rPr>
          <w:b w:val="0"/>
          <w:i w:val="0"/>
          <w:smallCaps w:val="0"/>
          <w:strike w:val="0"/>
          <w:sz w:val="22"/>
          <w:highlight w:val="cyan"/>
          <w:u w:val="single"/>
        </w:rPr>
        <w:t xml:space="preserve">AI </w:t>
      </w:r>
      <w:r>
        <w:rPr>
          <w:b w:val="0"/>
          <w:i w:val="0"/>
          <w:smallCaps w:val="0"/>
          <w:strike w:val="0"/>
          <w:sz w:val="22"/>
          <w:highlight w:val="cyan"/>
          <w:u w:val="single"/>
        </w:rPr>
        <w:t>in</w:t>
      </w:r>
      <w:r>
        <w:rPr>
          <w:b w:val="0"/>
          <w:i w:val="0"/>
          <w:smallCaps w:val="0"/>
          <w:strike w:val="0"/>
          <w:sz w:val="22"/>
          <w:highlight w:val="cyan"/>
          <w:u w:val="single"/>
        </w:rPr>
        <w:t xml:space="preserve"> the job market is not evenly distributed across industries</w:t>
      </w:r>
      <w:r>
        <w:rPr>
          <w:b w:val="0"/>
          <w:i w:val="0"/>
          <w:smallCaps w:val="0"/>
          <w:strike w:val="0"/>
          <w:sz w:val="22"/>
          <w:u w:val="single"/>
        </w:rPr>
        <w:t>.</w:t>
      </w:r>
      <w:r>
        <w:rPr>
          <w:b w:val="0"/>
          <w:i w:val="0"/>
          <w:smallCaps w:val="0"/>
          <w:strike w:val="0"/>
          <w:sz w:val="20"/>
          <w:u w:val="none"/>
        </w:rPr>
        <w:t xml:space="preserve"> While some sectors may experience significant job displacement, others may see minimal disruption or even job growth. Industries that rely heavily on manual labor or routine tasks are particularly vulnerable to AI automation</w:t>
      </w:r>
      <w:r>
        <w:rPr>
          <w:b w:val="0"/>
          <w:i w:val="0"/>
          <w:smallCaps w:val="0"/>
          <w:strike w:val="0"/>
          <w:sz w:val="22"/>
          <w:highlight w:val="cyan"/>
          <w:u w:val="single"/>
        </w:rPr>
        <w:t>. This</w:t>
      </w:r>
      <w:r>
        <w:rPr>
          <w:b w:val="0"/>
          <w:i w:val="0"/>
          <w:smallCaps w:val="0"/>
          <w:strike w:val="0"/>
          <w:sz w:val="22"/>
          <w:u w:val="single"/>
        </w:rPr>
        <w:t xml:space="preserve"> </w:t>
      </w:r>
      <w:r>
        <w:rPr>
          <w:b w:val="0"/>
          <w:i w:val="0"/>
          <w:smallCaps w:val="0"/>
          <w:strike w:val="0"/>
          <w:sz w:val="20"/>
          <w:u w:val="none"/>
        </w:rPr>
        <w:t xml:space="preserve">imbalance exacerbates the divide between high-skilled and low-skilled workers, </w:t>
      </w:r>
      <w:r>
        <w:rPr>
          <w:b w:val="0"/>
          <w:i w:val="0"/>
          <w:smallCaps w:val="0"/>
          <w:strike w:val="0"/>
          <w:sz w:val="22"/>
          <w:highlight w:val="cyan"/>
          <w:u w:val="single"/>
        </w:rPr>
        <w:t>contributing to income inequality</w:t>
      </w:r>
      <w:r>
        <w:rPr>
          <w:b w:val="0"/>
          <w:i w:val="0"/>
          <w:smallCaps w:val="0"/>
          <w:strike w:val="0"/>
          <w:sz w:val="20"/>
          <w:u w:val="none"/>
        </w:rPr>
        <w:t>. Displaced workers often struggle to find suitable alternative employment, further exacerbating the problem.</w:t>
      </w:r>
    </w:p>
    <w:p>
      <w:pPr>
        <w:spacing w:after="60"/>
      </w:pPr>
      <w:r>
        <w:rPr>
          <w:b w:val="0"/>
          <w:i w:val="0"/>
          <w:smallCaps w:val="0"/>
          <w:strike w:val="0"/>
          <w:sz w:val="20"/>
          <w:u w:val="none"/>
        </w:rPr>
        <w:t>Skill requirements and job polarization</w:t>
      </w:r>
    </w:p>
    <w:p>
      <w:pPr>
        <w:spacing w:after="60"/>
      </w:pPr>
      <w:r>
        <w:rPr>
          <w:b w:val="0"/>
          <w:i w:val="0"/>
          <w:smallCaps w:val="0"/>
          <w:strike w:val="0"/>
          <w:sz w:val="20"/>
          <w:u w:val="none"/>
        </w:rPr>
        <w:t xml:space="preserve">The rise of AI in the job market has resulted in </w:t>
      </w:r>
      <w:r>
        <w:rPr>
          <w:b w:val="0"/>
          <w:i w:val="0"/>
          <w:smallCaps w:val="0"/>
          <w:strike w:val="0"/>
          <w:sz w:val="22"/>
          <w:highlight w:val="cyan"/>
          <w:u w:val="single"/>
        </w:rPr>
        <w:t>a demand for new skill sets</w:t>
      </w:r>
      <w:r>
        <w:rPr>
          <w:b w:val="0"/>
          <w:i w:val="0"/>
          <w:smallCaps w:val="0"/>
          <w:strike w:val="0"/>
          <w:sz w:val="20"/>
          <w:u w:val="none"/>
        </w:rPr>
        <w:t xml:space="preserve">. Jobs requiring advanced technological and analytical skills are growing, while low-skilled positions face the risk of obsolescence. </w:t>
      </w:r>
      <w:r>
        <w:rPr>
          <w:b w:val="0"/>
          <w:i w:val="0"/>
          <w:smallCaps w:val="0"/>
          <w:strike w:val="0"/>
          <w:sz w:val="22"/>
          <w:highlight w:val="cyan"/>
          <w:u w:val="single"/>
        </w:rPr>
        <w:t>This polarization of jobs exacerbates income inequality and presents challenges for individuals without access to education and training opportunities</w:t>
      </w:r>
      <w:r>
        <w:rPr>
          <w:b w:val="0"/>
          <w:i w:val="0"/>
          <w:smallCaps w:val="0"/>
          <w:strike w:val="0"/>
          <w:sz w:val="20"/>
          <w:highlight w:val="cyan"/>
          <w:u w:val="none"/>
        </w:rPr>
        <w:t>.</w:t>
      </w:r>
      <w:r>
        <w:rPr>
          <w:b w:val="0"/>
          <w:i w:val="0"/>
          <w:smallCaps w:val="0"/>
          <w:strike w:val="0"/>
          <w:sz w:val="20"/>
          <w:u w:val="none"/>
        </w:rPr>
        <w:t xml:space="preserve"> The need for upskilling and reskilling programs becomes crucial to equip workers with the skills necessary to adapt to the changing job market. However, the availability and accessibility of such programs are limited, leaving many workers at a disadvantage.</w:t>
      </w:r>
    </w:p>
    <w:p>
      <w:pPr>
        <w:spacing w:after="60"/>
      </w:pPr>
      <w:r>
        <w:rPr>
          <w:b w:val="0"/>
          <w:i w:val="0"/>
          <w:smallCaps w:val="0"/>
          <w:strike w:val="0"/>
          <w:sz w:val="20"/>
          <w:u w:val="none"/>
        </w:rPr>
        <w:t>Ethical considerations and bias</w:t>
      </w:r>
    </w:p>
    <w:p>
      <w:pPr>
        <w:spacing w:after="60"/>
      </w:pPr>
      <w:r>
        <w:rPr>
          <w:b w:val="0"/>
          <w:i w:val="0"/>
          <w:smallCaps w:val="0"/>
          <w:strike w:val="0"/>
          <w:sz w:val="20"/>
          <w:u w:val="none"/>
        </w:rPr>
        <w:t xml:space="preserve">AI systems are not immune to biases inherent in the data they are trained on. </w:t>
      </w:r>
      <w:r>
        <w:rPr>
          <w:b w:val="0"/>
          <w:i w:val="0"/>
          <w:smallCaps w:val="0"/>
          <w:strike w:val="0"/>
          <w:sz w:val="20"/>
          <w:highlight w:val="cyan"/>
          <w:u w:val="single"/>
        </w:rPr>
        <w:t>Concerns about bias and discrimination in AI algorithms have been raised</w:t>
      </w:r>
      <w:r>
        <w:rPr>
          <w:b w:val="0"/>
          <w:i w:val="0"/>
          <w:smallCaps w:val="0"/>
          <w:strike w:val="0"/>
          <w:sz w:val="20"/>
          <w:u w:val="none"/>
        </w:rPr>
        <w:t>, as these systems can inadvertently perpetuate existing societal biases. This has significant implications for hiring practices, where AI-powered resume screening algorithms may inadvertently discriminate against certain groups. Ensuring ethical and unbiased AI systems requires careful testing, evaluation, and ongoing monitoring</w:t>
      </w:r>
      <w:r>
        <w:rPr>
          <w:b w:val="0"/>
          <w:i w:val="0"/>
          <w:smallCaps w:val="0"/>
          <w:strike w:val="0"/>
          <w:sz w:val="20"/>
          <w:u w:val="single"/>
        </w:rPr>
        <w:t xml:space="preserve">. </w:t>
      </w:r>
      <w:r>
        <w:rPr>
          <w:b w:val="0"/>
          <w:i w:val="0"/>
          <w:smallCaps w:val="0"/>
          <w:strike w:val="0"/>
          <w:sz w:val="20"/>
          <w:highlight w:val="cyan"/>
          <w:u w:val="single"/>
        </w:rPr>
        <w:t>Failure to address these concerns can perpetuate social inequalities and reinforce biases in the job market</w:t>
      </w:r>
      <w:r>
        <w:rPr>
          <w:b w:val="0"/>
          <w:i w:val="0"/>
          <w:smallCaps w:val="0"/>
          <w:strike w:val="0"/>
          <w:sz w:val="20"/>
          <w:u w:val="single"/>
        </w:rPr>
        <w:t>.</w:t>
      </w:r>
    </w:p>
    <w:p>
      <w:pPr>
        <w:spacing w:after="60"/>
      </w:pPr>
      <w:r>
        <w:rPr>
          <w:b w:val="0"/>
          <w:i w:val="0"/>
          <w:smallCaps w:val="0"/>
          <w:strike w:val="0"/>
          <w:sz w:val="20"/>
          <w:u w:val="none"/>
        </w:rPr>
        <w:t>Psychological impact on workers</w:t>
      </w:r>
    </w:p>
    <w:p>
      <w:pPr>
        <w:spacing w:after="60"/>
      </w:pPr>
      <w:r>
        <w:rPr>
          <w:b w:val="0"/>
          <w:i w:val="0"/>
          <w:smallCaps w:val="0"/>
          <w:strike w:val="0"/>
          <w:sz w:val="20"/>
          <w:u w:val="none"/>
        </w:rPr>
        <w:t xml:space="preserve">The introduction of AI in the workplace can have profound psychological effects on workers. The </w:t>
      </w:r>
      <w:r>
        <w:rPr>
          <w:b w:val="0"/>
          <w:i w:val="0"/>
          <w:smallCaps w:val="0"/>
          <w:strike w:val="0"/>
          <w:sz w:val="22"/>
          <w:highlight w:val="cyan"/>
          <w:u w:val="single"/>
        </w:rPr>
        <w:t>fear of job loss, uncertainty about the future, and diminished human interaction can lead to increased stress, anxiety, and job insecurity</w:t>
      </w:r>
      <w:r>
        <w:rPr>
          <w:b w:val="0"/>
          <w:i w:val="0"/>
          <w:smallCaps w:val="0"/>
          <w:strike w:val="0"/>
          <w:sz w:val="20"/>
          <w:highlight w:val="cyan"/>
          <w:u w:val="none"/>
        </w:rPr>
        <w:t>.</w:t>
      </w:r>
      <w:r>
        <w:rPr>
          <w:b w:val="0"/>
          <w:i w:val="0"/>
          <w:smallCaps w:val="0"/>
          <w:strike w:val="0"/>
          <w:sz w:val="20"/>
          <w:u w:val="none"/>
        </w:rPr>
        <w:t xml:space="preserve"> Moreover, the devaluation of certain job roles and the emphasis on AI automation can erode workers' sense of purpose and job satisfaction. The psychological well-being of workers affected by AI implementation must be a priority for businesses and policymakers.</w:t>
      </w:r>
    </w:p>
    <w:p>
      <w:pPr>
        <w:spacing w:after="60"/>
      </w:pPr>
      <w:r>
        <w:rPr>
          <w:b w:val="0"/>
          <w:i w:val="0"/>
          <w:smallCaps w:val="0"/>
          <w:strike w:val="0"/>
          <w:sz w:val="20"/>
          <w:u w:val="none"/>
        </w:rPr>
        <w:t>The bottom line</w:t>
      </w:r>
    </w:p>
    <w:p>
      <w:pPr>
        <w:spacing w:after="60"/>
      </w:pPr>
      <w:r>
        <w:rPr>
          <w:b w:val="0"/>
          <w:i w:val="0"/>
          <w:smallCaps w:val="0"/>
          <w:strike w:val="0"/>
          <w:sz w:val="20"/>
          <w:u w:val="none"/>
        </w:rPr>
        <w:t xml:space="preserve">While AI brings promising opportunities, it is crucial to acknowledge and address the concerns and problems it poses in the job market. Job displacement, unequal impact across industries, skill polarization, ethical considerations, and the psychological impact on workers are </w:t>
      </w:r>
      <w:r>
        <w:rPr>
          <w:b w:val="0"/>
          <w:i w:val="0"/>
          <w:smallCaps w:val="0"/>
          <w:strike w:val="0"/>
          <w:sz w:val="22"/>
          <w:highlight w:val="cyan"/>
          <w:u w:val="single"/>
        </w:rPr>
        <w:t>pressing issues that demand attention</w:t>
      </w:r>
      <w:r>
        <w:rPr>
          <w:b w:val="0"/>
          <w:i w:val="0"/>
          <w:smallCaps w:val="0"/>
          <w:strike w:val="0"/>
          <w:sz w:val="22"/>
          <w:u w:val="single"/>
        </w:rPr>
        <w:t>.</w:t>
      </w:r>
      <w:r>
        <w:rPr>
          <w:b w:val="0"/>
          <w:i w:val="0"/>
          <w:smallCaps w:val="0"/>
          <w:strike w:val="0"/>
          <w:sz w:val="20"/>
          <w:u w:val="none"/>
        </w:rPr>
        <w:t xml:space="preserve"> The responsible integration of AI </w:t>
      </w:r>
      <w:r>
        <w:rPr>
          <w:b w:val="0"/>
          <w:i w:val="0"/>
          <w:smallCaps w:val="0"/>
          <w:strike w:val="0"/>
          <w:sz w:val="22"/>
          <w:highlight w:val="cyan"/>
          <w:u w:val="single"/>
        </w:rPr>
        <w:t>requires proactive measures to minimize negative consequences</w:t>
      </w:r>
      <w:r>
        <w:rPr>
          <w:b w:val="0"/>
          <w:i w:val="0"/>
          <w:smallCaps w:val="0"/>
          <w:strike w:val="0"/>
          <w:sz w:val="20"/>
          <w:highlight w:val="cyan"/>
          <w:u w:val="none"/>
        </w:rPr>
        <w:t>.</w:t>
      </w:r>
      <w:r>
        <w:rPr>
          <w:b w:val="0"/>
          <w:i w:val="0"/>
          <w:smallCaps w:val="0"/>
          <w:strike w:val="0"/>
          <w:sz w:val="20"/>
          <w:u w:val="none"/>
        </w:rPr>
        <w:t xml:space="preserve"> Businesses, governments, and educational institutions must collaborate to develop comprehensive strategies that prioritize workers' well-being, provide retraining and support programs, and ensure a fair and inclusive job market in the era of AI. Only by navigating these concerns can we strive towards a balanced and sustainable future of work.</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