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improvement causes fake news to become common- roots distrust into society</w:t>
      </w:r>
    </w:p>
    <w:p>
      <w:pPr>
        <w:spacing w:after="80"/>
      </w:pPr>
      <w:r>
        <w:rPr>
          <w:b/>
          <w:i w:val="0"/>
          <w:smallCaps w:val="0"/>
          <w:strike w:val="0"/>
          <w:color w:val="000000"/>
          <w:sz w:val="20"/>
          <w:u w:val="none"/>
        </w:rPr>
        <w:t>Thomas 24</w:t>
      </w:r>
      <w:r>
        <w:rPr>
          <w:b/>
          <w:i w:val="0"/>
          <w:smallCaps w:val="0"/>
          <w:strike w:val="0"/>
          <w:color w:val="000000"/>
          <w:sz w:val="20"/>
          <w:u w:val="none"/>
        </w:rPr>
        <w:t xml:space="preserve"> </w:t>
      </w:r>
      <w:r>
        <w:rPr>
          <w:b w:val="0"/>
          <w:i w:val="0"/>
          <w:smallCaps w:val="0"/>
          <w:strike w:val="0"/>
          <w:color w:val="000000"/>
          <w:sz w:val="20"/>
          <w:u w:val="none"/>
        </w:rPr>
        <w:t xml:space="preserve">- Mike Thomas is a journalist and </w:t>
      </w:r>
      <w:r>
        <w:rPr>
          <w:b w:val="0"/>
          <w:i w:val="0"/>
          <w:smallCaps w:val="0"/>
          <w:strike w:val="0"/>
          <w:color w:val="000000"/>
          <w:sz w:val="20"/>
          <w:u w:val="none"/>
        </w:rPr>
        <w:t>graduate</w:t>
      </w:r>
      <w:r>
        <w:rPr>
          <w:b w:val="0"/>
          <w:i w:val="0"/>
          <w:smallCaps w:val="0"/>
          <w:strike w:val="0"/>
          <w:color w:val="000000"/>
          <w:sz w:val="20"/>
          <w:u w:val="none"/>
        </w:rPr>
        <w:t xml:space="preserve"> John Carroll University. “12 Risks and Dangers of Artificial Intelligence (AI)” </w:t>
      </w:r>
      <w:r>
        <w:rPr>
          <w:b w:val="0"/>
          <w:i w:val="0"/>
          <w:smallCaps w:val="0"/>
          <w:strike w:val="0"/>
          <w:color w:val="000000"/>
          <w:sz w:val="20"/>
          <w:u w:val="none"/>
        </w:rPr>
        <w:t>Builtin</w:t>
      </w:r>
      <w:r>
        <w:rPr>
          <w:b w:val="0"/>
          <w:i w:val="0"/>
          <w:smallCaps w:val="0"/>
          <w:strike w:val="0"/>
          <w:color w:val="000000"/>
          <w:sz w:val="20"/>
          <w:u w:val="none"/>
        </w:rPr>
        <w:t xml:space="preserve">, 3/1, </w:t>
      </w:r>
      <w:r>
        <w:rPr>
          <w:b w:val="0"/>
          <w:i w:val="0"/>
          <w:smallCaps w:val="0"/>
          <w:strike w:val="0"/>
          <w:color w:val="000000"/>
          <w:sz w:val="20"/>
          <w:u w:val="none"/>
        </w:rPr>
        <w:t>.</w:t>
      </w:r>
      <w:r>
        <w:rPr>
          <w:b w:val="0"/>
          <w:i w:val="0"/>
          <w:smallCaps w:val="0"/>
          <w:strike w:val="0"/>
          <w:color w:val="000000"/>
          <w:sz w:val="20"/>
          <w:u w:val="none"/>
        </w:rPr>
        <w:t xml:space="preserve">  </w:t>
      </w:r>
      <w:r>
        <w:rPr>
          <w:b w:val="0"/>
          <w:i w:val="0"/>
          <w:smallCaps w:val="0"/>
          <w:strike w:val="0"/>
          <w:color w:val="000000"/>
          <w:sz w:val="20"/>
          <w:u w:val="none"/>
        </w:rPr>
        <w:t>–</w:t>
      </w:r>
      <w:r>
        <w:rPr>
          <w:b w:val="0"/>
          <w:i w:val="0"/>
          <w:smallCaps w:val="0"/>
          <w:strike w:val="0"/>
          <w:color w:val="000000"/>
          <w:sz w:val="20"/>
          <w:u w:val="none"/>
        </w:rPr>
        <w:t>MD</w:t>
      </w:r>
    </w:p>
    <w:p>
      <w:pPr>
        <w:spacing w:after="60"/>
      </w:pPr>
      <w:r>
        <w:rPr>
          <w:b w:val="0"/>
          <w:i w:val="0"/>
          <w:smallCaps w:val="0"/>
          <w:strike w:val="0"/>
          <w:color w:val="3A3B41"/>
          <w:sz w:val="20"/>
          <w:highlight w:val="cyan"/>
          <w:u w:val="single"/>
        </w:rPr>
        <w:t>Social manipulation</w:t>
      </w:r>
      <w:r>
        <w:rPr>
          <w:b w:val="0"/>
          <w:i w:val="0"/>
          <w:smallCaps w:val="0"/>
          <w:strike w:val="0"/>
          <w:color w:val="3A3B41"/>
          <w:sz w:val="20"/>
          <w:u w:val="single"/>
        </w:rPr>
        <w:t xml:space="preserve"> also stands as a danger of artificial intelligence. This fear </w:t>
      </w:r>
      <w:r>
        <w:rPr>
          <w:b w:val="0"/>
          <w:i w:val="0"/>
          <w:smallCaps w:val="0"/>
          <w:strike w:val="0"/>
          <w:color w:val="3A3B41"/>
          <w:sz w:val="20"/>
          <w:highlight w:val="cyan"/>
          <w:u w:val="single"/>
        </w:rPr>
        <w:t xml:space="preserve">has become </w:t>
      </w:r>
      <w:r>
        <w:rPr>
          <w:b w:val="0"/>
          <w:i w:val="0"/>
          <w:smallCaps w:val="0"/>
          <w:strike w:val="0"/>
          <w:color w:val="3A3B41"/>
          <w:sz w:val="20"/>
          <w:u w:val="single"/>
        </w:rPr>
        <w:t>a</w:t>
      </w:r>
      <w:r>
        <w:rPr>
          <w:b w:val="0"/>
          <w:i w:val="0"/>
          <w:smallCaps w:val="0"/>
          <w:strike w:val="0"/>
          <w:color w:val="3A3B41"/>
          <w:sz w:val="20"/>
          <w:highlight w:val="cyan"/>
          <w:u w:val="single"/>
        </w:rPr>
        <w:t xml:space="preserve"> reality as politicians</w:t>
      </w:r>
      <w:r>
        <w:rPr>
          <w:b w:val="0"/>
          <w:i w:val="0"/>
          <w:smallCaps w:val="0"/>
          <w:strike w:val="0"/>
          <w:color w:val="3A3B41"/>
          <w:sz w:val="20"/>
          <w:u w:val="single"/>
        </w:rPr>
        <w:t xml:space="preserve"> </w:t>
      </w:r>
      <w:r>
        <w:rPr>
          <w:b w:val="0"/>
          <w:i w:val="0"/>
          <w:smallCaps w:val="0"/>
          <w:strike w:val="0"/>
          <w:color w:val="3A3B41"/>
          <w:sz w:val="20"/>
          <w:highlight w:val="cyan"/>
          <w:u w:val="single"/>
        </w:rPr>
        <w:t>rely on platforms to promote</w:t>
      </w:r>
      <w:r>
        <w:rPr>
          <w:b w:val="0"/>
          <w:i w:val="0"/>
          <w:smallCaps w:val="0"/>
          <w:strike w:val="0"/>
          <w:color w:val="3A3B41"/>
          <w:sz w:val="20"/>
          <w:u w:val="single"/>
        </w:rPr>
        <w:t xml:space="preserve"> their </w:t>
      </w:r>
      <w:r>
        <w:rPr>
          <w:b w:val="0"/>
          <w:i w:val="0"/>
          <w:smallCaps w:val="0"/>
          <w:strike w:val="0"/>
          <w:color w:val="3A3B41"/>
          <w:sz w:val="20"/>
          <w:highlight w:val="cyan"/>
          <w:u w:val="single"/>
        </w:rPr>
        <w:t>viewpoints</w:t>
      </w:r>
      <w:r>
        <w:rPr>
          <w:b w:val="0"/>
          <w:i w:val="0"/>
          <w:smallCaps w:val="0"/>
          <w:strike w:val="0"/>
          <w:color w:val="3A3B41"/>
          <w:sz w:val="20"/>
          <w:u w:val="single"/>
        </w:rPr>
        <w:t>,</w:t>
      </w:r>
      <w:r>
        <w:rPr>
          <w:b w:val="0"/>
          <w:i w:val="0"/>
          <w:smallCaps w:val="0"/>
          <w:strike w:val="0"/>
          <w:color w:val="3A3B41"/>
          <w:sz w:val="20"/>
          <w:u w:val="none"/>
        </w:rPr>
        <w:t xml:space="preserve"> with one example being Ferdinand Marcos, Jr., wielding a TikTok troll army to capture the votes of younger Filipinos during the Philippines' 2022 election. </w:t>
      </w:r>
    </w:p>
    <w:p>
      <w:pPr>
        <w:spacing w:after="60"/>
      </w:pPr>
      <w:r>
        <w:rPr>
          <w:b w:val="0"/>
          <w:i w:val="0"/>
          <w:smallCaps w:val="0"/>
          <w:strike w:val="0"/>
          <w:color w:val="3A3B41"/>
          <w:sz w:val="20"/>
          <w:u w:val="none"/>
        </w:rPr>
        <w:t xml:space="preserve">TikTok, which is just one example of a social media platform that relies on AI algorithms, fills a user's feed with content related to previous media they've viewed on the platform. Criticism of the app targets this process and the algorithm's failure to filter out harmful and inaccurate content, raising concerns over TikTok's ability to protect its users from misleading information. </w:t>
      </w:r>
    </w:p>
    <w:p>
      <w:pPr>
        <w:spacing w:after="60"/>
      </w:pPr>
      <w:r>
        <w:rPr>
          <w:b w:val="0"/>
          <w:i w:val="0"/>
          <w:smallCaps w:val="0"/>
          <w:strike w:val="0"/>
          <w:color w:val="3A3B41"/>
          <w:sz w:val="20"/>
          <w:highlight w:val="cyan"/>
          <w:u w:val="single"/>
        </w:rPr>
        <w:t>Online media</w:t>
      </w:r>
      <w:r>
        <w:rPr>
          <w:b w:val="0"/>
          <w:i w:val="0"/>
          <w:smallCaps w:val="0"/>
          <w:strike w:val="0"/>
          <w:color w:val="3A3B41"/>
          <w:sz w:val="20"/>
          <w:u w:val="single"/>
        </w:rPr>
        <w:t xml:space="preserve"> and news </w:t>
      </w:r>
      <w:r>
        <w:rPr>
          <w:b w:val="0"/>
          <w:i w:val="0"/>
          <w:smallCaps w:val="0"/>
          <w:strike w:val="0"/>
          <w:color w:val="3A3B41"/>
          <w:sz w:val="20"/>
          <w:highlight w:val="cyan"/>
          <w:u w:val="single"/>
        </w:rPr>
        <w:t>have become</w:t>
      </w:r>
      <w:r>
        <w:rPr>
          <w:b w:val="0"/>
          <w:i w:val="0"/>
          <w:smallCaps w:val="0"/>
          <w:strike w:val="0"/>
          <w:color w:val="3A3B41"/>
          <w:sz w:val="20"/>
          <w:u w:val="single"/>
        </w:rPr>
        <w:t xml:space="preserve"> even </w:t>
      </w:r>
      <w:r>
        <w:rPr>
          <w:b w:val="0"/>
          <w:i w:val="0"/>
          <w:smallCaps w:val="0"/>
          <w:strike w:val="0"/>
          <w:color w:val="3A3B41"/>
          <w:sz w:val="20"/>
          <w:highlight w:val="cyan"/>
          <w:u w:val="single"/>
        </w:rPr>
        <w:t>murkier</w:t>
      </w:r>
      <w:r>
        <w:rPr>
          <w:b w:val="0"/>
          <w:i w:val="0"/>
          <w:smallCaps w:val="0"/>
          <w:strike w:val="0"/>
          <w:color w:val="3A3B41"/>
          <w:sz w:val="20"/>
          <w:u w:val="single"/>
        </w:rPr>
        <w:t xml:space="preserve"> </w:t>
      </w:r>
      <w:r>
        <w:rPr>
          <w:b w:val="0"/>
          <w:i w:val="0"/>
          <w:smallCaps w:val="0"/>
          <w:strike w:val="0"/>
          <w:color w:val="3A3B41"/>
          <w:sz w:val="20"/>
          <w:u w:val="single"/>
        </w:rPr>
        <w:t>in light of</w:t>
      </w:r>
      <w:r>
        <w:rPr>
          <w:b w:val="0"/>
          <w:i w:val="0"/>
          <w:smallCaps w:val="0"/>
          <w:strike w:val="0"/>
          <w:color w:val="3A3B41"/>
          <w:sz w:val="20"/>
          <w:u w:val="single"/>
        </w:rPr>
        <w:t xml:space="preserve"> </w:t>
      </w:r>
      <w:r>
        <w:rPr>
          <w:b w:val="0"/>
          <w:i w:val="0"/>
          <w:smallCaps w:val="0"/>
          <w:strike w:val="0"/>
          <w:color w:val="3A3B41"/>
          <w:sz w:val="20"/>
          <w:highlight w:val="cyan"/>
          <w:u w:val="single"/>
        </w:rPr>
        <w:t>AI-generated</w:t>
      </w:r>
      <w:r>
        <w:rPr>
          <w:b w:val="0"/>
          <w:i w:val="0"/>
          <w:smallCaps w:val="0"/>
          <w:strike w:val="0"/>
          <w:color w:val="3A3B41"/>
          <w:sz w:val="20"/>
          <w:u w:val="single"/>
        </w:rPr>
        <w:t xml:space="preserve"> </w:t>
      </w:r>
      <w:r>
        <w:rPr>
          <w:b w:val="0"/>
          <w:i w:val="0"/>
          <w:smallCaps w:val="0"/>
          <w:strike w:val="0"/>
          <w:color w:val="3A3B41"/>
          <w:sz w:val="20"/>
          <w:highlight w:val="cyan"/>
          <w:u w:val="single"/>
        </w:rPr>
        <w:t>images</w:t>
      </w:r>
      <w:r>
        <w:rPr>
          <w:b w:val="0"/>
          <w:i w:val="0"/>
          <w:smallCaps w:val="0"/>
          <w:strike w:val="0"/>
          <w:color w:val="3A3B41"/>
          <w:sz w:val="20"/>
          <w:u w:val="single"/>
        </w:rPr>
        <w:t xml:space="preserve"> and </w:t>
      </w:r>
      <w:r>
        <w:rPr>
          <w:b w:val="0"/>
          <w:i w:val="0"/>
          <w:smallCaps w:val="0"/>
          <w:strike w:val="0"/>
          <w:color w:val="3A3B41"/>
          <w:sz w:val="20"/>
          <w:highlight w:val="cyan"/>
          <w:u w:val="single"/>
        </w:rPr>
        <w:t>videos</w:t>
      </w:r>
      <w:r>
        <w:rPr>
          <w:b w:val="0"/>
          <w:i w:val="0"/>
          <w:smallCaps w:val="0"/>
          <w:strike w:val="0"/>
          <w:color w:val="3A3B41"/>
          <w:sz w:val="20"/>
          <w:u w:val="single"/>
        </w:rPr>
        <w:t xml:space="preserve">, AI </w:t>
      </w:r>
      <w:r>
        <w:rPr>
          <w:b w:val="0"/>
          <w:i w:val="0"/>
          <w:smallCaps w:val="0"/>
          <w:strike w:val="0"/>
          <w:color w:val="3A3B41"/>
          <w:sz w:val="20"/>
          <w:highlight w:val="cyan"/>
          <w:u w:val="single"/>
        </w:rPr>
        <w:t>voice changers</w:t>
      </w:r>
      <w:r>
        <w:rPr>
          <w:b w:val="0"/>
          <w:i w:val="0"/>
          <w:smallCaps w:val="0"/>
          <w:strike w:val="0"/>
          <w:color w:val="3A3B41"/>
          <w:sz w:val="20"/>
          <w:u w:val="single"/>
        </w:rPr>
        <w:t xml:space="preserve"> </w:t>
      </w:r>
      <w:r>
        <w:rPr>
          <w:b w:val="0"/>
          <w:i w:val="0"/>
          <w:smallCaps w:val="0"/>
          <w:strike w:val="0"/>
          <w:color w:val="3A3B41"/>
          <w:sz w:val="20"/>
          <w:highlight w:val="cyan"/>
          <w:u w:val="single"/>
        </w:rPr>
        <w:t>as well as deepfakes</w:t>
      </w:r>
      <w:r>
        <w:rPr>
          <w:b w:val="0"/>
          <w:i w:val="0"/>
          <w:smallCaps w:val="0"/>
          <w:strike w:val="0"/>
          <w:color w:val="3A3B41"/>
          <w:sz w:val="20"/>
          <w:u w:val="single"/>
        </w:rPr>
        <w:t xml:space="preserve"> </w:t>
      </w:r>
      <w:r>
        <w:rPr>
          <w:b w:val="0"/>
          <w:i w:val="0"/>
          <w:smallCaps w:val="0"/>
          <w:strike w:val="0"/>
          <w:color w:val="3A3B41"/>
          <w:sz w:val="20"/>
          <w:highlight w:val="cyan"/>
          <w:u w:val="single"/>
        </w:rPr>
        <w:t>infiltrat</w:t>
      </w:r>
      <w:r>
        <w:rPr>
          <w:b w:val="0"/>
          <w:i w:val="0"/>
          <w:smallCaps w:val="0"/>
          <w:strike w:val="0"/>
          <w:color w:val="3A3B41"/>
          <w:sz w:val="20"/>
          <w:u w:val="single"/>
        </w:rPr>
        <w:t xml:space="preserve">ing </w:t>
      </w:r>
      <w:r>
        <w:rPr>
          <w:b w:val="0"/>
          <w:i w:val="0"/>
          <w:smallCaps w:val="0"/>
          <w:strike w:val="0"/>
          <w:color w:val="3A3B41"/>
          <w:sz w:val="20"/>
          <w:highlight w:val="cyan"/>
          <w:u w:val="single"/>
        </w:rPr>
        <w:t>political and social spheres</w:t>
      </w:r>
      <w:r>
        <w:rPr>
          <w:b w:val="0"/>
          <w:i w:val="0"/>
          <w:smallCaps w:val="0"/>
          <w:strike w:val="0"/>
          <w:color w:val="3A3B41"/>
          <w:sz w:val="20"/>
          <w:u w:val="single"/>
        </w:rPr>
        <w:t xml:space="preserve">. </w:t>
      </w:r>
      <w:r>
        <w:rPr>
          <w:b w:val="0"/>
          <w:i w:val="0"/>
          <w:smallCaps w:val="0"/>
          <w:strike w:val="0"/>
          <w:color w:val="3A3B41"/>
          <w:sz w:val="20"/>
          <w:highlight w:val="cyan"/>
          <w:u w:val="single"/>
        </w:rPr>
        <w:t>These technologies make it easy</w:t>
      </w:r>
      <w:r>
        <w:rPr>
          <w:b w:val="0"/>
          <w:i w:val="0"/>
          <w:smallCaps w:val="0"/>
          <w:strike w:val="0"/>
          <w:color w:val="3A3B41"/>
          <w:sz w:val="20"/>
          <w:u w:val="single"/>
        </w:rPr>
        <w:t xml:space="preserve"> to create realistic photos, videos, audio clips or replace the image of one figure with another in an existing picture or video. As a result, </w:t>
      </w:r>
      <w:r>
        <w:rPr>
          <w:b w:val="0"/>
          <w:i w:val="0"/>
          <w:smallCaps w:val="0"/>
          <w:strike w:val="0"/>
          <w:color w:val="3A3B41"/>
          <w:sz w:val="20"/>
          <w:highlight w:val="cyan"/>
          <w:u w:val="single"/>
        </w:rPr>
        <w:t>bad actors</w:t>
      </w:r>
      <w:r>
        <w:rPr>
          <w:b w:val="0"/>
          <w:i w:val="0"/>
          <w:smallCaps w:val="0"/>
          <w:strike w:val="0"/>
          <w:color w:val="3A3B41"/>
          <w:sz w:val="20"/>
          <w:u w:val="single"/>
        </w:rPr>
        <w:t xml:space="preserve"> have another avenue for </w:t>
      </w:r>
      <w:r>
        <w:rPr>
          <w:b w:val="0"/>
          <w:i w:val="0"/>
          <w:smallCaps w:val="0"/>
          <w:strike w:val="0"/>
          <w:color w:val="3A3B41"/>
          <w:sz w:val="20"/>
          <w:highlight w:val="cyan"/>
          <w:u w:val="single"/>
        </w:rPr>
        <w:t>shar</w:t>
      </w:r>
      <w:r>
        <w:rPr>
          <w:b w:val="0"/>
          <w:i w:val="0"/>
          <w:smallCaps w:val="0"/>
          <w:strike w:val="0"/>
          <w:color w:val="3A3B41"/>
          <w:sz w:val="20"/>
          <w:u w:val="single"/>
        </w:rPr>
        <w:t xml:space="preserve">ing </w:t>
      </w:r>
      <w:r>
        <w:rPr>
          <w:b w:val="0"/>
          <w:i w:val="0"/>
          <w:smallCaps w:val="0"/>
          <w:strike w:val="0"/>
          <w:color w:val="3A3B41"/>
          <w:sz w:val="20"/>
          <w:highlight w:val="cyan"/>
          <w:u w:val="single"/>
        </w:rPr>
        <w:t>misinformation</w:t>
      </w:r>
      <w:r>
        <w:rPr>
          <w:b w:val="0"/>
          <w:i w:val="0"/>
          <w:smallCaps w:val="0"/>
          <w:strike w:val="0"/>
          <w:color w:val="3A3B41"/>
          <w:sz w:val="20"/>
          <w:u w:val="single"/>
        </w:rPr>
        <w:t xml:space="preserve"> </w:t>
      </w:r>
      <w:r>
        <w:rPr>
          <w:b w:val="0"/>
          <w:i w:val="0"/>
          <w:smallCaps w:val="0"/>
          <w:strike w:val="0"/>
          <w:color w:val="3A3B41"/>
          <w:sz w:val="20"/>
          <w:highlight w:val="cyan"/>
          <w:u w:val="single"/>
        </w:rPr>
        <w:t>and war propaganda</w:t>
      </w:r>
      <w:r>
        <w:rPr>
          <w:b w:val="0"/>
          <w:i w:val="0"/>
          <w:smallCaps w:val="0"/>
          <w:strike w:val="0"/>
          <w:color w:val="3A3B41"/>
          <w:sz w:val="20"/>
          <w:u w:val="single"/>
        </w:rPr>
        <w:t xml:space="preserve">, creating a </w:t>
      </w:r>
      <w:r>
        <w:rPr>
          <w:b w:val="0"/>
          <w:i w:val="0"/>
          <w:smallCaps w:val="0"/>
          <w:strike w:val="0"/>
          <w:color w:val="3A3B41"/>
          <w:sz w:val="20"/>
          <w:highlight w:val="cyan"/>
          <w:u w:val="single"/>
        </w:rPr>
        <w:t>nightmare</w:t>
      </w:r>
      <w:r>
        <w:rPr>
          <w:b w:val="0"/>
          <w:i w:val="0"/>
          <w:smallCaps w:val="0"/>
          <w:strike w:val="0"/>
          <w:color w:val="3A3B41"/>
          <w:sz w:val="20"/>
          <w:u w:val="single"/>
        </w:rPr>
        <w:t xml:space="preserve"> scenario </w:t>
      </w:r>
      <w:r>
        <w:rPr>
          <w:b w:val="0"/>
          <w:i w:val="0"/>
          <w:smallCaps w:val="0"/>
          <w:strike w:val="0"/>
          <w:color w:val="3A3B41"/>
          <w:sz w:val="20"/>
          <w:highlight w:val="cyan"/>
          <w:u w:val="single"/>
        </w:rPr>
        <w:t>where it can be</w:t>
      </w:r>
      <w:r>
        <w:rPr>
          <w:b w:val="0"/>
          <w:i w:val="0"/>
          <w:smallCaps w:val="0"/>
          <w:strike w:val="0"/>
          <w:color w:val="3A3B41"/>
          <w:sz w:val="20"/>
          <w:u w:val="single"/>
        </w:rPr>
        <w:t xml:space="preserve"> nearly </w:t>
      </w:r>
      <w:r>
        <w:rPr>
          <w:b w:val="0"/>
          <w:i w:val="0"/>
          <w:smallCaps w:val="0"/>
          <w:strike w:val="0"/>
          <w:color w:val="3A3B41"/>
          <w:sz w:val="20"/>
          <w:highlight w:val="cyan"/>
          <w:u w:val="single"/>
        </w:rPr>
        <w:t>impossible</w:t>
      </w:r>
      <w:r>
        <w:rPr>
          <w:b w:val="0"/>
          <w:i w:val="0"/>
          <w:smallCaps w:val="0"/>
          <w:strike w:val="0"/>
          <w:color w:val="3A3B41"/>
          <w:sz w:val="20"/>
          <w:u w:val="single"/>
        </w:rPr>
        <w:t xml:space="preserve"> </w:t>
      </w:r>
      <w:r>
        <w:rPr>
          <w:b w:val="0"/>
          <w:i w:val="0"/>
          <w:smallCaps w:val="0"/>
          <w:strike w:val="0"/>
          <w:color w:val="3A3B41"/>
          <w:sz w:val="20"/>
          <w:highlight w:val="cyan"/>
          <w:u w:val="single"/>
        </w:rPr>
        <w:t>to</w:t>
      </w:r>
      <w:r>
        <w:rPr>
          <w:b w:val="0"/>
          <w:i w:val="0"/>
          <w:smallCaps w:val="0"/>
          <w:strike w:val="0"/>
          <w:color w:val="3A3B41"/>
          <w:sz w:val="20"/>
          <w:u w:val="single"/>
        </w:rPr>
        <w:t xml:space="preserve"> distinguish between creditable and faulty news. </w:t>
      </w:r>
    </w:p>
    <w:p>
      <w:pPr>
        <w:spacing w:after="60"/>
      </w:pPr>
      <w:r>
        <w:rPr>
          <w:b w:val="0"/>
          <w:i w:val="0"/>
          <w:smallCaps w:val="0"/>
          <w:strike w:val="0"/>
          <w:color w:val="3A3B41"/>
          <w:sz w:val="20"/>
          <w:u w:val="none"/>
        </w:rPr>
        <w:t>"</w:t>
      </w:r>
      <w:r>
        <w:rPr>
          <w:b w:val="0"/>
          <w:i w:val="0"/>
          <w:smallCaps w:val="0"/>
          <w:strike w:val="0"/>
          <w:color w:val="3A3B41"/>
          <w:sz w:val="20"/>
          <w:u w:val="single"/>
        </w:rPr>
        <w:t xml:space="preserve">No one </w:t>
      </w:r>
      <w:r>
        <w:rPr>
          <w:b w:val="0"/>
          <w:i w:val="0"/>
          <w:smallCaps w:val="0"/>
          <w:strike w:val="0"/>
          <w:color w:val="3A3B41"/>
          <w:sz w:val="20"/>
          <w:highlight w:val="cyan"/>
          <w:u w:val="single"/>
        </w:rPr>
        <w:t>know</w:t>
      </w:r>
      <w:r>
        <w:rPr>
          <w:b w:val="0"/>
          <w:i w:val="0"/>
          <w:smallCaps w:val="0"/>
          <w:strike w:val="0"/>
          <w:color w:val="3A3B41"/>
          <w:sz w:val="20"/>
          <w:u w:val="single"/>
        </w:rPr>
        <w:t xml:space="preserve">s </w:t>
      </w:r>
      <w:r>
        <w:rPr>
          <w:b w:val="0"/>
          <w:i w:val="0"/>
          <w:smallCaps w:val="0"/>
          <w:strike w:val="0"/>
          <w:color w:val="3A3B41"/>
          <w:sz w:val="20"/>
          <w:highlight w:val="cyan"/>
          <w:u w:val="single"/>
        </w:rPr>
        <w:t>what's real and what's not</w:t>
      </w:r>
      <w:r>
        <w:rPr>
          <w:b w:val="0"/>
          <w:i w:val="0"/>
          <w:smallCaps w:val="0"/>
          <w:strike w:val="0"/>
          <w:color w:val="3A3B41"/>
          <w:sz w:val="20"/>
          <w:u w:val="single"/>
        </w:rPr>
        <w:t>," Ford said. "</w:t>
      </w:r>
      <w:r>
        <w:rPr>
          <w:b w:val="0"/>
          <w:i w:val="0"/>
          <w:smallCaps w:val="0"/>
          <w:strike w:val="0"/>
          <w:color w:val="3A3B41"/>
          <w:sz w:val="20"/>
          <w:u w:val="single"/>
        </w:rPr>
        <w:t>So</w:t>
      </w:r>
      <w:r>
        <w:rPr>
          <w:b w:val="0"/>
          <w:i w:val="0"/>
          <w:smallCaps w:val="0"/>
          <w:strike w:val="0"/>
          <w:color w:val="3A3B41"/>
          <w:sz w:val="20"/>
          <w:u w:val="single"/>
        </w:rPr>
        <w:t xml:space="preserve"> it really leads to a situation where you literally cannot believe your own eyes and ears; you can't rely on what, historically, we've considered to be the best possible evidence.</w:t>
      </w:r>
      <w:r>
        <w:rPr>
          <w:b w:val="0"/>
          <w:i w:val="0"/>
          <w:smallCaps w:val="0"/>
          <w:strike w:val="0"/>
          <w:color w:val="3A3B41"/>
          <w:sz w:val="20"/>
          <w:u w:val="none"/>
        </w:rPr>
        <w:t>.. That's going to be a huge issue."</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