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spillover to protect </w:t>
      </w:r>
      <w:r>
        <w:rPr>
          <w:b/>
          <w:i w:val="0"/>
          <w:smallCaps w:val="0"/>
          <w:strike w:val="0"/>
          <w:sz w:val="26"/>
          <w:u w:val="single"/>
        </w:rPr>
        <w:t>global health</w:t>
      </w:r>
      <w:r>
        <w:rPr>
          <w:b/>
          <w:i w:val="0"/>
          <w:smallCaps w:val="0"/>
          <w:strike w:val="0"/>
          <w:sz w:val="26"/>
          <w:u w:val="none"/>
        </w:rPr>
        <w:t xml:space="preserve"> – lowers </w:t>
      </w:r>
      <w:r>
        <w:rPr>
          <w:b/>
          <w:i w:val="0"/>
          <w:smallCaps w:val="0"/>
          <w:strike w:val="0"/>
          <w:sz w:val="26"/>
          <w:u w:val="none"/>
        </w:rPr>
        <w:t>prices and ensures wide distribution</w:t>
      </w:r>
    </w:p>
    <w:p>
      <w:pPr>
        <w:spacing w:after="80"/>
      </w:pPr>
      <w:r>
        <w:rPr>
          <w:b/>
          <w:i w:val="0"/>
          <w:smallCaps w:val="0"/>
          <w:strike w:val="0"/>
          <w:sz w:val="26"/>
          <w:u w:val="none"/>
        </w:rPr>
        <w:t>Stiglitz 06</w:t>
      </w:r>
      <w:r>
        <w:rPr>
          <w:b w:val="0"/>
          <w:i w:val="0"/>
          <w:smallCaps w:val="0"/>
          <w:strike w:val="0"/>
          <w:u w:val="none"/>
        </w:rPr>
        <w:t xml:space="preserve"> (Joseph E. Stiglitz, professor at Columbia, “Scrooge and intellectual property rights,” “BMJ 2006;333;1279,” URL: https://doi.org/10.1136/bmj.39048.428380.80, December 21, 2006)//NTG</w:t>
      </w:r>
    </w:p>
    <w:p>
      <w:pPr>
        <w:spacing w:after="60"/>
      </w:pPr>
      <w:r>
        <w:rPr>
          <w:b w:val="0"/>
          <w:i w:val="0"/>
          <w:smallCaps w:val="0"/>
          <w:strike w:val="0"/>
          <w:u w:val="none"/>
        </w:rPr>
        <w:t xml:space="preserve">At Christmas, we traditionally retell Dickens's story of Scrooge, who cared more for money than for his fellow human beings. What would we think of </w:t>
      </w:r>
      <w:r>
        <w:rPr>
          <w:b w:val="0"/>
          <w:i w:val="0"/>
          <w:smallCaps w:val="0"/>
          <w:strike w:val="0"/>
          <w:sz w:val="22"/>
          <w:u w:val="single"/>
        </w:rPr>
        <w:t>a Scrooge who could cure diseases that blighted thousands of people's lives but did not do so</w:t>
      </w:r>
      <w:r>
        <w:rPr>
          <w:b w:val="0"/>
          <w:i w:val="0"/>
          <w:smallCaps w:val="0"/>
          <w:strike w:val="0"/>
          <w:u w:val="none"/>
        </w:rPr>
        <w:t xml:space="preserve">? Clearly, we would be horrified. But </w:t>
      </w:r>
      <w:r>
        <w:rPr>
          <w:b w:val="0"/>
          <w:i w:val="0"/>
          <w:smallCaps w:val="0"/>
          <w:strike w:val="0"/>
          <w:sz w:val="22"/>
          <w:u w:val="single"/>
        </w:rPr>
        <w:t>this has increasingly been happening</w:t>
      </w:r>
      <w:r>
        <w:rPr>
          <w:b w:val="0"/>
          <w:i w:val="0"/>
          <w:smallCaps w:val="0"/>
          <w:strike w:val="0"/>
          <w:u w:val="none"/>
        </w:rPr>
        <w:t xml:space="preserve"> in the name of economics, </w:t>
      </w:r>
      <w:r>
        <w:rPr>
          <w:b w:val="0"/>
          <w:i w:val="0"/>
          <w:smallCaps w:val="0"/>
          <w:strike w:val="0"/>
          <w:sz w:val="22"/>
          <w:u w:val="single"/>
        </w:rPr>
        <w:t>under the innocent sounding guise of “intellectual property rights</w:t>
      </w:r>
      <w:r>
        <w:rPr>
          <w:b w:val="0"/>
          <w:i w:val="0"/>
          <w:smallCaps w:val="0"/>
          <w:strike w:val="0"/>
          <w:u w:val="none"/>
        </w:rPr>
        <w:t>.”</w:t>
      </w:r>
    </w:p>
    <w:p>
      <w:pPr>
        <w:spacing w:after="60"/>
      </w:pPr>
      <w:r>
        <w:rPr>
          <w:b w:val="0"/>
          <w:i w:val="0"/>
          <w:smallCaps w:val="0"/>
          <w:strike w:val="0"/>
          <w:u w:val="none"/>
        </w:rPr>
        <w:t xml:space="preserve">Intellectual property differs from other property—restricting its use is inefficient as it costs nothing for another person to use it. Thomas Jefferson, America's third president, put it more poetically than modern economists (who refer to “zero marginal costs” and “non-rivalrous consumption”) when he said that knowledge is like a candle, when one candle lights another it does not diminish from the light of the first. </w:t>
      </w:r>
      <w:r>
        <w:rPr>
          <w:b w:val="0"/>
          <w:i w:val="0"/>
          <w:smallCaps w:val="0"/>
          <w:strike w:val="0"/>
          <w:sz w:val="22"/>
          <w:u w:val="single"/>
        </w:rPr>
        <w:t>Using knowledge to help someone does not prevent that knowledge from helping others</w:t>
      </w:r>
      <w:r>
        <w:rPr>
          <w:b w:val="0"/>
          <w:i w:val="0"/>
          <w:smallCaps w:val="0"/>
          <w:strike w:val="0"/>
          <w:u w:val="none"/>
        </w:rPr>
        <w:t xml:space="preserve">. </w:t>
      </w:r>
      <w:r>
        <w:rPr>
          <w:b w:val="0"/>
          <w:i w:val="0"/>
          <w:smallCaps w:val="0"/>
          <w:strike w:val="0"/>
          <w:sz w:val="22"/>
          <w:u w:val="single"/>
        </w:rPr>
        <w:t xml:space="preserve">Intellectual property rights, however, enable one person or company to have </w:t>
      </w:r>
      <w:r>
        <w:rPr>
          <w:b/>
          <w:i w:val="0"/>
          <w:smallCaps w:val="0"/>
          <w:strike w:val="0"/>
          <w:sz w:val="22"/>
          <w:u w:val="single"/>
        </w:rPr>
        <w:t>exclusive control</w:t>
      </w:r>
      <w:r>
        <w:rPr>
          <w:b w:val="0"/>
          <w:i w:val="0"/>
          <w:smallCaps w:val="0"/>
          <w:strike w:val="0"/>
          <w:sz w:val="22"/>
          <w:u w:val="single"/>
        </w:rPr>
        <w:t xml:space="preserve"> of the use of a particular piece of knowledge, thereby creating monopoly power</w:t>
      </w:r>
      <w:r>
        <w:rPr>
          <w:b w:val="0"/>
          <w:i w:val="0"/>
          <w:smallCaps w:val="0"/>
          <w:strike w:val="0"/>
          <w:u w:val="none"/>
        </w:rPr>
        <w:t xml:space="preserve">. </w:t>
      </w:r>
      <w:r>
        <w:rPr>
          <w:b/>
          <w:i w:val="0"/>
          <w:smallCaps w:val="0"/>
          <w:strike w:val="0"/>
          <w:sz w:val="22"/>
          <w:u w:val="single"/>
        </w:rPr>
        <w:t>Monopolies distort the economy.</w:t>
      </w:r>
      <w:r>
        <w:rPr>
          <w:b w:val="0"/>
          <w:i w:val="0"/>
          <w:smallCaps w:val="0"/>
          <w:strike w:val="0"/>
          <w:u w:val="none"/>
        </w:rPr>
        <w:t xml:space="preserve"> </w:t>
      </w:r>
      <w:r>
        <w:rPr>
          <w:b w:val="0"/>
          <w:i w:val="0"/>
          <w:smallCaps w:val="0"/>
          <w:strike w:val="0"/>
          <w:sz w:val="22"/>
          <w:u w:val="single"/>
        </w:rPr>
        <w:t xml:space="preserve">Restricting the use of medical knowledge not only affects economic efficiency, but also </w:t>
      </w:r>
      <w:r>
        <w:rPr>
          <w:b/>
          <w:i w:val="0"/>
          <w:smallCaps w:val="0"/>
          <w:strike w:val="0"/>
          <w:sz w:val="22"/>
          <w:u w:val="single"/>
        </w:rPr>
        <w:t>life itself</w:t>
      </w:r>
      <w:r>
        <w:rPr>
          <w:b w:val="0"/>
          <w:i w:val="0"/>
          <w:smallCaps w:val="0"/>
          <w:strike w:val="0"/>
          <w:sz w:val="22"/>
          <w:u w:val="single"/>
        </w:rPr>
        <w:t>.</w:t>
      </w:r>
    </w:p>
    <w:p>
      <w:pPr>
        <w:spacing w:after="60"/>
      </w:pPr>
      <w:r>
        <w:rPr>
          <w:b w:val="0"/>
          <w:i w:val="0"/>
          <w:smallCaps w:val="0"/>
          <w:strike w:val="0"/>
          <w:sz w:val="22"/>
          <w:u w:val="single"/>
        </w:rPr>
        <w:t>We tolerate such restrictions in</w:t>
      </w:r>
      <w:r>
        <w:rPr>
          <w:b w:val="0"/>
          <w:i w:val="0"/>
          <w:smallCaps w:val="0"/>
          <w:strike w:val="0"/>
          <w:sz w:val="22"/>
          <w:u w:val="single"/>
        </w:rPr>
        <w:t xml:space="preserve"> the </w:t>
      </w:r>
      <w:r>
        <w:rPr>
          <w:b/>
          <w:i w:val="0"/>
          <w:smallCaps w:val="0"/>
          <w:strike w:val="0"/>
          <w:sz w:val="22"/>
          <w:u w:val="single"/>
        </w:rPr>
        <w:t>belief</w:t>
      </w:r>
      <w:r>
        <w:rPr>
          <w:b w:val="0"/>
          <w:i w:val="0"/>
          <w:smallCaps w:val="0"/>
          <w:strike w:val="0"/>
          <w:sz w:val="22"/>
          <w:u w:val="single"/>
        </w:rPr>
        <w:t xml:space="preserve"> that they might spur innovation, balancing costs against benefits</w:t>
      </w:r>
      <w:r>
        <w:rPr>
          <w:b w:val="0"/>
          <w:i w:val="0"/>
          <w:smallCaps w:val="0"/>
          <w:strike w:val="0"/>
          <w:u w:val="none"/>
        </w:rPr>
        <w:t xml:space="preserve">. </w:t>
      </w:r>
      <w:r>
        <w:rPr>
          <w:b/>
          <w:i w:val="0"/>
          <w:smallCaps w:val="0"/>
          <w:strike w:val="0"/>
          <w:sz w:val="22"/>
          <w:u w:val="single"/>
        </w:rPr>
        <w:t>But the costs</w:t>
      </w:r>
      <w:r>
        <w:rPr>
          <w:b w:val="0"/>
          <w:i w:val="0"/>
          <w:smallCaps w:val="0"/>
          <w:strike w:val="0"/>
          <w:u w:val="none"/>
        </w:rPr>
        <w:t xml:space="preserve"> of restrictions can </w:t>
      </w:r>
      <w:r>
        <w:rPr>
          <w:b/>
          <w:i w:val="0"/>
          <w:smallCaps w:val="0"/>
          <w:strike w:val="0"/>
          <w:sz w:val="22"/>
          <w:u w:val="single"/>
        </w:rPr>
        <w:t>outweigh the benefits</w:t>
      </w:r>
      <w:r>
        <w:rPr>
          <w:b w:val="0"/>
          <w:i w:val="0"/>
          <w:smallCaps w:val="0"/>
          <w:strike w:val="0"/>
          <w:u w:val="none"/>
        </w:rPr>
        <w:t>. It is hard to see how the patent issued by the US government for the healing properties of turmeric, which had been known for hundreds of years, stimulated research. Had the patent been enforced in India, poor people who wanted to use this compound would have had to pay royalties to the United States.</w:t>
      </w:r>
    </w:p>
    <w:p>
      <w:pPr>
        <w:spacing w:after="60"/>
      </w:pPr>
      <w:r>
        <w:rPr>
          <w:b w:val="0"/>
          <w:i w:val="0"/>
          <w:smallCaps w:val="0"/>
          <w:strike w:val="0"/>
          <w:u w:val="none"/>
        </w:rPr>
        <w:t>In 1995 the Uruguay round trade negotiations concluded in the establishment of the World Trade Organization, which imposed US style intellectual property rights around the world. These rights were intended to reduce access to generic medicines and they succeeded. As generic medicines cost a fraction of their brand name counterparts, billions could no longer afford the drugs they needed. For example, a year's treatment with a generic cocktail of AIDS drugs might cost $130 (£65; €170) compared with $10 000 for the brand name version.1 Billions of people living on $2-3 a day cannot afford $10 000, though they might be able to scrape together enough for the generic drugs. And matters are getting worse. New drug regimens recommended by the World Health Organization and second line defences that need to be used as resistance to standard treatments develops can cost much more.</w:t>
      </w:r>
    </w:p>
    <w:p>
      <w:pPr>
        <w:spacing w:after="60"/>
      </w:pPr>
      <w:r>
        <w:rPr>
          <w:b w:val="0"/>
          <w:i w:val="0"/>
          <w:smallCaps w:val="0"/>
          <w:strike w:val="0"/>
          <w:u w:val="none"/>
        </w:rPr>
        <w:t>Developing countries paid a high price for this agreement</w:t>
      </w:r>
      <w:r>
        <w:rPr>
          <w:b w:val="0"/>
          <w:i w:val="0"/>
          <w:smallCaps w:val="0"/>
          <w:strike w:val="0"/>
          <w:u w:val="none"/>
        </w:rPr>
        <w:t xml:space="preserve">. But what have they received in return? </w:t>
      </w:r>
      <w:r>
        <w:rPr>
          <w:b w:val="0"/>
          <w:i w:val="0"/>
          <w:smallCaps w:val="0"/>
          <w:strike w:val="0"/>
          <w:sz w:val="22"/>
          <w:u w:val="single"/>
        </w:rPr>
        <w:t>Drug companies spend more on advertising and marketing than on research</w:t>
      </w:r>
      <w:r>
        <w:rPr>
          <w:b w:val="0"/>
          <w:i w:val="0"/>
          <w:smallCaps w:val="0"/>
          <w:strike w:val="0"/>
          <w:u w:val="none"/>
        </w:rPr>
        <w:t xml:space="preserve">, more on research on lifestyle drugs than on life saving drugs, </w:t>
      </w:r>
      <w:r>
        <w:rPr>
          <w:b w:val="0"/>
          <w:i w:val="0"/>
          <w:smallCaps w:val="0"/>
          <w:strike w:val="0"/>
          <w:sz w:val="22"/>
          <w:u w:val="single"/>
        </w:rPr>
        <w:t>and almost nothing on diseases that affect developing countries only</w:t>
      </w:r>
      <w:r>
        <w:rPr>
          <w:b w:val="0"/>
          <w:i w:val="0"/>
          <w:smallCaps w:val="0"/>
          <w:strike w:val="0"/>
          <w:u w:val="none"/>
        </w:rPr>
        <w:t xml:space="preserve">. This is not surprising. Poor people cannot afford drugs, and </w:t>
      </w:r>
      <w:r>
        <w:rPr>
          <w:b w:val="0"/>
          <w:i w:val="0"/>
          <w:smallCaps w:val="0"/>
          <w:strike w:val="0"/>
          <w:sz w:val="22"/>
          <w:u w:val="single"/>
        </w:rPr>
        <w:t>drug companies make investments that yield the highest returns</w:t>
      </w:r>
      <w:r>
        <w:rPr>
          <w:b w:val="0"/>
          <w:i w:val="0"/>
          <w:smallCaps w:val="0"/>
          <w:strike w:val="0"/>
          <w:u w:val="none"/>
        </w:rPr>
        <w:t>. The chief executive of Novartis, a drug company with a history of social responsibility, said “</w:t>
      </w:r>
      <w:r>
        <w:rPr>
          <w:b w:val="0"/>
          <w:i w:val="0"/>
          <w:smallCaps w:val="0"/>
          <w:strike w:val="0"/>
          <w:sz w:val="22"/>
          <w:u w:val="single"/>
        </w:rPr>
        <w:t>We have no model which would [meet] the need for new drugs in a sustainable way</w:t>
      </w:r>
      <w:r>
        <w:rPr>
          <w:b w:val="0"/>
          <w:i w:val="0"/>
          <w:smallCaps w:val="0"/>
          <w:strike w:val="0"/>
          <w:u w:val="none"/>
        </w:rPr>
        <w:t xml:space="preserve"> ... You can't expect for-profit organizations to do this on a large scale.”2</w:t>
      </w:r>
    </w:p>
    <w:p>
      <w:pPr>
        <w:spacing w:after="60"/>
      </w:pPr>
      <w:r>
        <w:rPr>
          <w:b w:val="0"/>
          <w:i w:val="0"/>
          <w:smallCaps w:val="0"/>
          <w:strike w:val="0"/>
          <w:sz w:val="22"/>
          <w:u w:val="single"/>
        </w:rPr>
        <w:t xml:space="preserve">Research needs money, but the </w:t>
      </w:r>
      <w:r>
        <w:rPr>
          <w:b/>
          <w:i w:val="0"/>
          <w:smallCaps w:val="0"/>
          <w:strike w:val="0"/>
          <w:sz w:val="22"/>
          <w:u w:val="single"/>
        </w:rPr>
        <w:t>current system</w:t>
      </w:r>
      <w:r>
        <w:rPr>
          <w:b w:val="0"/>
          <w:i w:val="0"/>
          <w:smallCaps w:val="0"/>
          <w:strike w:val="0"/>
          <w:sz w:val="22"/>
          <w:u w:val="single"/>
        </w:rPr>
        <w:t xml:space="preserve"> results in limited funds being spent in the wrong way</w:t>
      </w:r>
      <w:r>
        <w:rPr>
          <w:b w:val="0"/>
          <w:i w:val="0"/>
          <w:smallCaps w:val="0"/>
          <w:strike w:val="0"/>
          <w:u w:val="none"/>
        </w:rPr>
        <w:t xml:space="preserve">. For instance, the human genome project decoded the human genome within the target timeframe, but a few scientists managed to beat the project so they could patent genes related to breast cancer. </w:t>
      </w:r>
      <w:r>
        <w:rPr>
          <w:b w:val="0"/>
          <w:i w:val="0"/>
          <w:smallCaps w:val="0"/>
          <w:strike w:val="0"/>
          <w:sz w:val="22"/>
          <w:u w:val="single"/>
        </w:rPr>
        <w:t>The social value of gaining this knowledge slightly earlier was small, but the cost was enormous</w:t>
      </w:r>
      <w:r>
        <w:rPr>
          <w:b w:val="0"/>
          <w:i w:val="0"/>
          <w:smallCaps w:val="0"/>
          <w:strike w:val="0"/>
          <w:u w:val="none"/>
        </w:rPr>
        <w:t>. Consequently the cost of testing for breast cancer vulnerability genes is high. In countries with no national health service many women with these genes will fail to be tested. In counties where governments will pay for these tests less money will be available for other public health needs.</w:t>
      </w:r>
    </w:p>
    <w:p>
      <w:pPr>
        <w:spacing w:after="60"/>
      </w:pPr>
      <w:r>
        <w:rPr>
          <w:b/>
          <w:i w:val="0"/>
          <w:smallCaps w:val="0"/>
          <w:strike w:val="0"/>
          <w:sz w:val="22"/>
          <w:u w:val="single"/>
        </w:rPr>
        <w:t>A medical prize fund provides an alternative</w:t>
      </w:r>
      <w:r>
        <w:rPr>
          <w:b w:val="0"/>
          <w:i w:val="0"/>
          <w:smallCaps w:val="0"/>
          <w:strike w:val="0"/>
          <w:u w:val="none"/>
        </w:rPr>
        <w:t xml:space="preserve">. Such </w:t>
      </w:r>
      <w:r>
        <w:rPr>
          <w:b w:val="0"/>
          <w:i w:val="0"/>
          <w:smallCaps w:val="0"/>
          <w:strike w:val="0"/>
          <w:sz w:val="22"/>
          <w:u w:val="single"/>
        </w:rPr>
        <w:t>a fund would give large rewards for cures or vaccines for diseases like malaria that affect millions, and smaller rewards for drugs that are similar to existing ones, with perhaps slightly different side effects</w:t>
      </w:r>
      <w:r>
        <w:rPr>
          <w:b w:val="0"/>
          <w:i w:val="0"/>
          <w:smallCaps w:val="0"/>
          <w:strike w:val="0"/>
          <w:u w:val="none"/>
        </w:rPr>
        <w:t xml:space="preserve">. The intellectual property would be available to generic drug companies. </w:t>
      </w:r>
      <w:r>
        <w:rPr>
          <w:b w:val="0"/>
          <w:i w:val="0"/>
          <w:smallCaps w:val="0"/>
          <w:strike w:val="0"/>
          <w:sz w:val="22"/>
          <w:u w:val="single"/>
        </w:rPr>
        <w:t xml:space="preserve">The power of </w:t>
      </w:r>
      <w:r>
        <w:rPr>
          <w:b/>
          <w:i w:val="0"/>
          <w:smallCaps w:val="0"/>
          <w:strike w:val="0"/>
          <w:sz w:val="22"/>
          <w:u w:val="single"/>
        </w:rPr>
        <w:t>competitive markets</w:t>
      </w:r>
      <w:r>
        <w:rPr>
          <w:b w:val="0"/>
          <w:i w:val="0"/>
          <w:smallCaps w:val="0"/>
          <w:strike w:val="0"/>
          <w:sz w:val="22"/>
          <w:u w:val="single"/>
        </w:rPr>
        <w:t xml:space="preserve"> would </w:t>
      </w:r>
      <w:r>
        <w:rPr>
          <w:b/>
          <w:i w:val="0"/>
          <w:smallCaps w:val="0"/>
          <w:strike w:val="0"/>
          <w:sz w:val="22"/>
          <w:u w:val="single"/>
        </w:rPr>
        <w:t>ensure a wide distribution at the lowest possible price</w:t>
      </w:r>
      <w:r>
        <w:rPr>
          <w:b w:val="0"/>
          <w:i w:val="0"/>
          <w:smallCaps w:val="0"/>
          <w:strike w:val="0"/>
          <w:sz w:val="22"/>
          <w:u w:val="single"/>
        </w:rPr>
        <w:t>, unlike the current system, which uses monopoly power, with its high prices and limited usage</w:t>
      </w:r>
      <w:r>
        <w:rPr>
          <w:b w:val="0"/>
          <w:i w:val="0"/>
          <w:smallCaps w:val="0"/>
          <w:strike w:val="0"/>
          <w:u w:val="none"/>
        </w:rPr>
        <w:t>.</w:t>
      </w:r>
    </w:p>
    <w:p>
      <w:pPr>
        <w:spacing w:after="60"/>
      </w:pPr>
      <w:r>
        <w:rPr>
          <w:b w:val="0"/>
          <w:i w:val="0"/>
          <w:smallCaps w:val="0"/>
          <w:strike w:val="0"/>
          <w:u w:val="none"/>
        </w:rPr>
        <w:t xml:space="preserve">The prizes could be funded by governments in advanced industrial countries. For diseases that affect the developed world, governments are already paying as part of the health care they provide for their citizens. For diseases that affect developing countries, the funding could be part of development assistance. </w:t>
      </w:r>
      <w:r>
        <w:rPr>
          <w:b w:val="0"/>
          <w:i w:val="0"/>
          <w:smallCaps w:val="0"/>
          <w:strike w:val="0"/>
          <w:sz w:val="22"/>
          <w:u w:val="single"/>
        </w:rPr>
        <w:t>Money spent in this way might do as much to improve the wellbeing of people in the developing world—and even their productivity—as any other that they are given.</w:t>
      </w:r>
    </w:p>
    <w:p>
      <w:pPr>
        <w:spacing w:after="60"/>
      </w:pPr>
      <w:r>
        <w:rPr>
          <w:b w:val="0"/>
          <w:i w:val="0"/>
          <w:smallCaps w:val="0"/>
          <w:strike w:val="0"/>
          <w:u w:val="none"/>
        </w:rPr>
        <w:t xml:space="preserve">The medical prize fund could be one of several ways to promote innovation in crucial diseases. </w:t>
      </w:r>
      <w:r>
        <w:rPr>
          <w:b w:val="0"/>
          <w:i w:val="0"/>
          <w:smallCaps w:val="0"/>
          <w:strike w:val="0"/>
          <w:sz w:val="22"/>
          <w:u w:val="single"/>
        </w:rPr>
        <w:t>The most important ideas that emerge from basic science have never been protected by patents and never should be</w:t>
      </w:r>
      <w:r>
        <w:rPr>
          <w:b w:val="0"/>
          <w:i w:val="0"/>
          <w:smallCaps w:val="0"/>
          <w:strike w:val="0"/>
          <w:u w:val="none"/>
        </w:rPr>
        <w:t xml:space="preserve">. Most researchers are motivated by the desire to enhance understanding and help humankind. Of course money is needed, and governments must continue to provide money through research grants along with support for government research laboratories and research universities. </w:t>
      </w:r>
      <w:r>
        <w:rPr>
          <w:b w:val="0"/>
          <w:i w:val="0"/>
          <w:smallCaps w:val="0"/>
          <w:strike w:val="0"/>
          <w:sz w:val="22"/>
          <w:u w:val="single"/>
        </w:rPr>
        <w:t xml:space="preserve">The patent system would continue to play a part for applications for which </w:t>
      </w:r>
      <w:r>
        <w:rPr>
          <w:b/>
          <w:i w:val="0"/>
          <w:smallCaps w:val="0"/>
          <w:strike w:val="0"/>
          <w:sz w:val="22"/>
          <w:u w:val="single"/>
        </w:rPr>
        <w:t>no one offers a prize</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The prize fund should complement these other methods of funding</w:t>
      </w:r>
      <w:r>
        <w:rPr>
          <w:b w:val="0"/>
          <w:i w:val="0"/>
          <w:smallCaps w:val="0"/>
          <w:strike w:val="0"/>
          <w:u w:val="none"/>
        </w:rPr>
        <w:t xml:space="preserve">; it at least holds the promise that in the future more money will be spent on research than on advertising and marketing of drugs, and that research concentrates on diseases that matter. Importantly, </w:t>
      </w:r>
      <w:r>
        <w:rPr>
          <w:b w:val="0"/>
          <w:i w:val="0"/>
          <w:smallCaps w:val="0"/>
          <w:strike w:val="0"/>
          <w:sz w:val="22"/>
          <w:u w:val="single"/>
        </w:rPr>
        <w:t xml:space="preserve">the medical prize fund would ensure that we make the best possible use of whatever knowledge we acquire, rather than hoarding it and limiting usage to those who can afford it, </w:t>
      </w:r>
      <w:r>
        <w:rPr>
          <w:b/>
          <w:i w:val="0"/>
          <w:smallCaps w:val="0"/>
          <w:strike w:val="0"/>
          <w:sz w:val="22"/>
          <w:u w:val="single"/>
        </w:rPr>
        <w:t>as Scrooge might have done</w:t>
      </w:r>
      <w:r>
        <w:rPr>
          <w:b w:val="0"/>
          <w:i w:val="0"/>
          <w:smallCaps w:val="0"/>
          <w:strike w:val="0"/>
          <w:u w:val="none"/>
        </w:rPr>
        <w:t>. It is a thought we should keep in mind this Christmas.</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