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Prizes are better patents – contains costs AND avoids downfalls of trade-secrets</w:t>
      </w:r>
    </w:p>
    <w:p>
      <w:pPr>
        <w:spacing w:after="80"/>
      </w:pPr>
      <w:r>
        <w:rPr>
          <w:b/>
          <w:i w:val="0"/>
          <w:smallCaps w:val="0"/>
          <w:strike w:val="0"/>
          <w:sz w:val="26"/>
          <w:u w:val="none"/>
        </w:rPr>
        <w:t xml:space="preserve">Hyman &amp; Silver 20 </w:t>
      </w:r>
      <w:r>
        <w:rPr>
          <w:b w:val="0"/>
          <w:i w:val="0"/>
          <w:smallCaps w:val="0"/>
          <w:strike w:val="0"/>
          <w:u w:val="none"/>
        </w:rPr>
        <w:t>--- * Scott K. Ginsburg Professor of Health Law and Policy, Georgetown University Law Center; ** Adjunct Scholar (David A. Hyman, Charles Silver, Winter 2020, Regulation “Are We ‘Paying Twice’ For Pharmaceuticals?” https://www.cato.org/regulation/winter-2020-2021/are-we-paying-twice-pharmaceuticals, GB)</w:t>
      </w:r>
    </w:p>
    <w:p>
      <w:pPr>
        <w:spacing w:after="60"/>
      </w:pPr>
      <w:r>
        <w:rPr>
          <w:b w:val="0"/>
          <w:i w:val="0"/>
          <w:smallCaps w:val="0"/>
          <w:strike w:val="0"/>
          <w:u w:val="none"/>
        </w:rPr>
        <w:t xml:space="preserve">Alternatively, </w:t>
      </w:r>
      <w:r>
        <w:rPr>
          <w:b w:val="0"/>
          <w:i w:val="0"/>
          <w:smallCaps w:val="0"/>
          <w:strike w:val="0"/>
          <w:u w:val="single"/>
        </w:rPr>
        <w:t>we can side‐​</w:t>
      </w:r>
      <w:r>
        <w:rPr>
          <w:b w:val="0"/>
          <w:i w:val="0"/>
          <w:smallCaps w:val="0"/>
          <w:strike w:val="0"/>
          <w:sz w:val="22"/>
          <w:u w:val="single"/>
        </w:rPr>
        <w:t>step these difficulties by moving to a prize system</w:t>
      </w:r>
      <w:r>
        <w:rPr>
          <w:b w:val="0"/>
          <w:i w:val="0"/>
          <w:smallCaps w:val="0"/>
          <w:strike w:val="0"/>
          <w:u w:val="single"/>
        </w:rPr>
        <w:t xml:space="preserve"> to reward pharma</w:t>
      </w:r>
      <w:r>
        <w:rPr>
          <w:b w:val="0"/>
          <w:i w:val="0"/>
          <w:smallCaps w:val="0"/>
          <w:strike w:val="0"/>
          <w:u w:val="none"/>
        </w:rPr>
        <w:t xml:space="preserve">ceutical </w:t>
      </w:r>
      <w:r>
        <w:rPr>
          <w:b w:val="0"/>
          <w:i w:val="0"/>
          <w:smallCaps w:val="0"/>
          <w:strike w:val="0"/>
          <w:u w:val="single"/>
        </w:rPr>
        <w:t>innovation</w:t>
      </w:r>
      <w:r>
        <w:rPr>
          <w:b w:val="0"/>
          <w:i w:val="0"/>
          <w:smallCaps w:val="0"/>
          <w:strike w:val="0"/>
          <w:u w:val="none"/>
        </w:rPr>
        <w:t xml:space="preserve">. The </w:t>
      </w:r>
      <w:r>
        <w:rPr>
          <w:b w:val="0"/>
          <w:i w:val="0"/>
          <w:smallCaps w:val="0"/>
          <w:strike w:val="0"/>
          <w:sz w:val="22"/>
          <w:u w:val="single"/>
        </w:rPr>
        <w:t>competition spurred</w:t>
      </w:r>
      <w:r>
        <w:rPr>
          <w:b w:val="0"/>
          <w:i w:val="0"/>
          <w:smallCaps w:val="0"/>
          <w:strike w:val="0"/>
          <w:u w:val="single"/>
        </w:rPr>
        <w:t xml:space="preserve"> </w:t>
      </w:r>
      <w:r>
        <w:rPr>
          <w:b w:val="0"/>
          <w:i w:val="0"/>
          <w:smallCaps w:val="0"/>
          <w:strike w:val="0"/>
          <w:sz w:val="22"/>
          <w:u w:val="single"/>
        </w:rPr>
        <w:t>by a prize</w:t>
      </w:r>
      <w:r>
        <w:rPr>
          <w:b w:val="0"/>
          <w:i w:val="0"/>
          <w:smallCaps w:val="0"/>
          <w:strike w:val="0"/>
          <w:u w:val="none"/>
        </w:rPr>
        <w:t xml:space="preserve"> regime </w:t>
      </w:r>
      <w:r>
        <w:rPr>
          <w:b w:val="0"/>
          <w:i w:val="0"/>
          <w:smallCaps w:val="0"/>
          <w:strike w:val="0"/>
          <w:sz w:val="22"/>
          <w:u w:val="single"/>
        </w:rPr>
        <w:t>would</w:t>
      </w:r>
      <w:r>
        <w:rPr>
          <w:b w:val="0"/>
          <w:i w:val="0"/>
          <w:smallCaps w:val="0"/>
          <w:strike w:val="0"/>
          <w:u w:val="none"/>
        </w:rPr>
        <w:t xml:space="preserve"> also </w:t>
      </w:r>
      <w:r>
        <w:rPr>
          <w:b w:val="0"/>
          <w:i w:val="0"/>
          <w:smallCaps w:val="0"/>
          <w:strike w:val="0"/>
          <w:u w:val="single"/>
        </w:rPr>
        <w:t>make it</w:t>
      </w:r>
      <w:r>
        <w:rPr>
          <w:b w:val="0"/>
          <w:i w:val="0"/>
          <w:smallCaps w:val="0"/>
          <w:strike w:val="0"/>
          <w:u w:val="none"/>
        </w:rPr>
        <w:t xml:space="preserve"> much </w:t>
      </w:r>
      <w:r>
        <w:rPr>
          <w:b w:val="0"/>
          <w:i w:val="0"/>
          <w:smallCaps w:val="0"/>
          <w:strike w:val="0"/>
          <w:u w:val="single"/>
        </w:rPr>
        <w:t>harder</w:t>
      </w:r>
      <w:r>
        <w:rPr>
          <w:b w:val="0"/>
          <w:i w:val="0"/>
          <w:smallCaps w:val="0"/>
          <w:strike w:val="0"/>
          <w:u w:val="none"/>
        </w:rPr>
        <w:t xml:space="preserve"> </w:t>
      </w:r>
      <w:r>
        <w:rPr>
          <w:b w:val="0"/>
          <w:i w:val="0"/>
          <w:smallCaps w:val="0"/>
          <w:strike w:val="0"/>
          <w:u w:val="single"/>
        </w:rPr>
        <w:t xml:space="preserve">for </w:t>
      </w:r>
      <w:r>
        <w:rPr>
          <w:b w:val="0"/>
          <w:i w:val="0"/>
          <w:smallCaps w:val="0"/>
          <w:strike w:val="0"/>
          <w:u w:val="none"/>
        </w:rPr>
        <w:t xml:space="preserve">drug </w:t>
      </w:r>
      <w:r>
        <w:rPr>
          <w:b w:val="0"/>
          <w:i w:val="0"/>
          <w:smallCaps w:val="0"/>
          <w:strike w:val="0"/>
          <w:sz w:val="22"/>
          <w:u w:val="single"/>
        </w:rPr>
        <w:t>companies to set inflated</w:t>
      </w:r>
      <w:r>
        <w:rPr>
          <w:b w:val="0"/>
          <w:i w:val="0"/>
          <w:smallCaps w:val="0"/>
          <w:strike w:val="0"/>
          <w:sz w:val="22"/>
          <w:u w:val="single"/>
        </w:rPr>
        <w:t xml:space="preserve"> prices</w:t>
      </w:r>
      <w:r>
        <w:rPr>
          <w:b w:val="0"/>
          <w:i w:val="0"/>
          <w:smallCaps w:val="0"/>
          <w:strike w:val="0"/>
          <w:u w:val="none"/>
        </w:rPr>
        <w:t>. Under a prize regime, drug companies could only charge the marginal cost of production and payers could even run an auction to determine which manufacturer would have the right to supply any given drug to their beneficiaries.</w:t>
      </w:r>
    </w:p>
    <w:p>
      <w:pPr>
        <w:spacing w:after="60"/>
      </w:pPr>
      <w:r>
        <w:rPr>
          <w:b w:val="0"/>
          <w:i w:val="0"/>
          <w:smallCaps w:val="0"/>
          <w:strike w:val="0"/>
          <w:u w:val="none"/>
        </w:rPr>
        <w:t xml:space="preserve">Substituting prizes for patents would also make it possible to rationalize the financial incentives for developing new drugs. </w:t>
      </w:r>
      <w:r>
        <w:rPr>
          <w:b w:val="0"/>
          <w:i w:val="0"/>
          <w:smallCaps w:val="0"/>
          <w:strike w:val="0"/>
          <w:u w:val="single"/>
        </w:rPr>
        <w:t>Currently</w:t>
      </w:r>
      <w:r>
        <w:rPr>
          <w:b w:val="0"/>
          <w:i w:val="0"/>
          <w:smallCaps w:val="0"/>
          <w:strike w:val="0"/>
          <w:u w:val="none"/>
        </w:rPr>
        <w:t>, expected prices and sales volumes determine the strength of these incentives</w:t>
      </w:r>
      <w:r>
        <w:rPr>
          <w:b w:val="0"/>
          <w:i w:val="0"/>
          <w:smallCaps w:val="0"/>
          <w:strike w:val="0"/>
          <w:u w:val="none"/>
        </w:rPr>
        <w:t xml:space="preserve">. This </w:t>
      </w:r>
      <w:r>
        <w:rPr>
          <w:b w:val="0"/>
          <w:i w:val="0"/>
          <w:smallCaps w:val="0"/>
          <w:strike w:val="0"/>
          <w:u w:val="none"/>
        </w:rPr>
        <w:t xml:space="preserve">arrangement encourages </w:t>
      </w:r>
      <w:r>
        <w:rPr>
          <w:b w:val="0"/>
          <w:i w:val="0"/>
          <w:smallCaps w:val="0"/>
          <w:strike w:val="0"/>
          <w:u w:val="single"/>
        </w:rPr>
        <w:t>pharma</w:t>
      </w:r>
      <w:r>
        <w:rPr>
          <w:b w:val="0"/>
          <w:i w:val="0"/>
          <w:smallCaps w:val="0"/>
          <w:strike w:val="0"/>
          <w:u w:val="none"/>
        </w:rPr>
        <w:t xml:space="preserve">ceutical companies to </w:t>
      </w:r>
      <w:r>
        <w:rPr>
          <w:b w:val="0"/>
          <w:i w:val="0"/>
          <w:smallCaps w:val="0"/>
          <w:strike w:val="0"/>
          <w:u w:val="single"/>
        </w:rPr>
        <w:t>create</w:t>
      </w:r>
      <w:r>
        <w:rPr>
          <w:b w:val="0"/>
          <w:i w:val="0"/>
          <w:smallCaps w:val="0"/>
          <w:strike w:val="0"/>
          <w:u w:val="none"/>
        </w:rPr>
        <w:t xml:space="preserve"> new cancer </w:t>
      </w:r>
      <w:r>
        <w:rPr>
          <w:b w:val="0"/>
          <w:i w:val="0"/>
          <w:smallCaps w:val="0"/>
          <w:strike w:val="0"/>
          <w:u w:val="single"/>
        </w:rPr>
        <w:t>treatments that retail for</w:t>
      </w:r>
      <w:r>
        <w:rPr>
          <w:b w:val="0"/>
          <w:i w:val="0"/>
          <w:smallCaps w:val="0"/>
          <w:strike w:val="0"/>
          <w:u w:val="none"/>
        </w:rPr>
        <w:t xml:space="preserve"> hundreds of thousands or even </w:t>
      </w:r>
      <w:r>
        <w:rPr>
          <w:b w:val="0"/>
          <w:i w:val="0"/>
          <w:smallCaps w:val="0"/>
          <w:strike w:val="0"/>
          <w:u w:val="single"/>
        </w:rPr>
        <w:t>millions</w:t>
      </w:r>
      <w:r>
        <w:rPr>
          <w:b w:val="0"/>
          <w:i w:val="0"/>
          <w:smallCaps w:val="0"/>
          <w:strike w:val="0"/>
          <w:u w:val="none"/>
        </w:rPr>
        <w:t xml:space="preserve"> of dollars </w:t>
      </w:r>
      <w:r>
        <w:rPr>
          <w:b w:val="0"/>
          <w:i w:val="0"/>
          <w:smallCaps w:val="0"/>
          <w:strike w:val="0"/>
          <w:u w:val="single"/>
        </w:rPr>
        <w:t>despite extending</w:t>
      </w:r>
      <w:r>
        <w:rPr>
          <w:b w:val="0"/>
          <w:i w:val="0"/>
          <w:smallCaps w:val="0"/>
          <w:strike w:val="0"/>
          <w:u w:val="none"/>
        </w:rPr>
        <w:t xml:space="preserve"> patients’ </w:t>
      </w:r>
      <w:r>
        <w:rPr>
          <w:b w:val="0"/>
          <w:i w:val="0"/>
          <w:smallCaps w:val="0"/>
          <w:strike w:val="0"/>
          <w:u w:val="single"/>
        </w:rPr>
        <w:t>lives</w:t>
      </w:r>
      <w:r>
        <w:rPr>
          <w:b w:val="0"/>
          <w:i w:val="0"/>
          <w:smallCaps w:val="0"/>
          <w:strike w:val="0"/>
          <w:u w:val="none"/>
        </w:rPr>
        <w:t xml:space="preserve"> only </w:t>
      </w:r>
      <w:r>
        <w:rPr>
          <w:b w:val="0"/>
          <w:i w:val="0"/>
          <w:smallCaps w:val="0"/>
          <w:strike w:val="0"/>
          <w:u w:val="single"/>
        </w:rPr>
        <w:t>briefly</w:t>
      </w:r>
      <w:r>
        <w:rPr>
          <w:b w:val="0"/>
          <w:i w:val="0"/>
          <w:smallCaps w:val="0"/>
          <w:strike w:val="0"/>
          <w:u w:val="none"/>
        </w:rPr>
        <w:t xml:space="preserve">. By contrast, </w:t>
      </w:r>
      <w:r>
        <w:rPr>
          <w:b w:val="0"/>
          <w:i w:val="0"/>
          <w:smallCaps w:val="0"/>
          <w:strike w:val="0"/>
          <w:u w:val="single"/>
        </w:rPr>
        <w:t>it gives</w:t>
      </w:r>
      <w:r>
        <w:rPr>
          <w:b w:val="0"/>
          <w:i w:val="0"/>
          <w:smallCaps w:val="0"/>
          <w:strike w:val="0"/>
          <w:u w:val="none"/>
        </w:rPr>
        <w:t xml:space="preserve"> the </w:t>
      </w:r>
      <w:r>
        <w:rPr>
          <w:b w:val="0"/>
          <w:i w:val="0"/>
          <w:smallCaps w:val="0"/>
          <w:strike w:val="0"/>
          <w:u w:val="single"/>
        </w:rPr>
        <w:t>drug makers little reason to dev</w:t>
      </w:r>
      <w:r>
        <w:rPr>
          <w:b w:val="0"/>
          <w:i w:val="0"/>
          <w:smallCaps w:val="0"/>
          <w:strike w:val="0"/>
          <w:u w:val="none"/>
        </w:rPr>
        <w:t xml:space="preserve">elop </w:t>
      </w:r>
      <w:r>
        <w:rPr>
          <w:b w:val="0"/>
          <w:i w:val="0"/>
          <w:smallCaps w:val="0"/>
          <w:strike w:val="0"/>
          <w:u w:val="single"/>
        </w:rPr>
        <w:t>new antibiotics</w:t>
      </w:r>
      <w:r>
        <w:rPr>
          <w:b w:val="0"/>
          <w:i w:val="0"/>
          <w:smallCaps w:val="0"/>
          <w:strike w:val="0"/>
          <w:u w:val="none"/>
        </w:rPr>
        <w:t xml:space="preserve"> with the potential </w:t>
      </w:r>
      <w:r>
        <w:rPr>
          <w:b w:val="0"/>
          <w:i w:val="0"/>
          <w:smallCaps w:val="0"/>
          <w:strike w:val="0"/>
          <w:u w:val="single"/>
        </w:rPr>
        <w:t>to save lives</w:t>
      </w:r>
      <w:r>
        <w:rPr>
          <w:b w:val="0"/>
          <w:i w:val="0"/>
          <w:smallCaps w:val="0"/>
          <w:strike w:val="0"/>
          <w:u w:val="none"/>
        </w:rPr>
        <w:t xml:space="preserve"> because </w:t>
      </w:r>
      <w:r>
        <w:rPr>
          <w:b w:val="0"/>
          <w:i w:val="0"/>
          <w:smallCaps w:val="0"/>
          <w:strike w:val="0"/>
          <w:u w:val="single"/>
        </w:rPr>
        <w:t>doctors will use</w:t>
      </w:r>
      <w:r>
        <w:rPr>
          <w:b w:val="0"/>
          <w:i w:val="0"/>
          <w:smallCaps w:val="0"/>
          <w:strike w:val="0"/>
          <w:u w:val="none"/>
        </w:rPr>
        <w:t xml:space="preserve"> the </w:t>
      </w:r>
      <w:r>
        <w:rPr>
          <w:b w:val="0"/>
          <w:i w:val="0"/>
          <w:smallCaps w:val="0"/>
          <w:strike w:val="0"/>
          <w:u w:val="single"/>
        </w:rPr>
        <w:t>new antibiotics</w:t>
      </w:r>
      <w:r>
        <w:rPr>
          <w:b w:val="0"/>
          <w:i w:val="0"/>
          <w:smallCaps w:val="0"/>
          <w:strike w:val="0"/>
          <w:u w:val="none"/>
        </w:rPr>
        <w:t xml:space="preserve"> only </w:t>
      </w:r>
      <w:r>
        <w:rPr>
          <w:b w:val="0"/>
          <w:i w:val="0"/>
          <w:smallCaps w:val="0"/>
          <w:strike w:val="0"/>
          <w:u w:val="single"/>
        </w:rPr>
        <w:t>when all previous</w:t>
      </w:r>
      <w:r>
        <w:rPr>
          <w:b w:val="0"/>
          <w:i w:val="0"/>
          <w:smallCaps w:val="0"/>
          <w:strike w:val="0"/>
          <w:u w:val="none"/>
        </w:rPr>
        <w:t xml:space="preserve">ly existing </w:t>
      </w:r>
      <w:r>
        <w:rPr>
          <w:b w:val="0"/>
          <w:i w:val="0"/>
          <w:smallCaps w:val="0"/>
          <w:strike w:val="0"/>
          <w:u w:val="single"/>
        </w:rPr>
        <w:t>medications fail</w:t>
      </w:r>
      <w:r>
        <w:rPr>
          <w:b w:val="0"/>
          <w:i w:val="0"/>
          <w:smallCaps w:val="0"/>
          <w:strike w:val="0"/>
          <w:u w:val="none"/>
        </w:rPr>
        <w:t xml:space="preserve">. By linking financial rewards to delivered benefits, </w:t>
      </w:r>
      <w:r>
        <w:rPr>
          <w:b w:val="0"/>
          <w:i w:val="0"/>
          <w:smallCaps w:val="0"/>
          <w:strike w:val="0"/>
          <w:u w:val="single"/>
        </w:rPr>
        <w:t>prizes</w:t>
      </w:r>
      <w:r>
        <w:rPr>
          <w:b w:val="0"/>
          <w:i w:val="0"/>
          <w:smallCaps w:val="0"/>
          <w:strike w:val="0"/>
          <w:u w:val="none"/>
        </w:rPr>
        <w:t xml:space="preserve"> will </w:t>
      </w:r>
      <w:r>
        <w:rPr>
          <w:b w:val="0"/>
          <w:i w:val="0"/>
          <w:smallCaps w:val="0"/>
          <w:strike w:val="0"/>
          <w:u w:val="single"/>
        </w:rPr>
        <w:t>focus research</w:t>
      </w:r>
      <w:r>
        <w:rPr>
          <w:b w:val="0"/>
          <w:i w:val="0"/>
          <w:smallCaps w:val="0"/>
          <w:strike w:val="0"/>
          <w:u w:val="none"/>
        </w:rPr>
        <w:t xml:space="preserve">ers </w:t>
      </w:r>
      <w:r>
        <w:rPr>
          <w:b w:val="0"/>
          <w:i w:val="0"/>
          <w:smallCaps w:val="0"/>
          <w:strike w:val="0"/>
          <w:u w:val="single"/>
        </w:rPr>
        <w:t>on drugs that are needed</w:t>
      </w:r>
      <w:r>
        <w:rPr>
          <w:b w:val="0"/>
          <w:i w:val="0"/>
          <w:smallCaps w:val="0"/>
          <w:strike w:val="0"/>
          <w:u w:val="none"/>
        </w:rPr>
        <w:t>.</w:t>
      </w:r>
    </w:p>
    <w:p>
      <w:pPr>
        <w:spacing w:after="60"/>
      </w:pPr>
      <w:r>
        <w:rPr>
          <w:b w:val="0"/>
          <w:i w:val="0"/>
          <w:smallCaps w:val="0"/>
          <w:strike w:val="0"/>
          <w:u w:val="none"/>
        </w:rPr>
        <w:t xml:space="preserve">A </w:t>
      </w:r>
      <w:r>
        <w:rPr>
          <w:b w:val="0"/>
          <w:i w:val="0"/>
          <w:smallCaps w:val="0"/>
          <w:strike w:val="0"/>
          <w:u w:val="single"/>
        </w:rPr>
        <w:t>prize system</w:t>
      </w:r>
      <w:r>
        <w:rPr>
          <w:b w:val="0"/>
          <w:i w:val="0"/>
          <w:smallCaps w:val="0"/>
          <w:strike w:val="0"/>
          <w:u w:val="none"/>
        </w:rPr>
        <w:t xml:space="preserve"> </w:t>
      </w:r>
      <w:r>
        <w:rPr>
          <w:b w:val="0"/>
          <w:i w:val="0"/>
          <w:smallCaps w:val="0"/>
          <w:strike w:val="0"/>
          <w:u w:val="single"/>
        </w:rPr>
        <w:t>will</w:t>
      </w:r>
      <w:r>
        <w:rPr>
          <w:b w:val="0"/>
          <w:i w:val="0"/>
          <w:smallCaps w:val="0"/>
          <w:strike w:val="0"/>
          <w:u w:val="none"/>
        </w:rPr>
        <w:t xml:space="preserve"> also </w:t>
      </w:r>
      <w:r>
        <w:rPr>
          <w:b w:val="0"/>
          <w:i w:val="0"/>
          <w:smallCaps w:val="0"/>
          <w:strike w:val="0"/>
          <w:sz w:val="22"/>
          <w:u w:val="single"/>
        </w:rPr>
        <w:t>eliminate the need for programs that</w:t>
      </w:r>
      <w:r>
        <w:rPr>
          <w:b w:val="0"/>
          <w:i w:val="0"/>
          <w:smallCaps w:val="0"/>
          <w:strike w:val="0"/>
          <w:u w:val="single"/>
        </w:rPr>
        <w:t xml:space="preserve"> use</w:t>
      </w:r>
      <w:r>
        <w:rPr>
          <w:b w:val="0"/>
          <w:i w:val="0"/>
          <w:smallCaps w:val="0"/>
          <w:strike w:val="0"/>
          <w:u w:val="none"/>
        </w:rPr>
        <w:t xml:space="preserve"> the prospect of earning </w:t>
      </w:r>
      <w:r>
        <w:rPr>
          <w:b w:val="0"/>
          <w:i w:val="0"/>
          <w:smallCaps w:val="0"/>
          <w:strike w:val="0"/>
          <w:u w:val="single"/>
        </w:rPr>
        <w:t xml:space="preserve">monopoly </w:t>
      </w:r>
      <w:r>
        <w:rPr>
          <w:b w:val="0"/>
          <w:i w:val="0"/>
          <w:smallCaps w:val="0"/>
          <w:strike w:val="0"/>
          <w:sz w:val="22"/>
          <w:u w:val="single"/>
        </w:rPr>
        <w:t>rents and tax breaks to encourage researchers to develop treatments for uncommon diseases</w:t>
      </w:r>
      <w:r>
        <w:rPr>
          <w:b w:val="0"/>
          <w:i w:val="0"/>
          <w:smallCaps w:val="0"/>
          <w:strike w:val="0"/>
          <w:u w:val="none"/>
        </w:rPr>
        <w:t xml:space="preserve"> and establish the efficacy and safety of drugs that were on the market before testing requirements were imposed. </w:t>
      </w:r>
      <w:r>
        <w:rPr>
          <w:b w:val="0"/>
          <w:i w:val="0"/>
          <w:smallCaps w:val="0"/>
          <w:strike w:val="0"/>
          <w:u w:val="single"/>
        </w:rPr>
        <w:t>Pharma</w:t>
      </w:r>
      <w:r>
        <w:rPr>
          <w:b w:val="0"/>
          <w:i w:val="0"/>
          <w:smallCaps w:val="0"/>
          <w:strike w:val="0"/>
          <w:u w:val="none"/>
        </w:rPr>
        <w:t xml:space="preserve">ceutical companies have </w:t>
      </w:r>
      <w:r>
        <w:rPr>
          <w:b w:val="0"/>
          <w:i w:val="0"/>
          <w:smallCaps w:val="0"/>
          <w:strike w:val="0"/>
          <w:u w:val="single"/>
        </w:rPr>
        <w:t>gamed these programs</w:t>
      </w:r>
      <w:r>
        <w:rPr>
          <w:b w:val="0"/>
          <w:i w:val="0"/>
          <w:smallCaps w:val="0"/>
          <w:strike w:val="0"/>
          <w:u w:val="none"/>
        </w:rPr>
        <w:t xml:space="preserve"> before and will do so again, but a </w:t>
      </w:r>
      <w:r>
        <w:rPr>
          <w:b w:val="0"/>
          <w:i w:val="0"/>
          <w:smallCaps w:val="0"/>
          <w:strike w:val="0"/>
          <w:u w:val="single"/>
        </w:rPr>
        <w:t>prize system</w:t>
      </w:r>
      <w:r>
        <w:rPr>
          <w:b w:val="0"/>
          <w:i w:val="0"/>
          <w:smallCaps w:val="0"/>
          <w:strike w:val="0"/>
          <w:u w:val="none"/>
        </w:rPr>
        <w:t xml:space="preserve"> </w:t>
      </w:r>
      <w:r>
        <w:rPr>
          <w:b w:val="0"/>
          <w:i w:val="0"/>
          <w:smallCaps w:val="0"/>
          <w:strike w:val="0"/>
          <w:u w:val="single"/>
        </w:rPr>
        <w:t>would render</w:t>
      </w:r>
      <w:r>
        <w:rPr>
          <w:b w:val="0"/>
          <w:i w:val="0"/>
          <w:smallCaps w:val="0"/>
          <w:strike w:val="0"/>
          <w:u w:val="none"/>
        </w:rPr>
        <w:t xml:space="preserve"> such </w:t>
      </w:r>
      <w:r>
        <w:rPr>
          <w:b w:val="0"/>
          <w:i w:val="0"/>
          <w:smallCaps w:val="0"/>
          <w:strike w:val="0"/>
          <w:u w:val="single"/>
        </w:rPr>
        <w:t>stratagems useless</w:t>
      </w:r>
      <w:r>
        <w:rPr>
          <w:b w:val="0"/>
          <w:i w:val="0"/>
          <w:smallCaps w:val="0"/>
          <w:strike w:val="0"/>
          <w:u w:val="none"/>
        </w:rPr>
        <w:t>.</w:t>
      </w:r>
    </w:p>
    <w:p>
      <w:pPr>
        <w:spacing w:after="60"/>
      </w:pPr>
      <w:r>
        <w:rPr>
          <w:b w:val="0"/>
          <w:i w:val="0"/>
          <w:smallCaps w:val="0"/>
          <w:strike w:val="0"/>
          <w:u w:val="single"/>
        </w:rPr>
        <w:t>A prize system has the potential to revolutionize the way public and private funds are used across the board, for all types of inventions. Because universities would no</w:t>
      </w:r>
      <w:r>
        <w:rPr>
          <w:b w:val="0"/>
          <w:i w:val="0"/>
          <w:smallCaps w:val="0"/>
          <w:strike w:val="0"/>
          <w:u w:val="single"/>
        </w:rPr>
        <w:t xml:space="preserve"> longer be able to patent discoveries made with public funds</w:t>
      </w:r>
      <w:r>
        <w:rPr>
          <w:b w:val="0"/>
          <w:i w:val="0"/>
          <w:smallCaps w:val="0"/>
          <w:strike w:val="0"/>
          <w:u w:val="none"/>
        </w:rPr>
        <w:t xml:space="preserve">, as they have since the enactment of Bayh–Dole Act, </w:t>
      </w:r>
      <w:r>
        <w:rPr>
          <w:b w:val="0"/>
          <w:i w:val="0"/>
          <w:smallCaps w:val="0"/>
          <w:strike w:val="0"/>
          <w:u w:val="single"/>
        </w:rPr>
        <w:t xml:space="preserve">grants funded with tax dollars could require open access to all results, thereby </w:t>
      </w:r>
      <w:r>
        <w:rPr>
          <w:b/>
          <w:i w:val="0"/>
          <w:smallCaps w:val="0"/>
          <w:strike w:val="0"/>
          <w:sz w:val="22"/>
          <w:u w:val="single"/>
        </w:rPr>
        <w:t>eliminating trade‐​secret protections</w:t>
      </w:r>
      <w:r>
        <w:rPr>
          <w:b w:val="0"/>
          <w:i w:val="0"/>
          <w:smallCaps w:val="0"/>
          <w:strike w:val="0"/>
          <w:u w:val="single"/>
        </w:rPr>
        <w:t xml:space="preserve"> as well. Expensive acquisitions of spinoffs would disappear, along with the resulting whopping private returns on research undertaken with public funds. The change would also </w:t>
      </w:r>
      <w:r>
        <w:rPr>
          <w:b/>
          <w:i w:val="0"/>
          <w:smallCaps w:val="0"/>
          <w:strike w:val="0"/>
          <w:sz w:val="22"/>
          <w:u w:val="single"/>
        </w:rPr>
        <w:t>facilitate cooperation among scientists</w:t>
      </w:r>
      <w:r>
        <w:rPr>
          <w:b w:val="0"/>
          <w:i w:val="0"/>
          <w:smallCaps w:val="0"/>
          <w:strike w:val="0"/>
          <w:u w:val="single"/>
        </w:rPr>
        <w:t xml:space="preserve"> because there </w:t>
      </w:r>
      <w:r>
        <w:rPr>
          <w:b/>
          <w:i w:val="0"/>
          <w:smallCaps w:val="0"/>
          <w:strike w:val="0"/>
          <w:sz w:val="22"/>
          <w:u w:val="single"/>
        </w:rPr>
        <w:t>would be little to gain by keeping secrets</w:t>
      </w:r>
      <w:r>
        <w:rPr>
          <w:b w:val="0"/>
          <w:i w:val="0"/>
          <w:smallCaps w:val="0"/>
          <w:strike w:val="0"/>
          <w:u w:val="single"/>
        </w:rPr>
        <w:t xml:space="preserve"> from others.</w:t>
      </w:r>
    </w:p>
    <w:p>
      <w:pPr>
        <w:spacing w:after="60"/>
      </w:pPr>
      <w:r>
        <w:rPr>
          <w:b w:val="0"/>
          <w:i w:val="0"/>
          <w:smallCaps w:val="0"/>
          <w:strike w:val="0"/>
          <w:u w:val="none"/>
        </w:rPr>
        <w:t>With all publicly funded basic research in the public domain</w:t>
      </w:r>
      <w:r>
        <w:rPr>
          <w:b w:val="0"/>
          <w:i w:val="0"/>
          <w:smallCaps w:val="0"/>
          <w:strike w:val="0"/>
          <w:u w:val="none"/>
        </w:rPr>
        <w:t xml:space="preserve">, </w:t>
      </w:r>
      <w:r>
        <w:rPr>
          <w:b w:val="0"/>
          <w:i w:val="0"/>
          <w:smallCaps w:val="0"/>
          <w:strike w:val="0"/>
          <w:u w:val="single"/>
        </w:rPr>
        <w:t>private entrepreneurs would be free to take advantage of new discoveries when trying to develop the treatments for which prizes are on offer</w:t>
      </w:r>
      <w:r>
        <w:rPr>
          <w:b w:val="0"/>
          <w:i w:val="0"/>
          <w:smallCaps w:val="0"/>
          <w:strike w:val="0"/>
          <w:u w:val="none"/>
        </w:rPr>
        <w:t xml:space="preserve">. Presumably, </w:t>
      </w:r>
      <w:r>
        <w:rPr>
          <w:b w:val="0"/>
          <w:i w:val="0"/>
          <w:smallCaps w:val="0"/>
          <w:strike w:val="0"/>
          <w:u w:val="single"/>
        </w:rPr>
        <w:t>prizes would offer lucrative compensation to talented researchers who reach the goal before others</w:t>
      </w:r>
      <w:r>
        <w:rPr>
          <w:b w:val="0"/>
          <w:i w:val="0"/>
          <w:smallCaps w:val="0"/>
          <w:strike w:val="0"/>
          <w:u w:val="none"/>
        </w:rPr>
        <w:t xml:space="preserve">. But researchers would have only their talents to sell and private entities would bear the costs and risks associated with the process of turning basic research into marketable drugs. </w:t>
      </w:r>
      <w:r>
        <w:rPr>
          <w:b w:val="0"/>
          <w:i w:val="0"/>
          <w:smallCaps w:val="0"/>
          <w:strike w:val="0"/>
          <w:u w:val="single"/>
        </w:rPr>
        <w:t xml:space="preserve">Consumers </w:t>
      </w:r>
      <w:r>
        <w:rPr>
          <w:b w:val="0"/>
          <w:i w:val="0"/>
          <w:smallCaps w:val="0"/>
          <w:strike w:val="0"/>
          <w:u w:val="none"/>
        </w:rPr>
        <w:t xml:space="preserve">would continue to </w:t>
      </w:r>
      <w:r>
        <w:rPr>
          <w:b w:val="0"/>
          <w:i w:val="0"/>
          <w:smallCaps w:val="0"/>
          <w:strike w:val="0"/>
          <w:u w:val="single"/>
        </w:rPr>
        <w:t>fund research</w:t>
      </w:r>
      <w:r>
        <w:rPr>
          <w:b w:val="0"/>
          <w:i w:val="0"/>
          <w:smallCaps w:val="0"/>
          <w:strike w:val="0"/>
          <w:u w:val="none"/>
        </w:rPr>
        <w:t xml:space="preserve">, </w:t>
      </w:r>
      <w:r>
        <w:rPr>
          <w:b w:val="0"/>
          <w:i w:val="0"/>
          <w:smallCaps w:val="0"/>
          <w:strike w:val="0"/>
          <w:u w:val="single"/>
        </w:rPr>
        <w:t xml:space="preserve">but </w:t>
      </w:r>
      <w:r>
        <w:rPr>
          <w:b w:val="0"/>
          <w:i w:val="0"/>
          <w:smallCaps w:val="0"/>
          <w:strike w:val="0"/>
          <w:u w:val="none"/>
        </w:rPr>
        <w:t xml:space="preserve">they would </w:t>
      </w:r>
      <w:r>
        <w:rPr>
          <w:b w:val="0"/>
          <w:i w:val="0"/>
          <w:smallCaps w:val="0"/>
          <w:strike w:val="0"/>
          <w:u w:val="single"/>
        </w:rPr>
        <w:t>buy the</w:t>
      </w:r>
      <w:r>
        <w:rPr>
          <w:b w:val="0"/>
          <w:i w:val="0"/>
          <w:smallCaps w:val="0"/>
          <w:strike w:val="0"/>
          <w:u w:val="none"/>
        </w:rPr>
        <w:t xml:space="preserve"> resulting </w:t>
      </w:r>
      <w:r>
        <w:rPr>
          <w:b w:val="0"/>
          <w:i w:val="0"/>
          <w:smallCaps w:val="0"/>
          <w:strike w:val="0"/>
          <w:u w:val="single"/>
        </w:rPr>
        <w:t>drugs far more cheaply</w:t>
      </w:r>
      <w:r>
        <w:rPr>
          <w:b w:val="0"/>
          <w:i w:val="0"/>
          <w:smallCaps w:val="0"/>
          <w:strike w:val="0"/>
          <w:u w:val="non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