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Costs are </w:t>
      </w:r>
      <w:r>
        <w:rPr>
          <w:b/>
          <w:i w:val="0"/>
          <w:smallCaps w:val="0"/>
          <w:strike w:val="0"/>
          <w:sz w:val="26"/>
          <w:u w:val="single"/>
        </w:rPr>
        <w:t>too great</w:t>
      </w:r>
      <w:r>
        <w:rPr>
          <w:b/>
          <w:i w:val="0"/>
          <w:smallCaps w:val="0"/>
          <w:strike w:val="0"/>
          <w:sz w:val="26"/>
          <w:u w:val="none"/>
        </w:rPr>
        <w:t xml:space="preserve"> and empirics </w:t>
      </w:r>
      <w:r>
        <w:rPr>
          <w:b/>
          <w:i w:val="0"/>
          <w:smallCaps w:val="0"/>
          <w:strike w:val="0"/>
          <w:sz w:val="26"/>
          <w:u w:val="single"/>
        </w:rPr>
        <w:t>disprove</w:t>
      </w:r>
      <w:r>
        <w:rPr>
          <w:b/>
          <w:i w:val="0"/>
          <w:smallCaps w:val="0"/>
          <w:strike w:val="0"/>
          <w:sz w:val="26"/>
          <w:u w:val="none"/>
        </w:rPr>
        <w:t xml:space="preserve"> lashout.</w:t>
      </w:r>
    </w:p>
    <w:p>
      <w:pPr>
        <w:spacing w:after="80"/>
      </w:pPr>
      <w:r>
        <w:rPr>
          <w:b/>
          <w:i w:val="0"/>
          <w:smallCaps w:val="0"/>
          <w:strike w:val="0"/>
          <w:sz w:val="26"/>
          <w:u w:val="none"/>
        </w:rPr>
        <w:t>Larison ’23</w:t>
      </w:r>
      <w:r>
        <w:rPr>
          <w:b w:val="0"/>
          <w:i w:val="0"/>
          <w:smallCaps w:val="0"/>
          <w:strike w:val="0"/>
          <w:u w:val="none"/>
        </w:rPr>
        <w:t xml:space="preserve"> [Daniel; September 15; Ph.D. in History from The University of Chicago; Eunomia; “Don't Be Distracted by Alarmism Over a Diversionary War,” </w:t>
      </w:r>
      <w:r>
        <w:rPr>
          <w:b w:val="0"/>
          <w:i w:val="0"/>
          <w:smallCaps w:val="0"/>
          <w:strike w:val="0"/>
          <w:u w:val="none"/>
        </w:rPr>
        <w:t>https://daniellarison.substack.com/p/dont-be-distracted-by-alarmism-over</w:t>
      </w:r>
      <w:r>
        <w:rPr>
          <w:b w:val="0"/>
          <w:i w:val="0"/>
          <w:smallCaps w:val="0"/>
          <w:strike w:val="0"/>
          <w:u w:val="none"/>
        </w:rPr>
        <w:t xml:space="preserve">] </w:t>
      </w:r>
    </w:p>
    <w:p>
      <w:pPr>
        <w:spacing w:after="60"/>
      </w:pPr>
      <w:r>
        <w:rPr>
          <w:b w:val="0"/>
          <w:i w:val="0"/>
          <w:smallCaps w:val="0"/>
          <w:strike w:val="0"/>
          <w:sz w:val="16"/>
          <w:u w:val="none"/>
        </w:rPr>
        <w:t xml:space="preserve">M. Taylor Fravel contends that the </w:t>
      </w:r>
      <w:r>
        <w:rPr>
          <w:b w:val="0"/>
          <w:i w:val="0"/>
          <w:smallCaps w:val="0"/>
          <w:strike w:val="0"/>
          <w:sz w:val="22"/>
          <w:highlight w:val="cyan"/>
          <w:u w:val="single"/>
        </w:rPr>
        <w:t>Chinese</w:t>
      </w:r>
      <w:r>
        <w:rPr>
          <w:b w:val="0"/>
          <w:i w:val="0"/>
          <w:smallCaps w:val="0"/>
          <w:strike w:val="0"/>
          <w:sz w:val="22"/>
          <w:u w:val="single"/>
        </w:rPr>
        <w:t xml:space="preserve"> government </w:t>
      </w:r>
      <w:r>
        <w:rPr>
          <w:b/>
          <w:i w:val="0"/>
          <w:smallCaps w:val="0"/>
          <w:strike w:val="0"/>
          <w:sz w:val="22"/>
          <w:highlight w:val="cyan"/>
          <w:u w:val="single"/>
        </w:rPr>
        <w:t>isn’t</w:t>
      </w:r>
      <w:r>
        <w:rPr>
          <w:b w:val="0"/>
          <w:i w:val="0"/>
          <w:smallCaps w:val="0"/>
          <w:strike w:val="0"/>
          <w:sz w:val="22"/>
          <w:highlight w:val="cyan"/>
          <w:u w:val="single"/>
        </w:rPr>
        <w:t xml:space="preserve"> likely to lash out</w:t>
      </w:r>
      <w:r>
        <w:rPr>
          <w:b w:val="0"/>
          <w:i w:val="0"/>
          <w:smallCaps w:val="0"/>
          <w:strike w:val="0"/>
          <w:sz w:val="16"/>
          <w:u w:val="none"/>
        </w:rPr>
        <w:t xml:space="preserve"> militarily </w:t>
      </w:r>
      <w:r>
        <w:rPr>
          <w:b w:val="0"/>
          <w:i w:val="0"/>
          <w:smallCaps w:val="0"/>
          <w:strike w:val="0"/>
          <w:sz w:val="22"/>
          <w:u w:val="single"/>
        </w:rPr>
        <w:t>to distract</w:t>
      </w:r>
      <w:r>
        <w:rPr>
          <w:b w:val="0"/>
          <w:i w:val="0"/>
          <w:smallCaps w:val="0"/>
          <w:strike w:val="0"/>
          <w:sz w:val="16"/>
          <w:u w:val="none"/>
        </w:rPr>
        <w:t xml:space="preserve"> from </w:t>
      </w:r>
      <w:r>
        <w:rPr>
          <w:b w:val="0"/>
          <w:i w:val="0"/>
          <w:smallCaps w:val="0"/>
          <w:strike w:val="0"/>
          <w:sz w:val="22"/>
          <w:u w:val="single"/>
        </w:rPr>
        <w:t>its domestic</w:t>
      </w:r>
      <w:r>
        <w:rPr>
          <w:b w:val="0"/>
          <w:i w:val="0"/>
          <w:smallCaps w:val="0"/>
          <w:strike w:val="0"/>
          <w:sz w:val="16"/>
          <w:u w:val="none"/>
        </w:rPr>
        <w:t xml:space="preserve"> </w:t>
      </w:r>
      <w:r>
        <w:rPr>
          <w:b/>
          <w:i w:val="0"/>
          <w:smallCaps w:val="0"/>
          <w:strike w:val="0"/>
          <w:sz w:val="22"/>
          <w:u w:val="single"/>
        </w:rPr>
        <w:t>problems</w:t>
      </w:r>
      <w:r>
        <w:rPr>
          <w:b w:val="0"/>
          <w:i w:val="0"/>
          <w:smallCaps w:val="0"/>
          <w:strike w:val="0"/>
          <w:sz w:val="16"/>
          <w:u w:val="none"/>
        </w:rPr>
        <w:t>:</w:t>
      </w:r>
    </w:p>
    <w:p>
      <w:pPr>
        <w:spacing w:after="60"/>
      </w:pPr>
      <w:r>
        <w:rPr>
          <w:b w:val="0"/>
          <w:i w:val="0"/>
          <w:smallCaps w:val="0"/>
          <w:strike w:val="0"/>
          <w:sz w:val="22"/>
          <w:u w:val="single"/>
        </w:rPr>
        <w:t>Since</w:t>
      </w:r>
      <w:r>
        <w:rPr>
          <w:b w:val="0"/>
          <w:i w:val="0"/>
          <w:smallCaps w:val="0"/>
          <w:strike w:val="0"/>
          <w:sz w:val="16"/>
          <w:u w:val="none"/>
        </w:rPr>
        <w:t xml:space="preserve"> </w:t>
      </w:r>
      <w:r>
        <w:rPr>
          <w:b/>
          <w:i w:val="0"/>
          <w:smallCaps w:val="0"/>
          <w:strike w:val="0"/>
          <w:sz w:val="22"/>
          <w:u w:val="single"/>
        </w:rPr>
        <w:t>1949</w:t>
      </w:r>
      <w:r>
        <w:rPr>
          <w:b w:val="0"/>
          <w:i w:val="0"/>
          <w:smallCaps w:val="0"/>
          <w:strike w:val="0"/>
          <w:sz w:val="16"/>
          <w:u w:val="none"/>
        </w:rPr>
        <w:t xml:space="preserve">, </w:t>
      </w:r>
      <w:r>
        <w:rPr>
          <w:b w:val="0"/>
          <w:i w:val="0"/>
          <w:smallCaps w:val="0"/>
          <w:strike w:val="0"/>
          <w:sz w:val="22"/>
          <w:u w:val="single"/>
        </w:rPr>
        <w:t>China</w:t>
      </w:r>
      <w:r>
        <w:rPr>
          <w:b w:val="0"/>
          <w:i w:val="0"/>
          <w:smallCaps w:val="0"/>
          <w:strike w:val="0"/>
          <w:sz w:val="16"/>
          <w:u w:val="none"/>
        </w:rPr>
        <w:t xml:space="preserve"> has </w:t>
      </w:r>
      <w:r>
        <w:rPr>
          <w:b/>
          <w:i w:val="0"/>
          <w:smallCaps w:val="0"/>
          <w:strike w:val="0"/>
          <w:sz w:val="22"/>
          <w:highlight w:val="cyan"/>
          <w:u w:val="single"/>
        </w:rPr>
        <w:t>frequently</w:t>
      </w:r>
      <w:r>
        <w:rPr>
          <w:b w:val="0"/>
          <w:i w:val="0"/>
          <w:smallCaps w:val="0"/>
          <w:strike w:val="0"/>
          <w:sz w:val="16"/>
          <w:highlight w:val="cyan"/>
          <w:u w:val="none"/>
        </w:rPr>
        <w:t xml:space="preserve"> </w:t>
      </w:r>
      <w:r>
        <w:rPr>
          <w:b w:val="0"/>
          <w:i w:val="0"/>
          <w:smallCaps w:val="0"/>
          <w:strike w:val="0"/>
          <w:sz w:val="22"/>
          <w:highlight w:val="cyan"/>
          <w:u w:val="single"/>
        </w:rPr>
        <w:t>suffered from significant</w:t>
      </w:r>
      <w:r>
        <w:rPr>
          <w:b w:val="0"/>
          <w:i w:val="0"/>
          <w:smallCaps w:val="0"/>
          <w:strike w:val="0"/>
          <w:sz w:val="16"/>
          <w:u w:val="none"/>
        </w:rPr>
        <w:t xml:space="preserve"> ethnic and </w:t>
      </w:r>
      <w:r>
        <w:rPr>
          <w:b w:val="0"/>
          <w:i w:val="0"/>
          <w:smallCaps w:val="0"/>
          <w:strike w:val="0"/>
          <w:sz w:val="22"/>
          <w:u w:val="single"/>
        </w:rPr>
        <w:t xml:space="preserve">political unrest and </w:t>
      </w:r>
      <w:r>
        <w:rPr>
          <w:b w:val="0"/>
          <w:i w:val="0"/>
          <w:smallCaps w:val="0"/>
          <w:strike w:val="0"/>
          <w:sz w:val="22"/>
          <w:highlight w:val="cyan"/>
          <w:u w:val="single"/>
        </w:rPr>
        <w:t>economic shocks</w:t>
      </w:r>
      <w:r>
        <w:rPr>
          <w:b w:val="0"/>
          <w:i w:val="0"/>
          <w:smallCaps w:val="0"/>
          <w:strike w:val="0"/>
          <w:sz w:val="16"/>
          <w:highlight w:val="cyan"/>
          <w:u w:val="none"/>
        </w:rPr>
        <w:t xml:space="preserve">. </w:t>
      </w:r>
      <w:r>
        <w:rPr>
          <w:b w:val="0"/>
          <w:i w:val="0"/>
          <w:smallCaps w:val="0"/>
          <w:strike w:val="0"/>
          <w:sz w:val="22"/>
          <w:highlight w:val="cyan"/>
          <w:u w:val="single"/>
        </w:rPr>
        <w:t>But</w:t>
      </w:r>
      <w:r>
        <w:rPr>
          <w:b w:val="0"/>
          <w:i w:val="0"/>
          <w:smallCaps w:val="0"/>
          <w:strike w:val="0"/>
          <w:sz w:val="16"/>
          <w:u w:val="none"/>
        </w:rPr>
        <w:t xml:space="preserve"> virtually </w:t>
      </w:r>
      <w:r>
        <w:rPr>
          <w:b/>
          <w:i w:val="0"/>
          <w:smallCaps w:val="0"/>
          <w:strike w:val="0"/>
          <w:sz w:val="22"/>
          <w:highlight w:val="cyan"/>
          <w:u w:val="single"/>
        </w:rPr>
        <w:t>no</w:t>
      </w:r>
      <w:r>
        <w:rPr>
          <w:b/>
          <w:i w:val="0"/>
          <w:smallCaps w:val="0"/>
          <w:strike w:val="0"/>
          <w:sz w:val="22"/>
          <w:u w:val="single"/>
        </w:rPr>
        <w:t xml:space="preserve"> leaders</w:t>
      </w:r>
      <w:r>
        <w:rPr>
          <w:b w:val="0"/>
          <w:i w:val="0"/>
          <w:smallCaps w:val="0"/>
          <w:strike w:val="0"/>
          <w:sz w:val="16"/>
          <w:u w:val="none"/>
        </w:rPr>
        <w:t xml:space="preserve"> have </w:t>
      </w:r>
      <w:r>
        <w:rPr>
          <w:b w:val="0"/>
          <w:i w:val="0"/>
          <w:smallCaps w:val="0"/>
          <w:strike w:val="0"/>
          <w:sz w:val="22"/>
          <w:u w:val="single"/>
        </w:rPr>
        <w:t xml:space="preserve">started crises or </w:t>
      </w:r>
      <w:r>
        <w:rPr>
          <w:b w:val="0"/>
          <w:i w:val="0"/>
          <w:smallCaps w:val="0"/>
          <w:strike w:val="0"/>
          <w:sz w:val="22"/>
          <w:highlight w:val="cyan"/>
          <w:u w:val="single"/>
        </w:rPr>
        <w:t>wars</w:t>
      </w:r>
      <w:r>
        <w:rPr>
          <w:b w:val="0"/>
          <w:i w:val="0"/>
          <w:smallCaps w:val="0"/>
          <w:strike w:val="0"/>
          <w:sz w:val="16"/>
          <w:u w:val="none"/>
        </w:rPr>
        <w:t xml:space="preserve"> to distract the Chinese public—</w:t>
      </w:r>
      <w:r>
        <w:rPr>
          <w:b w:val="0"/>
          <w:i w:val="0"/>
          <w:smallCaps w:val="0"/>
          <w:strike w:val="0"/>
          <w:sz w:val="22"/>
          <w:u w:val="single"/>
        </w:rPr>
        <w:t xml:space="preserve">even when they </w:t>
      </w:r>
      <w:r>
        <w:rPr>
          <w:b/>
          <w:i w:val="0"/>
          <w:smallCaps w:val="0"/>
          <w:strike w:val="0"/>
          <w:sz w:val="22"/>
          <w:u w:val="single"/>
        </w:rPr>
        <w:t>should have</w:t>
      </w:r>
      <w:r>
        <w:rPr>
          <w:b w:val="0"/>
          <w:i w:val="0"/>
          <w:smallCaps w:val="0"/>
          <w:strike w:val="0"/>
          <w:sz w:val="16"/>
          <w:u w:val="none"/>
        </w:rPr>
        <w:t xml:space="preserve"> been quite likely to do so </w:t>
      </w:r>
      <w:r>
        <w:rPr>
          <w:b w:val="0"/>
          <w:i w:val="0"/>
          <w:smallCaps w:val="0"/>
          <w:strike w:val="0"/>
          <w:sz w:val="22"/>
          <w:u w:val="single"/>
        </w:rPr>
        <w:t>according to</w:t>
      </w:r>
      <w:r>
        <w:rPr>
          <w:b w:val="0"/>
          <w:i w:val="0"/>
          <w:smallCaps w:val="0"/>
          <w:strike w:val="0"/>
          <w:sz w:val="16"/>
          <w:u w:val="none"/>
        </w:rPr>
        <w:t xml:space="preserve"> the </w:t>
      </w:r>
      <w:r>
        <w:rPr>
          <w:b w:val="0"/>
          <w:i w:val="0"/>
          <w:smallCaps w:val="0"/>
          <w:strike w:val="0"/>
          <w:sz w:val="22"/>
          <w:u w:val="single"/>
        </w:rPr>
        <w:t>logic of diversionary war</w:t>
      </w:r>
      <w:r>
        <w:rPr>
          <w:b w:val="0"/>
          <w:i w:val="0"/>
          <w:smallCaps w:val="0"/>
          <w:strike w:val="0"/>
          <w:sz w:val="16"/>
          <w:u w:val="none"/>
        </w:rPr>
        <w:t>.</w:t>
      </w:r>
    </w:p>
    <w:p>
      <w:pPr>
        <w:spacing w:after="60"/>
      </w:pPr>
      <w:r>
        <w:rPr>
          <w:b w:val="0"/>
          <w:i w:val="0"/>
          <w:smallCaps w:val="0"/>
          <w:strike w:val="0"/>
          <w:sz w:val="16"/>
          <w:u w:val="none"/>
        </w:rPr>
        <w:t xml:space="preserve">The record shows that </w:t>
      </w:r>
      <w:r>
        <w:rPr>
          <w:b w:val="0"/>
          <w:i w:val="0"/>
          <w:smallCaps w:val="0"/>
          <w:strike w:val="0"/>
          <w:sz w:val="22"/>
          <w:u w:val="single"/>
        </w:rPr>
        <w:t xml:space="preserve">the Chinese government </w:t>
      </w:r>
      <w:r>
        <w:rPr>
          <w:b/>
          <w:i w:val="0"/>
          <w:smallCaps w:val="0"/>
          <w:strike w:val="0"/>
          <w:sz w:val="22"/>
          <w:highlight w:val="cyan"/>
          <w:u w:val="single"/>
        </w:rPr>
        <w:t>hasn’t</w:t>
      </w:r>
      <w:r>
        <w:rPr>
          <w:b w:val="0"/>
          <w:i w:val="0"/>
          <w:smallCaps w:val="0"/>
          <w:strike w:val="0"/>
          <w:sz w:val="22"/>
          <w:highlight w:val="cyan"/>
          <w:u w:val="single"/>
        </w:rPr>
        <w:t xml:space="preserve"> started diversionary wars </w:t>
      </w:r>
      <w:r>
        <w:rPr>
          <w:b/>
          <w:i w:val="0"/>
          <w:smallCaps w:val="0"/>
          <w:strike w:val="0"/>
          <w:sz w:val="22"/>
          <w:highlight w:val="cyan"/>
          <w:u w:val="single"/>
        </w:rPr>
        <w:t>despite</w:t>
      </w:r>
      <w:r>
        <w:rPr>
          <w:b w:val="0"/>
          <w:i w:val="0"/>
          <w:smallCaps w:val="0"/>
          <w:strike w:val="0"/>
          <w:sz w:val="16"/>
          <w:u w:val="none"/>
        </w:rPr>
        <w:t xml:space="preserve"> having had </w:t>
      </w:r>
      <w:r>
        <w:rPr>
          <w:b w:val="0"/>
          <w:i w:val="0"/>
          <w:smallCaps w:val="0"/>
          <w:strike w:val="0"/>
          <w:sz w:val="22"/>
          <w:highlight w:val="cyan"/>
          <w:u w:val="single"/>
        </w:rPr>
        <w:t>many</w:t>
      </w:r>
      <w:r>
        <w:rPr>
          <w:b w:val="0"/>
          <w:i w:val="0"/>
          <w:smallCaps w:val="0"/>
          <w:strike w:val="0"/>
          <w:sz w:val="16"/>
          <w:highlight w:val="cyan"/>
          <w:u w:val="none"/>
        </w:rPr>
        <w:t xml:space="preserve"> </w:t>
      </w:r>
      <w:r>
        <w:rPr>
          <w:b/>
          <w:i w:val="0"/>
          <w:smallCaps w:val="0"/>
          <w:strike w:val="0"/>
          <w:sz w:val="22"/>
          <w:highlight w:val="cyan"/>
          <w:u w:val="single"/>
        </w:rPr>
        <w:t>opportunities</w:t>
      </w:r>
      <w:r>
        <w:rPr>
          <w:b w:val="0"/>
          <w:i w:val="0"/>
          <w:smallCaps w:val="0"/>
          <w:strike w:val="0"/>
          <w:sz w:val="16"/>
          <w:u w:val="none"/>
        </w:rPr>
        <w:t xml:space="preserve"> to do so. For that matter, the Chinese communist government has rarely initiated large-scale hostilities for any reason in more than seventy years. While it is possible that this could change in the future, it’s not something you would assume to be the most likely course of action.</w:t>
      </w:r>
    </w:p>
    <w:p>
      <w:pPr>
        <w:spacing w:after="60"/>
      </w:pPr>
      <w:r>
        <w:rPr>
          <w:b w:val="0"/>
          <w:i w:val="0"/>
          <w:smallCaps w:val="0"/>
          <w:strike w:val="0"/>
          <w:sz w:val="16"/>
          <w:u w:val="none"/>
        </w:rPr>
        <w:t xml:space="preserve">The idea that China might start a </w:t>
      </w:r>
      <w:r>
        <w:rPr>
          <w:b w:val="0"/>
          <w:i w:val="0"/>
          <w:smallCaps w:val="0"/>
          <w:strike w:val="0"/>
          <w:sz w:val="22"/>
          <w:u w:val="single"/>
        </w:rPr>
        <w:t>diversionary war is</w:t>
      </w:r>
      <w:r>
        <w:rPr>
          <w:b w:val="0"/>
          <w:i w:val="0"/>
          <w:smallCaps w:val="0"/>
          <w:strike w:val="0"/>
          <w:sz w:val="16"/>
          <w:u w:val="none"/>
        </w:rPr>
        <w:t xml:space="preserve"> certainly </w:t>
      </w:r>
      <w:r>
        <w:rPr>
          <w:b w:val="0"/>
          <w:i w:val="0"/>
          <w:smallCaps w:val="0"/>
          <w:strike w:val="0"/>
          <w:sz w:val="22"/>
          <w:u w:val="single"/>
        </w:rPr>
        <w:t xml:space="preserve">convenient for </w:t>
      </w:r>
      <w:r>
        <w:rPr>
          <w:b/>
          <w:i w:val="0"/>
          <w:smallCaps w:val="0"/>
          <w:strike w:val="0"/>
          <w:sz w:val="22"/>
          <w:u w:val="single"/>
        </w:rPr>
        <w:t>China hawks</w:t>
      </w:r>
      <w:r>
        <w:rPr>
          <w:b w:val="0"/>
          <w:i w:val="0"/>
          <w:smallCaps w:val="0"/>
          <w:strike w:val="0"/>
          <w:sz w:val="16"/>
          <w:u w:val="none"/>
        </w:rPr>
        <w:t xml:space="preserve"> now that Chinese economic growth is slowing. </w:t>
      </w:r>
      <w:r>
        <w:rPr>
          <w:b w:val="0"/>
          <w:i w:val="0"/>
          <w:smallCaps w:val="0"/>
          <w:strike w:val="0"/>
          <w:sz w:val="22"/>
          <w:u w:val="single"/>
        </w:rPr>
        <w:t>Then again</w:t>
      </w:r>
      <w:r>
        <w:rPr>
          <w:b w:val="0"/>
          <w:i w:val="0"/>
          <w:smallCaps w:val="0"/>
          <w:strike w:val="0"/>
          <w:sz w:val="16"/>
          <w:u w:val="none"/>
        </w:rPr>
        <w:t xml:space="preserve">, </w:t>
      </w:r>
      <w:r>
        <w:rPr>
          <w:b w:val="0"/>
          <w:i w:val="0"/>
          <w:smallCaps w:val="0"/>
          <w:strike w:val="0"/>
          <w:sz w:val="22"/>
          <w:u w:val="single"/>
        </w:rPr>
        <w:t xml:space="preserve">China hawks are </w:t>
      </w:r>
      <w:r>
        <w:rPr>
          <w:b/>
          <w:i w:val="0"/>
          <w:smallCaps w:val="0"/>
          <w:strike w:val="0"/>
          <w:sz w:val="22"/>
          <w:u w:val="single"/>
        </w:rPr>
        <w:t>nothing</w:t>
      </w:r>
      <w:r>
        <w:rPr>
          <w:b w:val="0"/>
          <w:i w:val="0"/>
          <w:smallCaps w:val="0"/>
          <w:strike w:val="0"/>
          <w:sz w:val="16"/>
          <w:u w:val="none"/>
        </w:rPr>
        <w:t xml:space="preserve"> if not flexible when it comes </w:t>
      </w:r>
      <w:r>
        <w:rPr>
          <w:b w:val="0"/>
          <w:i w:val="0"/>
          <w:smallCaps w:val="0"/>
          <w:strike w:val="0"/>
          <w:sz w:val="22"/>
          <w:u w:val="single"/>
        </w:rPr>
        <w:t xml:space="preserve">to </w:t>
      </w:r>
      <w:r>
        <w:rPr>
          <w:b/>
          <w:i w:val="0"/>
          <w:smallCaps w:val="0"/>
          <w:strike w:val="0"/>
          <w:sz w:val="22"/>
          <w:u w:val="single"/>
        </w:rPr>
        <w:t>predicting</w:t>
      </w:r>
      <w:r>
        <w:rPr>
          <w:b w:val="0"/>
          <w:i w:val="0"/>
          <w:smallCaps w:val="0"/>
          <w:strike w:val="0"/>
          <w:sz w:val="16"/>
          <w:u w:val="none"/>
        </w:rPr>
        <w:t xml:space="preserve"> future </w:t>
      </w:r>
      <w:r>
        <w:rPr>
          <w:b w:val="0"/>
          <w:i w:val="0"/>
          <w:smallCaps w:val="0"/>
          <w:strike w:val="0"/>
          <w:sz w:val="22"/>
          <w:u w:val="single"/>
        </w:rPr>
        <w:t>Chinese government behavior</w:t>
      </w:r>
      <w:r>
        <w:rPr>
          <w:b w:val="0"/>
          <w:i w:val="0"/>
          <w:smallCaps w:val="0"/>
          <w:strike w:val="0"/>
          <w:sz w:val="16"/>
          <w:u w:val="none"/>
        </w:rPr>
        <w:t>. When the Chinese economy was growing at a fast clip, they warned of impending aggression. Now that it is slowing down, many of them also warn of impending aggression. It’s almost as if they reached their conclusions about what they think the Chinese government is going to do first and then worked backwards.</w:t>
      </w:r>
    </w:p>
    <w:p>
      <w:pPr>
        <w:spacing w:after="60"/>
      </w:pPr>
      <w:r>
        <w:rPr>
          <w:b w:val="0"/>
          <w:i w:val="0"/>
          <w:smallCaps w:val="0"/>
          <w:strike w:val="0"/>
          <w:sz w:val="16"/>
          <w:u w:val="none"/>
        </w:rPr>
        <w:t xml:space="preserve">Diversionary wars can happen, but they are not terribly common. It would be extremely unlikely for any government to initiate a major conflict because it wants to distract its people from domestic problems. For one thing, </w:t>
      </w:r>
      <w:r>
        <w:rPr>
          <w:b w:val="0"/>
          <w:i w:val="0"/>
          <w:smallCaps w:val="0"/>
          <w:strike w:val="0"/>
          <w:sz w:val="22"/>
          <w:u w:val="single"/>
        </w:rPr>
        <w:t xml:space="preserve">a </w:t>
      </w:r>
      <w:r>
        <w:rPr>
          <w:b w:val="0"/>
          <w:i w:val="0"/>
          <w:smallCaps w:val="0"/>
          <w:strike w:val="0"/>
          <w:sz w:val="22"/>
          <w:highlight w:val="cyan"/>
          <w:u w:val="single"/>
        </w:rPr>
        <w:t>major conflict would</w:t>
      </w:r>
      <w:r>
        <w:rPr>
          <w:b w:val="0"/>
          <w:i w:val="0"/>
          <w:smallCaps w:val="0"/>
          <w:strike w:val="0"/>
          <w:sz w:val="16"/>
          <w:u w:val="none"/>
        </w:rPr>
        <w:t xml:space="preserve"> almost </w:t>
      </w:r>
      <w:r>
        <w:rPr>
          <w:b w:val="0"/>
          <w:i w:val="0"/>
          <w:smallCaps w:val="0"/>
          <w:strike w:val="0"/>
          <w:sz w:val="22"/>
          <w:u w:val="single"/>
        </w:rPr>
        <w:t>certainly</w:t>
      </w:r>
      <w:r>
        <w:rPr>
          <w:b w:val="0"/>
          <w:i w:val="0"/>
          <w:smallCaps w:val="0"/>
          <w:strike w:val="0"/>
          <w:sz w:val="16"/>
          <w:u w:val="none"/>
        </w:rPr>
        <w:t xml:space="preserve"> </w:t>
      </w:r>
      <w:r>
        <w:rPr>
          <w:b/>
          <w:i w:val="0"/>
          <w:smallCaps w:val="0"/>
          <w:strike w:val="0"/>
          <w:sz w:val="22"/>
          <w:highlight w:val="cyan"/>
          <w:u w:val="single"/>
        </w:rPr>
        <w:t>exacerbate</w:t>
      </w:r>
      <w:r>
        <w:rPr>
          <w:b w:val="0"/>
          <w:i w:val="0"/>
          <w:smallCaps w:val="0"/>
          <w:strike w:val="0"/>
          <w:sz w:val="16"/>
          <w:u w:val="none"/>
        </w:rPr>
        <w:t xml:space="preserve"> </w:t>
      </w:r>
      <w:r>
        <w:rPr>
          <w:b w:val="0"/>
          <w:i w:val="0"/>
          <w:smallCaps w:val="0"/>
          <w:strike w:val="0"/>
          <w:sz w:val="22"/>
          <w:u w:val="single"/>
        </w:rPr>
        <w:t xml:space="preserve">their country’s </w:t>
      </w:r>
      <w:r>
        <w:rPr>
          <w:b/>
          <w:i w:val="0"/>
          <w:smallCaps w:val="0"/>
          <w:strike w:val="0"/>
          <w:sz w:val="22"/>
          <w:highlight w:val="cyan"/>
          <w:u w:val="single"/>
        </w:rPr>
        <w:t>economic</w:t>
      </w:r>
      <w:r>
        <w:rPr>
          <w:b w:val="0"/>
          <w:i w:val="0"/>
          <w:smallCaps w:val="0"/>
          <w:strike w:val="0"/>
          <w:sz w:val="22"/>
          <w:highlight w:val="cyan"/>
          <w:u w:val="single"/>
        </w:rPr>
        <w:t xml:space="preserve"> and </w:t>
      </w:r>
      <w:r>
        <w:rPr>
          <w:b/>
          <w:i w:val="0"/>
          <w:smallCaps w:val="0"/>
          <w:strike w:val="0"/>
          <w:sz w:val="22"/>
          <w:highlight w:val="cyan"/>
          <w:u w:val="single"/>
        </w:rPr>
        <w:t>social</w:t>
      </w:r>
      <w:r>
        <w:rPr>
          <w:b w:val="0"/>
          <w:i w:val="0"/>
          <w:smallCaps w:val="0"/>
          <w:strike w:val="0"/>
          <w:sz w:val="22"/>
          <w:highlight w:val="cyan"/>
          <w:u w:val="single"/>
        </w:rPr>
        <w:t xml:space="preserve"> problems</w:t>
      </w:r>
      <w:r>
        <w:rPr>
          <w:b w:val="0"/>
          <w:i w:val="0"/>
          <w:smallCaps w:val="0"/>
          <w:strike w:val="0"/>
          <w:sz w:val="16"/>
          <w:u w:val="none"/>
        </w:rPr>
        <w:t xml:space="preserve"> by </w:t>
      </w:r>
      <w:r>
        <w:rPr>
          <w:b w:val="0"/>
          <w:i w:val="0"/>
          <w:smallCaps w:val="0"/>
          <w:strike w:val="0"/>
          <w:sz w:val="22"/>
          <w:u w:val="single"/>
        </w:rPr>
        <w:t>putting the country under</w:t>
      </w:r>
      <w:r>
        <w:rPr>
          <w:b w:val="0"/>
          <w:i w:val="0"/>
          <w:smallCaps w:val="0"/>
          <w:strike w:val="0"/>
          <w:sz w:val="16"/>
          <w:u w:val="none"/>
        </w:rPr>
        <w:t xml:space="preserve"> </w:t>
      </w:r>
      <w:r>
        <w:rPr>
          <w:b w:val="0"/>
          <w:i w:val="0"/>
          <w:smallCaps w:val="0"/>
          <w:strike w:val="0"/>
          <w:sz w:val="22"/>
          <w:u w:val="single"/>
        </w:rPr>
        <w:t xml:space="preserve">intense </w:t>
      </w:r>
      <w:r>
        <w:rPr>
          <w:b/>
          <w:i w:val="0"/>
          <w:smallCaps w:val="0"/>
          <w:strike w:val="0"/>
          <w:sz w:val="22"/>
          <w:u w:val="single"/>
        </w:rPr>
        <w:t>strain</w:t>
      </w:r>
      <w:r>
        <w:rPr>
          <w:b w:val="0"/>
          <w:i w:val="0"/>
          <w:smallCaps w:val="0"/>
          <w:strike w:val="0"/>
          <w:sz w:val="16"/>
          <w:u w:val="none"/>
        </w:rPr>
        <w:t xml:space="preserve">. Unless the war is a minor campaign against a much weaker state, </w:t>
      </w:r>
      <w:r>
        <w:rPr>
          <w:b w:val="0"/>
          <w:i w:val="0"/>
          <w:smallCaps w:val="0"/>
          <w:strike w:val="0"/>
          <w:sz w:val="22"/>
          <w:u w:val="single"/>
        </w:rPr>
        <w:t xml:space="preserve">there is </w:t>
      </w:r>
      <w:r>
        <w:rPr>
          <w:b/>
          <w:i w:val="0"/>
          <w:smallCaps w:val="0"/>
          <w:strike w:val="0"/>
          <w:sz w:val="22"/>
          <w:u w:val="single"/>
        </w:rPr>
        <w:t>no reason</w:t>
      </w:r>
      <w:r>
        <w:rPr>
          <w:b w:val="0"/>
          <w:i w:val="0"/>
          <w:smallCaps w:val="0"/>
          <w:strike w:val="0"/>
          <w:sz w:val="16"/>
          <w:u w:val="none"/>
        </w:rPr>
        <w:t xml:space="preserve"> </w:t>
      </w:r>
      <w:r>
        <w:rPr>
          <w:b w:val="0"/>
          <w:i w:val="0"/>
          <w:smallCaps w:val="0"/>
          <w:strike w:val="0"/>
          <w:sz w:val="22"/>
          <w:u w:val="single"/>
        </w:rPr>
        <w:t>to assume</w:t>
      </w:r>
      <w:r>
        <w:rPr>
          <w:b w:val="0"/>
          <w:i w:val="0"/>
          <w:smallCaps w:val="0"/>
          <w:strike w:val="0"/>
          <w:sz w:val="16"/>
          <w:u w:val="none"/>
        </w:rPr>
        <w:t xml:space="preserve"> that </w:t>
      </w:r>
      <w:r>
        <w:rPr>
          <w:b w:val="0"/>
          <w:i w:val="0"/>
          <w:smallCaps w:val="0"/>
          <w:strike w:val="0"/>
          <w:sz w:val="22"/>
          <w:u w:val="single"/>
        </w:rPr>
        <w:t>the war will be</w:t>
      </w:r>
      <w:r>
        <w:rPr>
          <w:b w:val="0"/>
          <w:i w:val="0"/>
          <w:smallCaps w:val="0"/>
          <w:strike w:val="0"/>
          <w:sz w:val="16"/>
          <w:u w:val="none"/>
        </w:rPr>
        <w:t xml:space="preserve"> either </w:t>
      </w:r>
      <w:r>
        <w:rPr>
          <w:b w:val="0"/>
          <w:i w:val="0"/>
          <w:smallCaps w:val="0"/>
          <w:strike w:val="0"/>
          <w:sz w:val="22"/>
          <w:u w:val="single"/>
        </w:rPr>
        <w:t>quick</w:t>
      </w:r>
      <w:r>
        <w:rPr>
          <w:b w:val="0"/>
          <w:i w:val="0"/>
          <w:smallCaps w:val="0"/>
          <w:strike w:val="0"/>
          <w:sz w:val="16"/>
          <w:u w:val="none"/>
        </w:rPr>
        <w:t xml:space="preserve"> or successful. In most cases, it is unlikely that starting a war would benefit the leadership or the regime. Even a successful minor war might not be very useful for the leadership because the stakes are so insignificant.</w:t>
      </w:r>
    </w:p>
    <w:p>
      <w:pPr>
        <w:spacing w:after="60"/>
      </w:pPr>
      <w:r>
        <w:rPr>
          <w:b w:val="0"/>
          <w:i w:val="0"/>
          <w:smallCaps w:val="0"/>
          <w:strike w:val="0"/>
          <w:sz w:val="22"/>
          <w:u w:val="single"/>
        </w:rPr>
        <w:t xml:space="preserve">If the </w:t>
      </w:r>
      <w:r>
        <w:rPr>
          <w:b w:val="0"/>
          <w:i w:val="0"/>
          <w:smallCaps w:val="0"/>
          <w:strike w:val="0"/>
          <w:sz w:val="22"/>
          <w:highlight w:val="cyan"/>
          <w:u w:val="single"/>
        </w:rPr>
        <w:t>war goes</w:t>
      </w:r>
      <w:r>
        <w:rPr>
          <w:b w:val="0"/>
          <w:i w:val="0"/>
          <w:smallCaps w:val="0"/>
          <w:strike w:val="0"/>
          <w:sz w:val="16"/>
          <w:highlight w:val="cyan"/>
          <w:u w:val="none"/>
        </w:rPr>
        <w:t xml:space="preserve"> </w:t>
      </w:r>
      <w:r>
        <w:rPr>
          <w:b/>
          <w:i w:val="0"/>
          <w:smallCaps w:val="0"/>
          <w:strike w:val="0"/>
          <w:sz w:val="22"/>
          <w:highlight w:val="cyan"/>
          <w:u w:val="single"/>
        </w:rPr>
        <w:t>bad</w:t>
      </w:r>
      <w:r>
        <w:rPr>
          <w:b w:val="0"/>
          <w:i w:val="0"/>
          <w:smallCaps w:val="0"/>
          <w:strike w:val="0"/>
          <w:sz w:val="16"/>
          <w:u w:val="none"/>
        </w:rPr>
        <w:t xml:space="preserve">ly, </w:t>
      </w:r>
      <w:r>
        <w:rPr>
          <w:b w:val="0"/>
          <w:i w:val="0"/>
          <w:smallCaps w:val="0"/>
          <w:strike w:val="0"/>
          <w:sz w:val="22"/>
          <w:highlight w:val="cyan"/>
          <w:u w:val="single"/>
        </w:rPr>
        <w:t>it could lead to</w:t>
      </w:r>
      <w:r>
        <w:rPr>
          <w:b w:val="0"/>
          <w:i w:val="0"/>
          <w:smallCaps w:val="0"/>
          <w:strike w:val="0"/>
          <w:sz w:val="16"/>
          <w:u w:val="none"/>
        </w:rPr>
        <w:t xml:space="preserve"> much </w:t>
      </w:r>
      <w:r>
        <w:rPr>
          <w:b/>
          <w:i w:val="0"/>
          <w:smallCaps w:val="0"/>
          <w:strike w:val="0"/>
          <w:sz w:val="22"/>
          <w:u w:val="single"/>
        </w:rPr>
        <w:t xml:space="preserve">deeper </w:t>
      </w:r>
      <w:r>
        <w:rPr>
          <w:b/>
          <w:i w:val="0"/>
          <w:smallCaps w:val="0"/>
          <w:strike w:val="0"/>
          <w:sz w:val="22"/>
          <w:highlight w:val="cyan"/>
          <w:u w:val="single"/>
        </w:rPr>
        <w:t>discontent</w:t>
      </w:r>
      <w:r>
        <w:rPr>
          <w:b w:val="0"/>
          <w:i w:val="0"/>
          <w:smallCaps w:val="0"/>
          <w:strike w:val="0"/>
          <w:sz w:val="22"/>
          <w:u w:val="single"/>
        </w:rPr>
        <w:t xml:space="preserve"> and opposition</w:t>
      </w:r>
      <w:r>
        <w:rPr>
          <w:b w:val="0"/>
          <w:i w:val="0"/>
          <w:smallCaps w:val="0"/>
          <w:strike w:val="0"/>
          <w:sz w:val="16"/>
          <w:u w:val="none"/>
        </w:rPr>
        <w:t xml:space="preserve"> to the regime. As Fravel says, diversionary wars are “dangerous gambits because if leaders initiate a diversionary crisis or war that fails to produce the desired results, they risk expediting the collapse of their government.” Many governments gamble by starting a war when they feel confident and secure in their position. That gamble may be the result of poor judgment and based on bad information, but it is one that leaders tend to make when they assume they are acting from a position of strength.</w:t>
      </w:r>
    </w:p>
    <w:p>
      <w:pPr>
        <w:spacing w:after="60"/>
      </w:pPr>
      <w:r>
        <w:rPr>
          <w:b w:val="0"/>
          <w:i w:val="0"/>
          <w:smallCaps w:val="0"/>
          <w:strike w:val="0"/>
          <w:sz w:val="16"/>
          <w:u w:val="none"/>
        </w:rPr>
        <w:t>Initiating a conflict is always a huge risk, and it frequently fails to pay off for the leader and government that started it. The cost of war is always higher than expected, and the rewards are few and in many cases there are no rewards at all. Given all that, a government would have to be exceptionally foolish to think that it could fix its domestic difficulties by starting a war.</w:t>
      </w:r>
    </w:p>
    <w:p>
      <w:pPr>
        <w:spacing w:after="60"/>
      </w:pPr>
      <w:r>
        <w:rPr>
          <w:b w:val="0"/>
          <w:i w:val="0"/>
          <w:smallCaps w:val="0"/>
          <w:strike w:val="0"/>
          <w:sz w:val="16"/>
          <w:u w:val="none"/>
        </w:rPr>
        <w:t xml:space="preserve">While it seems superficially plausible that a leader can unite a divided and unhappy people by picking a fight with another state, the </w:t>
      </w:r>
      <w:r>
        <w:rPr>
          <w:b/>
          <w:i w:val="0"/>
          <w:smallCaps w:val="0"/>
          <w:strike w:val="0"/>
          <w:sz w:val="22"/>
          <w:highlight w:val="cyan"/>
          <w:u w:val="single"/>
        </w:rPr>
        <w:t>strains</w:t>
      </w:r>
      <w:r>
        <w:rPr>
          <w:b w:val="0"/>
          <w:i w:val="0"/>
          <w:smallCaps w:val="0"/>
          <w:strike w:val="0"/>
          <w:sz w:val="22"/>
          <w:u w:val="single"/>
        </w:rPr>
        <w:t xml:space="preserve"> of a major war can </w:t>
      </w:r>
      <w:r>
        <w:rPr>
          <w:b/>
          <w:i w:val="0"/>
          <w:smallCaps w:val="0"/>
          <w:strike w:val="0"/>
          <w:sz w:val="22"/>
          <w:highlight w:val="cyan"/>
          <w:u w:val="single"/>
        </w:rPr>
        <w:t>break apart</w:t>
      </w:r>
      <w:r>
        <w:rPr>
          <w:b w:val="0"/>
          <w:i w:val="0"/>
          <w:smallCaps w:val="0"/>
          <w:strike w:val="0"/>
          <w:sz w:val="22"/>
          <w:highlight w:val="cyan"/>
          <w:u w:val="single"/>
        </w:rPr>
        <w:t xml:space="preserve"> a state</w:t>
      </w:r>
      <w:r>
        <w:rPr>
          <w:b w:val="0"/>
          <w:i w:val="0"/>
          <w:smallCaps w:val="0"/>
          <w:strike w:val="0"/>
          <w:sz w:val="22"/>
          <w:u w:val="single"/>
        </w:rPr>
        <w:t xml:space="preserve"> if there are already </w:t>
      </w:r>
      <w:r>
        <w:rPr>
          <w:b/>
          <w:i w:val="0"/>
          <w:smallCaps w:val="0"/>
          <w:strike w:val="0"/>
          <w:sz w:val="22"/>
          <w:u w:val="single"/>
        </w:rPr>
        <w:t>deep internal problems</w:t>
      </w:r>
      <w:r>
        <w:rPr>
          <w:b w:val="0"/>
          <w:i w:val="0"/>
          <w:smallCaps w:val="0"/>
          <w:strike w:val="0"/>
          <w:sz w:val="16"/>
          <w:u w:val="none"/>
        </w:rPr>
        <w:t>. Governments that face significant domestic problems can ill afford gambling on war. When they plunge into a major war anyway, that decision can be fatal.</w:t>
      </w:r>
    </w:p>
    <w:p>
      <w:pPr>
        <w:spacing w:after="60"/>
      </w:pPr>
      <w:r>
        <w:rPr>
          <w:b w:val="0"/>
          <w:i w:val="0"/>
          <w:smallCaps w:val="0"/>
          <w:strike w:val="0"/>
          <w:sz w:val="16"/>
          <w:u w:val="none"/>
        </w:rPr>
        <w:t xml:space="preserve">Fravel notes that the </w:t>
      </w:r>
      <w:r>
        <w:rPr>
          <w:b w:val="0"/>
          <w:i w:val="0"/>
          <w:smallCaps w:val="0"/>
          <w:strike w:val="0"/>
          <w:sz w:val="22"/>
          <w:u w:val="single"/>
        </w:rPr>
        <w:t>Chinese government</w:t>
      </w:r>
      <w:r>
        <w:rPr>
          <w:b w:val="0"/>
          <w:i w:val="0"/>
          <w:smallCaps w:val="0"/>
          <w:strike w:val="0"/>
          <w:sz w:val="16"/>
          <w:u w:val="none"/>
        </w:rPr>
        <w:t xml:space="preserve"> has </w:t>
      </w:r>
      <w:r>
        <w:rPr>
          <w:b w:val="0"/>
          <w:i w:val="0"/>
          <w:smallCaps w:val="0"/>
          <w:strike w:val="0"/>
          <w:sz w:val="22"/>
          <w:u w:val="single"/>
        </w:rPr>
        <w:t>usually responded to</w:t>
      </w:r>
      <w:r>
        <w:rPr>
          <w:b w:val="0"/>
          <w:i w:val="0"/>
          <w:smallCaps w:val="0"/>
          <w:strike w:val="0"/>
          <w:sz w:val="16"/>
          <w:u w:val="none"/>
        </w:rPr>
        <w:t xml:space="preserve"> internal unrest and </w:t>
      </w:r>
      <w:r>
        <w:rPr>
          <w:b w:val="0"/>
          <w:i w:val="0"/>
          <w:smallCaps w:val="0"/>
          <w:strike w:val="0"/>
          <w:sz w:val="22"/>
          <w:u w:val="single"/>
        </w:rPr>
        <w:t xml:space="preserve">economic </w:t>
      </w:r>
      <w:r>
        <w:rPr>
          <w:b/>
          <w:i w:val="0"/>
          <w:smallCaps w:val="0"/>
          <w:strike w:val="0"/>
          <w:sz w:val="22"/>
          <w:u w:val="single"/>
        </w:rPr>
        <w:t>shocks</w:t>
      </w:r>
      <w:r>
        <w:rPr>
          <w:b w:val="0"/>
          <w:i w:val="0"/>
          <w:smallCaps w:val="0"/>
          <w:strike w:val="0"/>
          <w:sz w:val="16"/>
          <w:u w:val="none"/>
        </w:rPr>
        <w:t xml:space="preserve"> </w:t>
      </w:r>
      <w:r>
        <w:rPr>
          <w:b w:val="0"/>
          <w:i w:val="0"/>
          <w:smallCaps w:val="0"/>
          <w:strike w:val="0"/>
          <w:sz w:val="22"/>
          <w:u w:val="single"/>
        </w:rPr>
        <w:t xml:space="preserve">by becoming </w:t>
      </w:r>
      <w:r>
        <w:rPr>
          <w:b/>
          <w:i w:val="0"/>
          <w:smallCaps w:val="0"/>
          <w:strike w:val="0"/>
          <w:sz w:val="22"/>
          <w:u w:val="single"/>
        </w:rPr>
        <w:t>less</w:t>
      </w:r>
      <w:r>
        <w:rPr>
          <w:b w:val="0"/>
          <w:i w:val="0"/>
          <w:smallCaps w:val="0"/>
          <w:strike w:val="0"/>
          <w:sz w:val="22"/>
          <w:u w:val="single"/>
        </w:rPr>
        <w:t xml:space="preserve"> confrontational</w:t>
      </w:r>
      <w:r>
        <w:rPr>
          <w:b w:val="0"/>
          <w:i w:val="0"/>
          <w:smallCaps w:val="0"/>
          <w:strike w:val="0"/>
          <w:sz w:val="16"/>
          <w:u w:val="none"/>
        </w:rPr>
        <w:t xml:space="preserve"> in its international relations:</w:t>
      </w:r>
    </w:p>
    <w:p>
      <w:pPr>
        <w:pStyle w:val="Caption"/>
      </w:pPr>
      <w:r>
        <w:t>Source: Marijuana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