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Only the US has to agree to the proposal.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Allison </w:t>
      </w:r>
      <w:r>
        <w:rPr>
          <w:b/>
          <w:i w:val="0"/>
          <w:smallCaps w:val="0"/>
          <w:strike w:val="0"/>
          <w:sz w:val="26"/>
          <w:u w:val="none"/>
        </w:rPr>
        <w:t>Don 14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 xml:space="preserve">has published as part of University of Minnesota Law School Scholarship Repository, 2014, </w:t>
      </w:r>
      <w:r>
        <w:rPr>
          <w:b w:val="0"/>
          <w:i w:val="0"/>
          <w:smallCaps w:val="0"/>
          <w:strike w:val="0"/>
          <w:u w:val="none"/>
        </w:rPr>
        <w:t>"</w:t>
      </w:r>
      <w:r>
        <w:rPr>
          <w:b w:val="0"/>
          <w:i w:val="0"/>
          <w:smallCaps w:val="0"/>
          <w:strike w:val="0"/>
          <w:u w:val="none"/>
        </w:rPr>
        <w:t>Lighten Up – Amending the Single Convention on Narcotic Drugs</w:t>
      </w:r>
      <w:r>
        <w:rPr>
          <w:b w:val="0"/>
          <w:i w:val="0"/>
          <w:smallCaps w:val="0"/>
          <w:strike w:val="0"/>
          <w:u w:val="none"/>
        </w:rPr>
        <w:t>," Minnesota Journ</w:t>
      </w:r>
      <w:r>
        <w:rPr>
          <w:b w:val="0"/>
          <w:i w:val="0"/>
          <w:smallCaps w:val="0"/>
          <w:strike w:val="0"/>
          <w:u w:val="none"/>
        </w:rPr>
        <w:t>al of International Law</w:t>
      </w:r>
      <w:r>
        <w:rPr>
          <w:b w:val="0"/>
          <w:i w:val="0"/>
          <w:smallCaps w:val="0"/>
          <w:strike w:val="0"/>
          <w:u w:val="none"/>
        </w:rPr>
        <w:t>, https://scholarship.law.umn.edu/cgi/viewcontent.cgi?article=1278&amp;context=mjil, anita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With 153 current parties to the Single Convention,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arriving at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consensus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may prove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difficult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. This does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not preclude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 option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 w:val="0"/>
          <w:i w:val="0"/>
          <w:smallCaps w:val="0"/>
          <w:strike w:val="0"/>
          <w:sz w:val="22"/>
          <w:u w:val="single"/>
        </w:rPr>
        <w:t>amend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“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amendments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require agreement between treaty parties, but </w:t>
      </w:r>
      <w:r>
        <w:rPr>
          <w:b/>
          <w:i w:val="0"/>
          <w:smallCaps w:val="0"/>
          <w:strike w:val="0"/>
          <w:sz w:val="22"/>
          <w:u w:val="single"/>
        </w:rPr>
        <w:t>not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necessarily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between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all parties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.” Once an amendment has been proposed and adopted,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parties are free to decide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if they will become a party to the amendment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.159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Those who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opt not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join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amendment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remain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bound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by the treaty’s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original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obligations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.160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proposing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 amendment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would permit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use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marijuana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recreational purposes, those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countries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who wish to pursue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such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legislation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would be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permitted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do so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those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countries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who remain in </w:t>
      </w:r>
      <w:r>
        <w:rPr>
          <w:b w:val="0"/>
          <w:i w:val="0"/>
          <w:smallCaps w:val="0"/>
          <w:strike w:val="0"/>
          <w:sz w:val="22"/>
          <w:u w:val="single"/>
        </w:rPr>
        <w:t>opposition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would be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able to </w:t>
      </w:r>
      <w:r>
        <w:rPr>
          <w:b w:val="0"/>
          <w:i w:val="0"/>
          <w:smallCaps w:val="0"/>
          <w:strike w:val="0"/>
          <w:sz w:val="22"/>
          <w:u w:val="single"/>
        </w:rPr>
        <w:t>remain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parties to the original treaty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prevent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ing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use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recreational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marijuana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Marijuana Neg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