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w:t>
      </w:r>
      <w:r>
        <w:rPr>
          <w:b/>
          <w:i w:val="0"/>
          <w:smallCaps w:val="0"/>
          <w:strike w:val="0"/>
          <w:sz w:val="26"/>
          <w:u w:val="single"/>
        </w:rPr>
        <w:t>upends</w:t>
      </w:r>
      <w:r>
        <w:rPr>
          <w:b/>
          <w:i w:val="0"/>
          <w:smallCaps w:val="0"/>
          <w:strike w:val="0"/>
          <w:sz w:val="26"/>
          <w:u w:val="none"/>
        </w:rPr>
        <w:t xml:space="preserve"> nuclear deterrence---</w:t>
      </w:r>
      <w:r>
        <w:rPr>
          <w:b/>
          <w:i w:val="0"/>
          <w:smallCaps w:val="0"/>
          <w:strike w:val="0"/>
          <w:sz w:val="26"/>
          <w:u w:val="single"/>
        </w:rPr>
        <w:t>extinction</w:t>
      </w:r>
      <w:r>
        <w:rPr>
          <w:b/>
          <w:i w:val="0"/>
          <w:smallCaps w:val="0"/>
          <w:strike w:val="0"/>
          <w:sz w:val="26"/>
          <w:u w:val="none"/>
        </w:rPr>
        <w:t xml:space="preserve">. </w:t>
      </w:r>
      <w:r>
        <w:rPr>
          <w:b w:val="0"/>
          <w:i w:val="0"/>
          <w:smallCaps w:val="0"/>
          <w:strike w:val="0"/>
          <w:sz w:val="26"/>
          <w:u w:val="none"/>
        </w:rPr>
        <w:t xml:space="preserve">International norms are </w:t>
      </w:r>
      <w:r>
        <w:rPr>
          <w:b w:val="0"/>
          <w:i w:val="0"/>
          <w:smallCaps w:val="0"/>
          <w:strike w:val="0"/>
          <w:sz w:val="26"/>
          <w:u w:val="single"/>
        </w:rPr>
        <w:t>key</w:t>
      </w:r>
      <w:r>
        <w:rPr>
          <w:b w:val="0"/>
          <w:i w:val="0"/>
          <w:smallCaps w:val="0"/>
          <w:strike w:val="0"/>
          <w:sz w:val="26"/>
          <w:u w:val="none"/>
        </w:rPr>
        <w:t>.</w:t>
      </w:r>
    </w:p>
    <w:p>
      <w:pPr>
        <w:spacing w:after="80"/>
      </w:pPr>
      <w:r>
        <w:rPr>
          <w:b/>
          <w:i w:val="0"/>
          <w:smallCaps w:val="0"/>
          <w:strike w:val="0"/>
          <w:sz w:val="26"/>
          <w:u w:val="none"/>
        </w:rPr>
        <w:t>Hayes ’18</w:t>
      </w:r>
      <w:r>
        <w:rPr>
          <w:b w:val="0"/>
          <w:i w:val="0"/>
          <w:smallCaps w:val="0"/>
          <w:strike w:val="0"/>
          <w:u w:val="none"/>
        </w:rPr>
        <w:t xml:space="preserve"> [Peter; March 29; Honorary Professor at the Center for International Security Studies at Sydney University, Director of the Nautilus Institute in Berkeley, California; Ph.D. from UC Berkeley, has previously worked for the UN Development Program, Asian Development Bank &amp; Global Environment Facility; “Nuclear Command-And-Control in the Quantum Era,” Nautilus Institute for Security and Sustainability, https://nautilus.org/napsnet/nuclear-command-and-control-in-the-quantum-era/]</w:t>
      </w:r>
    </w:p>
    <w:p>
      <w:pPr>
        <w:spacing w:after="60"/>
      </w:pPr>
      <w:r>
        <w:rPr>
          <w:b/>
          <w:i w:val="0"/>
          <w:smallCaps w:val="0"/>
          <w:strike w:val="0"/>
          <w:sz w:val="22"/>
          <w:highlight w:val="cyan"/>
          <w:u w:val="single"/>
        </w:rPr>
        <w:t>Quantum</w:t>
      </w:r>
      <w:r>
        <w:rPr>
          <w:b w:val="0"/>
          <w:i w:val="0"/>
          <w:smallCaps w:val="0"/>
          <w:strike w:val="0"/>
          <w:sz w:val="16"/>
          <w:u w:val="none"/>
        </w:rPr>
        <w:t xml:space="preserve"> physics and derivative technologies may </w:t>
      </w:r>
      <w:r>
        <w:rPr>
          <w:b/>
          <w:i w:val="0"/>
          <w:smallCaps w:val="0"/>
          <w:strike w:val="0"/>
          <w:sz w:val="22"/>
          <w:highlight w:val="cyan"/>
          <w:u w:val="single"/>
        </w:rPr>
        <w:t>transform</w:t>
      </w:r>
      <w:r>
        <w:rPr>
          <w:b w:val="0"/>
          <w:i w:val="0"/>
          <w:smallCaps w:val="0"/>
          <w:strike w:val="0"/>
          <w:sz w:val="22"/>
          <w:highlight w:val="cyan"/>
          <w:u w:val="single"/>
        </w:rPr>
        <w:t xml:space="preserve"> </w:t>
      </w:r>
      <w:r>
        <w:rPr>
          <w:b w:val="0"/>
          <w:i w:val="0"/>
          <w:smallCaps w:val="0"/>
          <w:strike w:val="0"/>
          <w:sz w:val="22"/>
          <w:u w:val="single"/>
        </w:rPr>
        <w:t>the</w:t>
      </w:r>
      <w:r>
        <w:rPr>
          <w:b w:val="0"/>
          <w:i w:val="0"/>
          <w:smallCaps w:val="0"/>
          <w:strike w:val="0"/>
          <w:sz w:val="16"/>
          <w:u w:val="none"/>
        </w:rPr>
        <w:t xml:space="preserve"> current global </w:t>
      </w:r>
      <w:r>
        <w:rPr>
          <w:b/>
          <w:i w:val="0"/>
          <w:smallCaps w:val="0"/>
          <w:strike w:val="0"/>
          <w:sz w:val="22"/>
          <w:u w:val="single"/>
        </w:rPr>
        <w:t>security</w:t>
      </w:r>
      <w:r>
        <w:rPr>
          <w:b w:val="0"/>
          <w:i w:val="0"/>
          <w:smallCaps w:val="0"/>
          <w:strike w:val="0"/>
          <w:sz w:val="22"/>
          <w:u w:val="single"/>
        </w:rPr>
        <w:t xml:space="preserve"> environment</w:t>
      </w:r>
      <w:r>
        <w:rPr>
          <w:b w:val="0"/>
          <w:i w:val="0"/>
          <w:smallCaps w:val="0"/>
          <w:strike w:val="0"/>
          <w:sz w:val="16"/>
          <w:u w:val="none"/>
        </w:rPr>
        <w:t xml:space="preserve"> bottom-up, working at the atomic level.</w:t>
      </w:r>
    </w:p>
    <w:p>
      <w:pPr>
        <w:spacing w:after="60"/>
      </w:pPr>
      <w:r>
        <w:rPr>
          <w:b w:val="0"/>
          <w:i w:val="0"/>
          <w:smallCaps w:val="0"/>
          <w:strike w:val="0"/>
          <w:sz w:val="22"/>
          <w:u w:val="single"/>
        </w:rPr>
        <w:t>Nuclear weapons</w:t>
      </w:r>
      <w:r>
        <w:rPr>
          <w:b w:val="0"/>
          <w:i w:val="0"/>
          <w:smallCaps w:val="0"/>
          <w:strike w:val="0"/>
          <w:sz w:val="16"/>
          <w:u w:val="none"/>
        </w:rPr>
        <w:t xml:space="preserve"> are devices that work in the other direction, top-down.  They are the most powerful weapons controlled by humans; but they are so damaging and </w:t>
      </w:r>
      <w:r>
        <w:rPr>
          <w:b w:val="0"/>
          <w:i w:val="0"/>
          <w:smallCaps w:val="0"/>
          <w:strike w:val="0"/>
          <w:sz w:val="22"/>
          <w:u w:val="single"/>
        </w:rPr>
        <w:t>so imprecise</w:t>
      </w:r>
      <w:r>
        <w:rPr>
          <w:b w:val="0"/>
          <w:i w:val="0"/>
          <w:smallCaps w:val="0"/>
          <w:strike w:val="0"/>
          <w:sz w:val="16"/>
          <w:u w:val="none"/>
        </w:rPr>
        <w:t xml:space="preserve"> as to be all but unusable in war </w:t>
      </w:r>
      <w:r>
        <w:rPr>
          <w:b w:val="0"/>
          <w:i w:val="0"/>
          <w:smallCaps w:val="0"/>
          <w:strike w:val="0"/>
          <w:sz w:val="22"/>
          <w:u w:val="single"/>
        </w:rPr>
        <w:t>except against enemies who have no ability to retaliate</w:t>
      </w:r>
      <w:r>
        <w:rPr>
          <w:b w:val="0"/>
          <w:i w:val="0"/>
          <w:smallCaps w:val="0"/>
          <w:strike w:val="0"/>
          <w:sz w:val="16"/>
          <w:u w:val="none"/>
        </w:rPr>
        <w:t xml:space="preserve"> in a similar manner.</w:t>
      </w:r>
    </w:p>
    <w:p>
      <w:pPr>
        <w:spacing w:after="60"/>
      </w:pPr>
      <w:r>
        <w:rPr>
          <w:b w:val="0"/>
          <w:i w:val="0"/>
          <w:smallCaps w:val="0"/>
          <w:strike w:val="0"/>
          <w:sz w:val="16"/>
          <w:u w:val="none"/>
        </w:rPr>
        <w:t xml:space="preserve">The </w:t>
      </w:r>
      <w:r>
        <w:rPr>
          <w:b/>
          <w:i w:val="0"/>
          <w:smallCaps w:val="0"/>
          <w:strike w:val="0"/>
          <w:sz w:val="22"/>
          <w:u w:val="single"/>
        </w:rPr>
        <w:t>entire paradigm</w:t>
      </w:r>
      <w:r>
        <w:rPr>
          <w:b w:val="0"/>
          <w:i w:val="0"/>
          <w:smallCaps w:val="0"/>
          <w:strike w:val="0"/>
          <w:sz w:val="22"/>
          <w:u w:val="single"/>
        </w:rPr>
        <w:t xml:space="preserve"> of</w:t>
      </w:r>
      <w:r>
        <w:rPr>
          <w:b w:val="0"/>
          <w:i w:val="0"/>
          <w:smallCaps w:val="0"/>
          <w:strike w:val="0"/>
          <w:sz w:val="16"/>
          <w:u w:val="none"/>
        </w:rPr>
        <w:t xml:space="preserve"> strategic </w:t>
      </w:r>
      <w:r>
        <w:rPr>
          <w:b w:val="0"/>
          <w:i w:val="0"/>
          <w:smallCaps w:val="0"/>
          <w:strike w:val="0"/>
          <w:sz w:val="22"/>
          <w:highlight w:val="cyan"/>
          <w:u w:val="single"/>
        </w:rPr>
        <w:t xml:space="preserve">nuclear </w:t>
      </w:r>
      <w:r>
        <w:rPr>
          <w:b/>
          <w:i w:val="0"/>
          <w:smallCaps w:val="0"/>
          <w:strike w:val="0"/>
          <w:sz w:val="22"/>
          <w:highlight w:val="cyan"/>
          <w:u w:val="single"/>
        </w:rPr>
        <w:t>deterrence</w:t>
      </w:r>
      <w:r>
        <w:rPr>
          <w:b w:val="0"/>
          <w:i w:val="0"/>
          <w:smallCaps w:val="0"/>
          <w:strike w:val="0"/>
          <w:sz w:val="22"/>
          <w:u w:val="single"/>
        </w:rPr>
        <w:t xml:space="preserve"> is based on</w:t>
      </w:r>
      <w:r>
        <w:rPr>
          <w:b w:val="0"/>
          <w:i w:val="0"/>
          <w:smallCaps w:val="0"/>
          <w:strike w:val="0"/>
          <w:sz w:val="16"/>
          <w:u w:val="none"/>
        </w:rPr>
        <w:t xml:space="preserve"> manipulating </w:t>
      </w:r>
      <w:r>
        <w:rPr>
          <w:b w:val="0"/>
          <w:i w:val="0"/>
          <w:smallCaps w:val="0"/>
          <w:strike w:val="0"/>
          <w:sz w:val="22"/>
          <w:u w:val="single"/>
        </w:rPr>
        <w:t>atoms to generate</w:t>
      </w:r>
      <w:r>
        <w:rPr>
          <w:b w:val="0"/>
          <w:i w:val="0"/>
          <w:smallCaps w:val="0"/>
          <w:strike w:val="0"/>
          <w:sz w:val="16"/>
          <w:u w:val="none"/>
        </w:rPr>
        <w:t xml:space="preserve"> gargantuan amounts of </w:t>
      </w:r>
      <w:r>
        <w:rPr>
          <w:b w:val="0"/>
          <w:i w:val="0"/>
          <w:smallCaps w:val="0"/>
          <w:strike w:val="0"/>
          <w:sz w:val="22"/>
          <w:u w:val="single"/>
        </w:rPr>
        <w:t>energy</w:t>
      </w:r>
      <w:r>
        <w:rPr>
          <w:b w:val="0"/>
          <w:i w:val="0"/>
          <w:smallCaps w:val="0"/>
          <w:strike w:val="0"/>
          <w:sz w:val="16"/>
          <w:u w:val="none"/>
        </w:rPr>
        <w:t xml:space="preserve"> in various forms, to inflict massive blast, thermal and radiation effects, onto the mechanical world of classical Newtonian physics—essentially, vaporizing and blowing up instantly populations, cities, military bases and other living and non-living things, and reducing them to smoking, radiating ruins—or threatening to do so.</w:t>
      </w:r>
    </w:p>
    <w:p>
      <w:pPr>
        <w:spacing w:after="60"/>
      </w:pPr>
      <w:r>
        <w:rPr>
          <w:b w:val="0"/>
          <w:i w:val="0"/>
          <w:smallCaps w:val="0"/>
          <w:strike w:val="0"/>
          <w:sz w:val="16"/>
          <w:u w:val="none"/>
        </w:rPr>
        <w:t xml:space="preserve">They work by </w:t>
      </w:r>
      <w:r>
        <w:rPr>
          <w:b/>
          <w:i w:val="0"/>
          <w:smallCaps w:val="0"/>
          <w:strike w:val="0"/>
          <w:sz w:val="22"/>
          <w:u w:val="single"/>
        </w:rPr>
        <w:t>releasing</w:t>
      </w:r>
      <w:r>
        <w:rPr>
          <w:b w:val="0"/>
          <w:i w:val="0"/>
          <w:smallCaps w:val="0"/>
          <w:strike w:val="0"/>
          <w:sz w:val="22"/>
          <w:u w:val="single"/>
        </w:rPr>
        <w:t xml:space="preserve"> so much </w:t>
      </w:r>
      <w:r>
        <w:rPr>
          <w:b/>
          <w:i w:val="0"/>
          <w:smallCaps w:val="0"/>
          <w:strike w:val="0"/>
          <w:sz w:val="22"/>
          <w:u w:val="single"/>
        </w:rPr>
        <w:t>energy</w:t>
      </w:r>
      <w:r>
        <w:rPr>
          <w:b w:val="0"/>
          <w:i w:val="0"/>
          <w:smallCaps w:val="0"/>
          <w:strike w:val="0"/>
          <w:sz w:val="16"/>
          <w:u w:val="none"/>
        </w:rPr>
        <w:t xml:space="preserve"> and increasing entropy enormously in one place in a few seconds that the resulting </w:t>
      </w:r>
      <w:r>
        <w:rPr>
          <w:b w:val="0"/>
          <w:i w:val="0"/>
          <w:smallCaps w:val="0"/>
          <w:strike w:val="0"/>
          <w:sz w:val="22"/>
          <w:u w:val="single"/>
        </w:rPr>
        <w:t>explosion</w:t>
      </w:r>
      <w:r>
        <w:rPr>
          <w:b w:val="0"/>
          <w:i w:val="0"/>
          <w:smallCaps w:val="0"/>
          <w:strike w:val="0"/>
          <w:sz w:val="16"/>
          <w:u w:val="none"/>
        </w:rPr>
        <w:t xml:space="preserve"> is </w:t>
      </w:r>
      <w:r>
        <w:rPr>
          <w:b/>
          <w:i w:val="0"/>
          <w:smallCaps w:val="0"/>
          <w:strike w:val="0"/>
          <w:sz w:val="22"/>
          <w:u w:val="single"/>
        </w:rPr>
        <w:t>uncontrollable</w:t>
      </w:r>
      <w:r>
        <w:rPr>
          <w:b w:val="0"/>
          <w:i w:val="0"/>
          <w:smallCaps w:val="0"/>
          <w:strike w:val="0"/>
          <w:sz w:val="16"/>
          <w:u w:val="none"/>
        </w:rPr>
        <w:t xml:space="preserve">.  With exquisite science and astounding technological prowess, these </w:t>
      </w:r>
      <w:r>
        <w:rPr>
          <w:b w:val="0"/>
          <w:i w:val="0"/>
          <w:smallCaps w:val="0"/>
          <w:strike w:val="0"/>
          <w:sz w:val="22"/>
          <w:u w:val="single"/>
        </w:rPr>
        <w:t>forces</w:t>
      </w:r>
      <w:r>
        <w:rPr>
          <w:b w:val="0"/>
          <w:i w:val="0"/>
          <w:smallCaps w:val="0"/>
          <w:strike w:val="0"/>
          <w:sz w:val="16"/>
          <w:u w:val="none"/>
        </w:rPr>
        <w:t xml:space="preserve"> have been </w:t>
      </w:r>
      <w:r>
        <w:rPr>
          <w:b w:val="0"/>
          <w:i w:val="0"/>
          <w:smallCaps w:val="0"/>
          <w:strike w:val="0"/>
          <w:sz w:val="22"/>
          <w:u w:val="single"/>
        </w:rPr>
        <w:t>channeled into</w:t>
      </w:r>
      <w:r>
        <w:rPr>
          <w:b w:val="0"/>
          <w:i w:val="0"/>
          <w:smallCaps w:val="0"/>
          <w:strike w:val="0"/>
          <w:sz w:val="16"/>
          <w:u w:val="none"/>
        </w:rPr>
        <w:t xml:space="preserve"> different types of nuclear </w:t>
      </w:r>
      <w:r>
        <w:rPr>
          <w:b w:val="0"/>
          <w:i w:val="0"/>
          <w:smallCaps w:val="0"/>
          <w:strike w:val="0"/>
          <w:sz w:val="22"/>
          <w:u w:val="single"/>
        </w:rPr>
        <w:t>weapons</w:t>
      </w:r>
      <w:r>
        <w:rPr>
          <w:b w:val="0"/>
          <w:i w:val="0"/>
          <w:smallCaps w:val="0"/>
          <w:strike w:val="0"/>
          <w:sz w:val="16"/>
          <w:u w:val="none"/>
        </w:rPr>
        <w:t>,  but the detonation itself is always well beyond human control, often beyond comprehension.  The attempt to harness this energy in a controlled manner was displaced into nuclear reactors for the fission process and tokamak containers for fusion reactions, but neither technologies have succeeded  in providing controlled energy on a sustainable basis and have proven vulnerable to catastrophic failure.  Meanwhile, nuclear weapons abound.</w:t>
      </w:r>
    </w:p>
    <w:p>
      <w:pPr>
        <w:spacing w:after="60"/>
      </w:pPr>
      <w:r>
        <w:rPr>
          <w:b w:val="0"/>
          <w:i w:val="0"/>
          <w:smallCaps w:val="0"/>
          <w:strike w:val="0"/>
          <w:sz w:val="16"/>
          <w:u w:val="none"/>
        </w:rPr>
        <w:t>Every time since Nagasaki and Hiroshima that the United States considered using them—in the Korean War, against China in 1958, over Cuba in 1962, in Vietnam in 1966…it found them unnecessary or unusable.  No doubt other nuclear weapons states have stood at the edge of the nuclear precipice—Russia and China in 1968, for example, possibly Israel at various times—then backed off.</w:t>
      </w:r>
    </w:p>
    <w:p>
      <w:pPr>
        <w:spacing w:after="60"/>
      </w:pPr>
      <w:r>
        <w:rPr>
          <w:b w:val="0"/>
          <w:i w:val="0"/>
          <w:smallCaps w:val="0"/>
          <w:strike w:val="0"/>
          <w:sz w:val="16"/>
          <w:u w:val="none"/>
        </w:rPr>
        <w:t>This potency and disutility gives rise to the imperative to maintain control of these ultimate weapons at all times, leading in turn to a fundamental “always-never” dilemma.</w:t>
      </w:r>
    </w:p>
    <w:p>
      <w:pPr>
        <w:spacing w:after="60"/>
      </w:pPr>
      <w:r>
        <w:rPr>
          <w:b w:val="0"/>
          <w:i w:val="0"/>
          <w:smallCaps w:val="0"/>
          <w:strike w:val="0"/>
          <w:sz w:val="22"/>
          <w:u w:val="single"/>
        </w:rPr>
        <w:t>Nuclear weapons</w:t>
      </w:r>
      <w:r>
        <w:rPr>
          <w:b w:val="0"/>
          <w:i w:val="0"/>
          <w:smallCaps w:val="0"/>
          <w:strike w:val="0"/>
          <w:sz w:val="16"/>
          <w:u w:val="none"/>
        </w:rPr>
        <w:t xml:space="preserve"> </w:t>
      </w:r>
      <w:r>
        <w:rPr>
          <w:b w:val="0"/>
          <w:i w:val="0"/>
          <w:smallCaps w:val="0"/>
          <w:strike w:val="0"/>
          <w:sz w:val="22"/>
          <w:u w:val="single"/>
        </w:rPr>
        <w:t xml:space="preserve">must </w:t>
      </w:r>
      <w:r>
        <w:rPr>
          <w:b/>
          <w:i w:val="0"/>
          <w:smallCaps w:val="0"/>
          <w:strike w:val="0"/>
          <w:sz w:val="22"/>
          <w:u w:val="single"/>
        </w:rPr>
        <w:t>always</w:t>
      </w:r>
      <w:r>
        <w:rPr>
          <w:b w:val="0"/>
          <w:i w:val="0"/>
          <w:smallCaps w:val="0"/>
          <w:strike w:val="0"/>
          <w:sz w:val="22"/>
          <w:u w:val="single"/>
        </w:rPr>
        <w:t xml:space="preserve"> be </w:t>
      </w:r>
      <w:r>
        <w:rPr>
          <w:b/>
          <w:i w:val="0"/>
          <w:smallCaps w:val="0"/>
          <w:strike w:val="0"/>
          <w:sz w:val="22"/>
          <w:u w:val="single"/>
        </w:rPr>
        <w:t>controlled</w:t>
      </w:r>
      <w:r>
        <w:rPr>
          <w:b w:val="0"/>
          <w:i w:val="0"/>
          <w:smallCaps w:val="0"/>
          <w:strike w:val="0"/>
          <w:sz w:val="22"/>
          <w:u w:val="single"/>
        </w:rPr>
        <w:t>, by</w:t>
      </w:r>
      <w:r>
        <w:rPr>
          <w:b w:val="0"/>
          <w:i w:val="0"/>
          <w:smallCaps w:val="0"/>
          <w:strike w:val="0"/>
          <w:sz w:val="16"/>
          <w:u w:val="none"/>
        </w:rPr>
        <w:t xml:space="preserve"> some </w:t>
      </w:r>
      <w:r>
        <w:rPr>
          <w:b w:val="0"/>
          <w:i w:val="0"/>
          <w:smallCaps w:val="0"/>
          <w:strike w:val="0"/>
          <w:sz w:val="22"/>
          <w:u w:val="single"/>
        </w:rPr>
        <w:t>combination of</w:t>
      </w:r>
      <w:r>
        <w:rPr>
          <w:b w:val="0"/>
          <w:i w:val="0"/>
          <w:smallCaps w:val="0"/>
          <w:strike w:val="0"/>
          <w:sz w:val="16"/>
          <w:u w:val="none"/>
        </w:rPr>
        <w:t xml:space="preserve"> organizational and technological control </w:t>
      </w:r>
      <w:r>
        <w:rPr>
          <w:b w:val="0"/>
          <w:i w:val="0"/>
          <w:smallCaps w:val="0"/>
          <w:strike w:val="0"/>
          <w:sz w:val="22"/>
          <w:u w:val="single"/>
        </w:rPr>
        <w:t xml:space="preserve">systems, to </w:t>
      </w:r>
      <w:r>
        <w:rPr>
          <w:b/>
          <w:i w:val="0"/>
          <w:smallCaps w:val="0"/>
          <w:strike w:val="0"/>
          <w:sz w:val="22"/>
          <w:u w:val="single"/>
        </w:rPr>
        <w:t>ensure</w:t>
      </w:r>
      <w:r>
        <w:rPr>
          <w:b w:val="0"/>
          <w:i w:val="0"/>
          <w:smallCaps w:val="0"/>
          <w:strike w:val="0"/>
          <w:sz w:val="16"/>
          <w:u w:val="none"/>
        </w:rPr>
        <w:t xml:space="preserve"> that </w:t>
      </w:r>
      <w:r>
        <w:rPr>
          <w:b w:val="0"/>
          <w:i w:val="0"/>
          <w:smallCaps w:val="0"/>
          <w:strike w:val="0"/>
          <w:sz w:val="22"/>
          <w:u w:val="single"/>
        </w:rPr>
        <w:t>they are</w:t>
      </w:r>
      <w:r>
        <w:rPr>
          <w:b w:val="0"/>
          <w:i w:val="0"/>
          <w:smallCaps w:val="0"/>
          <w:strike w:val="0"/>
          <w:sz w:val="16"/>
          <w:u w:val="none"/>
        </w:rPr>
        <w:t xml:space="preserve"> always </w:t>
      </w:r>
      <w:r>
        <w:rPr>
          <w:b w:val="0"/>
          <w:i w:val="0"/>
          <w:smallCaps w:val="0"/>
          <w:strike w:val="0"/>
          <w:sz w:val="22"/>
          <w:u w:val="single"/>
        </w:rPr>
        <w:t>available</w:t>
      </w:r>
      <w:r>
        <w:rPr>
          <w:b w:val="0"/>
          <w:i w:val="0"/>
          <w:smallCaps w:val="0"/>
          <w:strike w:val="0"/>
          <w:sz w:val="16"/>
          <w:u w:val="none"/>
        </w:rPr>
        <w:t xml:space="preserve"> almost instantly for use, to </w:t>
      </w:r>
      <w:r>
        <w:rPr>
          <w:b w:val="0"/>
          <w:i w:val="0"/>
          <w:smallCaps w:val="0"/>
          <w:strike w:val="0"/>
          <w:sz w:val="22"/>
          <w:u w:val="single"/>
        </w:rPr>
        <w:t>maintain</w:t>
      </w:r>
      <w:r>
        <w:rPr>
          <w:b w:val="0"/>
          <w:i w:val="0"/>
          <w:smallCaps w:val="0"/>
          <w:strike w:val="0"/>
          <w:sz w:val="16"/>
          <w:u w:val="none"/>
        </w:rPr>
        <w:t xml:space="preserve"> credibility of </w:t>
      </w:r>
      <w:r>
        <w:rPr>
          <w:b/>
          <w:i w:val="0"/>
          <w:smallCaps w:val="0"/>
          <w:strike w:val="0"/>
          <w:sz w:val="22"/>
          <w:u w:val="single"/>
        </w:rPr>
        <w:t>deterrence</w:t>
      </w:r>
      <w:r>
        <w:rPr>
          <w:b w:val="0"/>
          <w:i w:val="0"/>
          <w:smallCaps w:val="0"/>
          <w:strike w:val="0"/>
          <w:sz w:val="16"/>
          <w:u w:val="none"/>
        </w:rPr>
        <w:t xml:space="preserve"> aimed at nuclear and non-nuclear armed adversaries, or </w:t>
      </w:r>
      <w:r>
        <w:rPr>
          <w:b w:val="0"/>
          <w:i w:val="0"/>
          <w:smallCaps w:val="0"/>
          <w:strike w:val="0"/>
          <w:sz w:val="22"/>
          <w:u w:val="single"/>
        </w:rPr>
        <w:t xml:space="preserve">to </w:t>
      </w:r>
      <w:r>
        <w:rPr>
          <w:b/>
          <w:i w:val="0"/>
          <w:smallCaps w:val="0"/>
          <w:strike w:val="0"/>
          <w:sz w:val="22"/>
          <w:u w:val="single"/>
        </w:rPr>
        <w:t>reassure allies</w:t>
      </w:r>
      <w:r>
        <w:rPr>
          <w:b w:val="0"/>
          <w:i w:val="0"/>
          <w:smallCaps w:val="0"/>
          <w:strike w:val="0"/>
          <w:sz w:val="16"/>
          <w:u w:val="none"/>
        </w:rPr>
        <w:t xml:space="preserve"> if you are the United States; and to </w:t>
      </w:r>
      <w:r>
        <w:rPr>
          <w:b w:val="0"/>
          <w:i w:val="0"/>
          <w:smallCaps w:val="0"/>
          <w:strike w:val="0"/>
          <w:sz w:val="22"/>
          <w:highlight w:val="cyan"/>
          <w:u w:val="single"/>
        </w:rPr>
        <w:t>ensure</w:t>
      </w:r>
      <w:r>
        <w:rPr>
          <w:b w:val="0"/>
          <w:i w:val="0"/>
          <w:smallCaps w:val="0"/>
          <w:strike w:val="0"/>
          <w:sz w:val="16"/>
          <w:u w:val="none"/>
        </w:rPr>
        <w:t xml:space="preserve"> that they are </w:t>
      </w:r>
      <w:r>
        <w:rPr>
          <w:b w:val="0"/>
          <w:i w:val="0"/>
          <w:smallCaps w:val="0"/>
          <w:strike w:val="0"/>
          <w:sz w:val="22"/>
          <w:highlight w:val="cyan"/>
          <w:u w:val="single"/>
        </w:rPr>
        <w:t xml:space="preserve">never </w:t>
      </w:r>
      <w:r>
        <w:rPr>
          <w:b w:val="0"/>
          <w:i w:val="0"/>
          <w:smallCaps w:val="0"/>
          <w:strike w:val="0"/>
          <w:sz w:val="22"/>
          <w:u w:val="single"/>
        </w:rPr>
        <w:t>used without</w:t>
      </w:r>
      <w:r>
        <w:rPr>
          <w:b w:val="0"/>
          <w:i w:val="0"/>
          <w:smallCaps w:val="0"/>
          <w:strike w:val="0"/>
          <w:sz w:val="16"/>
          <w:u w:val="none"/>
        </w:rPr>
        <w:t xml:space="preserve"> legitimate </w:t>
      </w:r>
      <w:r>
        <w:rPr>
          <w:b w:val="0"/>
          <w:i w:val="0"/>
          <w:smallCaps w:val="0"/>
          <w:strike w:val="0"/>
          <w:sz w:val="22"/>
          <w:u w:val="single"/>
        </w:rPr>
        <w:t>authorization and</w:t>
      </w:r>
      <w:r>
        <w:rPr>
          <w:b w:val="0"/>
          <w:i w:val="0"/>
          <w:smallCaps w:val="0"/>
          <w:strike w:val="0"/>
          <w:sz w:val="16"/>
          <w:u w:val="none"/>
        </w:rPr>
        <w:t xml:space="preserve"> proper </w:t>
      </w:r>
      <w:r>
        <w:rPr>
          <w:b w:val="0"/>
          <w:i w:val="0"/>
          <w:smallCaps w:val="0"/>
          <w:strike w:val="0"/>
          <w:sz w:val="22"/>
          <w:u w:val="single"/>
        </w:rPr>
        <w:t>authentication</w:t>
      </w:r>
      <w:r>
        <w:rPr>
          <w:b w:val="0"/>
          <w:i w:val="0"/>
          <w:smallCaps w:val="0"/>
          <w:strike w:val="0"/>
          <w:sz w:val="16"/>
          <w:u w:val="none"/>
        </w:rPr>
        <w:t xml:space="preserve">, which could </w:t>
      </w:r>
      <w:r>
        <w:rPr>
          <w:b w:val="0"/>
          <w:i w:val="0"/>
          <w:smallCaps w:val="0"/>
          <w:strike w:val="0"/>
          <w:sz w:val="22"/>
          <w:u w:val="single"/>
        </w:rPr>
        <w:t xml:space="preserve">lead to </w:t>
      </w:r>
      <w:r>
        <w:rPr>
          <w:b/>
          <w:i w:val="0"/>
          <w:smallCaps w:val="0"/>
          <w:strike w:val="0"/>
          <w:sz w:val="22"/>
          <w:highlight w:val="cyan"/>
          <w:u w:val="single"/>
        </w:rPr>
        <w:t>inadvertent</w:t>
      </w:r>
      <w:r>
        <w:rPr>
          <w:b w:val="0"/>
          <w:i w:val="0"/>
          <w:smallCaps w:val="0"/>
          <w:strike w:val="0"/>
          <w:sz w:val="22"/>
          <w:u w:val="single"/>
        </w:rPr>
        <w:t>,</w:t>
      </w:r>
      <w:r>
        <w:rPr>
          <w:b w:val="0"/>
          <w:i w:val="0"/>
          <w:smallCaps w:val="0"/>
          <w:strike w:val="0"/>
          <w:sz w:val="16"/>
          <w:u w:val="none"/>
        </w:rPr>
        <w:t xml:space="preserve"> unintended, or </w:t>
      </w:r>
      <w:r>
        <w:rPr>
          <w:b/>
          <w:i w:val="0"/>
          <w:smallCaps w:val="0"/>
          <w:strike w:val="0"/>
          <w:sz w:val="22"/>
          <w:u w:val="single"/>
        </w:rPr>
        <w:t>accidental</w:t>
      </w:r>
      <w:r>
        <w:rPr>
          <w:b w:val="0"/>
          <w:i w:val="0"/>
          <w:smallCaps w:val="0"/>
          <w:strike w:val="0"/>
          <w:sz w:val="16"/>
          <w:u w:val="none"/>
        </w:rPr>
        <w:t xml:space="preserve"> nuclear attack and reciprocal </w:t>
      </w:r>
      <w:r>
        <w:rPr>
          <w:b/>
          <w:i w:val="0"/>
          <w:smallCaps w:val="0"/>
          <w:strike w:val="0"/>
          <w:sz w:val="22"/>
          <w:highlight w:val="cyan"/>
          <w:u w:val="single"/>
        </w:rPr>
        <w:t>nuc</w:t>
      </w:r>
      <w:r>
        <w:rPr>
          <w:b/>
          <w:i w:val="0"/>
          <w:smallCaps w:val="0"/>
          <w:strike w:val="0"/>
          <w:sz w:val="22"/>
          <w:u w:val="single"/>
        </w:rPr>
        <w:t xml:space="preserve">lear </w:t>
      </w:r>
      <w:r>
        <w:rPr>
          <w:b/>
          <w:i w:val="0"/>
          <w:smallCaps w:val="0"/>
          <w:strike w:val="0"/>
          <w:sz w:val="22"/>
          <w:highlight w:val="cyan"/>
          <w:u w:val="single"/>
        </w:rPr>
        <w:t>war.</w:t>
      </w:r>
    </w:p>
    <w:p>
      <w:pPr>
        <w:spacing w:after="60"/>
      </w:pPr>
      <w:r>
        <w:rPr>
          <w:b w:val="0"/>
          <w:i w:val="0"/>
          <w:smallCaps w:val="0"/>
          <w:strike w:val="0"/>
          <w:sz w:val="16"/>
          <w:u w:val="none"/>
        </w:rPr>
        <w:t xml:space="preserve">Unfortunately, the </w:t>
      </w:r>
      <w:r>
        <w:rPr>
          <w:b w:val="0"/>
          <w:i w:val="0"/>
          <w:smallCaps w:val="0"/>
          <w:strike w:val="0"/>
          <w:sz w:val="22"/>
          <w:u w:val="single"/>
        </w:rPr>
        <w:t>legacy</w:t>
      </w:r>
      <w:r>
        <w:rPr>
          <w:b w:val="0"/>
          <w:i w:val="0"/>
          <w:smallCaps w:val="0"/>
          <w:strike w:val="0"/>
          <w:sz w:val="16"/>
          <w:u w:val="none"/>
        </w:rPr>
        <w:t xml:space="preserve"> and brand new command and control systems </w:t>
      </w:r>
      <w:r>
        <w:rPr>
          <w:b w:val="0"/>
          <w:i w:val="0"/>
          <w:smallCaps w:val="0"/>
          <w:strike w:val="0"/>
          <w:sz w:val="22"/>
          <w:u w:val="single"/>
        </w:rPr>
        <w:t>deployed by nuclear</w:t>
      </w:r>
      <w:r>
        <w:rPr>
          <w:b w:val="0"/>
          <w:i w:val="0"/>
          <w:smallCaps w:val="0"/>
          <w:strike w:val="0"/>
          <w:sz w:val="16"/>
          <w:u w:val="none"/>
        </w:rPr>
        <w:t xml:space="preserve"> armed </w:t>
      </w:r>
      <w:r>
        <w:rPr>
          <w:b w:val="0"/>
          <w:i w:val="0"/>
          <w:smallCaps w:val="0"/>
          <w:strike w:val="0"/>
          <w:sz w:val="22"/>
          <w:highlight w:val="cyan"/>
          <w:u w:val="single"/>
        </w:rPr>
        <w:t>states</w:t>
      </w:r>
      <w:r>
        <w:rPr>
          <w:b w:val="0"/>
          <w:i w:val="0"/>
          <w:smallCaps w:val="0"/>
          <w:strike w:val="0"/>
          <w:sz w:val="16"/>
          <w:u w:val="none"/>
        </w:rPr>
        <w:t xml:space="preserve"> are </w:t>
      </w:r>
      <w:r>
        <w:rPr>
          <w:b w:val="0"/>
          <w:i w:val="0"/>
          <w:smallCaps w:val="0"/>
          <w:strike w:val="0"/>
          <w:sz w:val="22"/>
          <w:highlight w:val="cyan"/>
          <w:u w:val="single"/>
        </w:rPr>
        <w:t xml:space="preserve">subject to </w:t>
      </w:r>
      <w:r>
        <w:rPr>
          <w:b/>
          <w:i w:val="0"/>
          <w:smallCaps w:val="0"/>
          <w:strike w:val="0"/>
          <w:sz w:val="22"/>
          <w:highlight w:val="cyan"/>
          <w:u w:val="single"/>
        </w:rPr>
        <w:t>disruption</w:t>
      </w:r>
      <w:r>
        <w:rPr>
          <w:b w:val="0"/>
          <w:i w:val="0"/>
          <w:smallCaps w:val="0"/>
          <w:strike w:val="0"/>
          <w:sz w:val="22"/>
          <w:highlight w:val="cyan"/>
          <w:u w:val="single"/>
        </w:rPr>
        <w:t xml:space="preserve"> by</w:t>
      </w:r>
      <w:r>
        <w:rPr>
          <w:b w:val="0"/>
          <w:i w:val="0"/>
          <w:smallCaps w:val="0"/>
          <w:strike w:val="0"/>
          <w:sz w:val="16"/>
          <w:u w:val="none"/>
        </w:rPr>
        <w:t xml:space="preserve"> new technologies, some of which are near term.  Potentially one of </w:t>
      </w:r>
      <w:r>
        <w:rPr>
          <w:b/>
          <w:i w:val="0"/>
          <w:smallCaps w:val="0"/>
          <w:strike w:val="0"/>
          <w:sz w:val="22"/>
          <w:u w:val="single"/>
        </w:rPr>
        <w:t>most potent</w:t>
      </w:r>
      <w:r>
        <w:rPr>
          <w:b w:val="0"/>
          <w:i w:val="0"/>
          <w:smallCaps w:val="0"/>
          <w:strike w:val="0"/>
          <w:sz w:val="16"/>
          <w:u w:val="none"/>
        </w:rPr>
        <w:t xml:space="preserve"> of these </w:t>
      </w:r>
      <w:r>
        <w:rPr>
          <w:b w:val="0"/>
          <w:i w:val="0"/>
          <w:smallCaps w:val="0"/>
          <w:strike w:val="0"/>
          <w:sz w:val="22"/>
          <w:u w:val="single"/>
        </w:rPr>
        <w:t xml:space="preserve">is </w:t>
      </w:r>
      <w:r>
        <w:rPr>
          <w:b/>
          <w:i w:val="0"/>
          <w:smallCaps w:val="0"/>
          <w:strike w:val="0"/>
          <w:sz w:val="22"/>
          <w:highlight w:val="cyan"/>
          <w:u w:val="single"/>
        </w:rPr>
        <w:t>quantum</w:t>
      </w:r>
      <w:r>
        <w:rPr>
          <w:b w:val="0"/>
          <w:i w:val="0"/>
          <w:smallCaps w:val="0"/>
          <w:strike w:val="0"/>
          <w:sz w:val="16"/>
          <w:u w:val="none"/>
        </w:rPr>
        <w:t xml:space="preserve"> technology.</w:t>
      </w:r>
    </w:p>
    <w:p>
      <w:pPr>
        <w:spacing w:after="60"/>
      </w:pPr>
      <w:r>
        <w:rPr>
          <w:b/>
          <w:i w:val="0"/>
          <w:smallCaps w:val="0"/>
          <w:strike w:val="0"/>
          <w:sz w:val="22"/>
          <w:u w:val="single"/>
        </w:rPr>
        <w:t>Nuclear</w:t>
      </w:r>
      <w:r>
        <w:rPr>
          <w:b w:val="0"/>
          <w:i w:val="0"/>
          <w:smallCaps w:val="0"/>
          <w:strike w:val="0"/>
          <w:sz w:val="22"/>
          <w:u w:val="single"/>
        </w:rPr>
        <w:t xml:space="preserve"> armed </w:t>
      </w:r>
      <w:r>
        <w:rPr>
          <w:b/>
          <w:i w:val="0"/>
          <w:smallCaps w:val="0"/>
          <w:strike w:val="0"/>
          <w:sz w:val="22"/>
          <w:u w:val="single"/>
        </w:rPr>
        <w:t>states</w:t>
      </w:r>
      <w:r>
        <w:rPr>
          <w:b w:val="0"/>
          <w:i w:val="0"/>
          <w:smallCaps w:val="0"/>
          <w:strike w:val="0"/>
          <w:sz w:val="22"/>
          <w:u w:val="single"/>
        </w:rPr>
        <w:t xml:space="preserve"> have</w:t>
      </w:r>
      <w:r>
        <w:rPr>
          <w:b w:val="0"/>
          <w:i w:val="0"/>
          <w:smallCaps w:val="0"/>
          <w:strike w:val="0"/>
          <w:sz w:val="16"/>
          <w:u w:val="none"/>
        </w:rPr>
        <w:t xml:space="preserve"> built nuclear command and control systems that are supported by communications to and from </w:t>
      </w:r>
      <w:r>
        <w:rPr>
          <w:b w:val="0"/>
          <w:i w:val="0"/>
          <w:smallCaps w:val="0"/>
          <w:strike w:val="0"/>
          <w:sz w:val="22"/>
          <w:u w:val="single"/>
        </w:rPr>
        <w:t>command</w:t>
      </w:r>
      <w:r>
        <w:rPr>
          <w:b w:val="0"/>
          <w:i w:val="0"/>
          <w:smallCaps w:val="0"/>
          <w:strike w:val="0"/>
          <w:sz w:val="16"/>
          <w:u w:val="none"/>
        </w:rPr>
        <w:t xml:space="preserve"> centers, </w:t>
      </w:r>
      <w:r>
        <w:rPr>
          <w:b w:val="0"/>
          <w:i w:val="0"/>
          <w:smallCaps w:val="0"/>
          <w:strike w:val="0"/>
          <w:sz w:val="22"/>
          <w:u w:val="single"/>
        </w:rPr>
        <w:t>computers</w:t>
      </w:r>
      <w:r>
        <w:rPr>
          <w:b w:val="0"/>
          <w:i w:val="0"/>
          <w:smallCaps w:val="0"/>
          <w:strike w:val="0"/>
          <w:sz w:val="16"/>
          <w:u w:val="none"/>
        </w:rPr>
        <w:t xml:space="preserve">, </w:t>
      </w:r>
      <w:r>
        <w:rPr>
          <w:b w:val="0"/>
          <w:i w:val="0"/>
          <w:smallCaps w:val="0"/>
          <w:strike w:val="0"/>
          <w:sz w:val="22"/>
          <w:u w:val="single"/>
        </w:rPr>
        <w:t>intel</w:t>
      </w:r>
      <w:r>
        <w:rPr>
          <w:b w:val="0"/>
          <w:i w:val="0"/>
          <w:smallCaps w:val="0"/>
          <w:strike w:val="0"/>
          <w:sz w:val="16"/>
          <w:u w:val="none"/>
        </w:rPr>
        <w:t xml:space="preserve">ligence systems, </w:t>
      </w:r>
      <w:r>
        <w:rPr>
          <w:b w:val="0"/>
          <w:i w:val="0"/>
          <w:smallCaps w:val="0"/>
          <w:strike w:val="0"/>
          <w:sz w:val="22"/>
          <w:u w:val="single"/>
        </w:rPr>
        <w:t>recon</w:t>
      </w:r>
      <w:r>
        <w:rPr>
          <w:b w:val="0"/>
          <w:i w:val="0"/>
          <w:smallCaps w:val="0"/>
          <w:strike w:val="0"/>
          <w:sz w:val="16"/>
          <w:u w:val="none"/>
        </w:rPr>
        <w:t xml:space="preserve">naissance and surveillance systems, and these days, </w:t>
      </w:r>
      <w:r>
        <w:rPr>
          <w:b/>
          <w:i w:val="0"/>
          <w:smallCaps w:val="0"/>
          <w:strike w:val="0"/>
          <w:sz w:val="22"/>
          <w:u w:val="single"/>
        </w:rPr>
        <w:t>cyber</w:t>
      </w:r>
      <w:r>
        <w:rPr>
          <w:b w:val="0"/>
          <w:i w:val="0"/>
          <w:smallCaps w:val="0"/>
          <w:strike w:val="0"/>
          <w:sz w:val="22"/>
          <w:u w:val="single"/>
        </w:rPr>
        <w:t>warfare</w:t>
      </w:r>
      <w:r>
        <w:rPr>
          <w:b w:val="0"/>
          <w:i w:val="0"/>
          <w:smallCaps w:val="0"/>
          <w:strike w:val="0"/>
          <w:sz w:val="16"/>
          <w:u w:val="none"/>
        </w:rPr>
        <w:t xml:space="preserve"> systems (under the Tallin cyber rules, cyber support systems that play roles in nuclear weapons operations are part of a nuclear weapons system).</w:t>
      </w:r>
    </w:p>
    <w:p>
      <w:pPr>
        <w:spacing w:after="60"/>
      </w:pPr>
      <w:r>
        <w:rPr>
          <w:b w:val="0"/>
          <w:i w:val="0"/>
          <w:smallCaps w:val="0"/>
          <w:strike w:val="0"/>
          <w:sz w:val="16"/>
          <w:u w:val="none"/>
        </w:rPr>
        <w:t>The US began with a relatively simple radio-bomber based global nuclear command, control and communications (</w:t>
      </w:r>
      <w:r>
        <w:rPr>
          <w:b/>
          <w:i w:val="0"/>
          <w:smallCaps w:val="0"/>
          <w:strike w:val="0"/>
          <w:sz w:val="22"/>
          <w:u w:val="single"/>
        </w:rPr>
        <w:t>NC3</w:t>
      </w:r>
      <w:r>
        <w:rPr>
          <w:b w:val="0"/>
          <w:i w:val="0"/>
          <w:smallCaps w:val="0"/>
          <w:strike w:val="0"/>
          <w:sz w:val="16"/>
          <w:u w:val="none"/>
        </w:rPr>
        <w:t>) system after WWII.</w:t>
      </w:r>
    </w:p>
    <w:p>
      <w:pPr>
        <w:spacing w:after="60"/>
      </w:pPr>
      <w:r>
        <w:rPr>
          <w:b w:val="0"/>
          <w:i w:val="0"/>
          <w:smallCaps w:val="0"/>
          <w:strike w:val="0"/>
          <w:sz w:val="16"/>
          <w:u w:val="none"/>
        </w:rPr>
        <w:t xml:space="preserve"> The United States quickly developed in the sixties a triad of three nuclear forces, relying on land-based missiles, short and long-range bombers, and submarines.</w:t>
      </w:r>
    </w:p>
    <w:p>
      <w:pPr>
        <w:spacing w:after="60"/>
      </w:pPr>
      <w:r>
        <w:rPr>
          <w:b w:val="0"/>
          <w:i w:val="0"/>
          <w:smallCaps w:val="0"/>
          <w:strike w:val="0"/>
          <w:sz w:val="16"/>
          <w:u w:val="none"/>
        </w:rPr>
        <w:t xml:space="preserve">Each of these legs of the triad has its own NC3 systems, almost separate from each other, and not inter-operable. </w:t>
      </w:r>
    </w:p>
    <w:p>
      <w:pPr>
        <w:spacing w:after="60"/>
      </w:pPr>
      <w:r>
        <w:rPr>
          <w:b w:val="0"/>
          <w:i w:val="0"/>
          <w:smallCaps w:val="0"/>
          <w:strike w:val="0"/>
          <w:sz w:val="16"/>
          <w:u w:val="none"/>
        </w:rPr>
        <w:t>These systems will send nuclear fire orders to delivery platforms after fusion centers combine intelligence information, monitor targets and adversary nuclear and other forces, assess damage from nuclear strikes, and…if one is lucky, terminate nuclear wars that might break out before, goes the logic, cycles of nuclear deterrence, compellence, and reassurance re-emerge while the world recovers from nuclear war.</w:t>
      </w:r>
    </w:p>
    <w:p>
      <w:pPr>
        <w:spacing w:after="60"/>
      </w:pPr>
      <w:r>
        <w:rPr>
          <w:b w:val="0"/>
          <w:i w:val="0"/>
          <w:smallCaps w:val="0"/>
          <w:strike w:val="0"/>
          <w:sz w:val="16"/>
          <w:u w:val="none"/>
        </w:rPr>
        <w:t xml:space="preserve">In the missiles, old bombers, and submarines, legacy technology, some of it analog such as ancient 8 inch floppy disks, was and still is used today to support targeting of weapons. </w:t>
      </w:r>
    </w:p>
    <w:p>
      <w:pPr>
        <w:spacing w:after="60"/>
      </w:pPr>
      <w:r>
        <w:rPr>
          <w:b w:val="0"/>
          <w:i w:val="0"/>
          <w:smallCaps w:val="0"/>
          <w:strike w:val="0"/>
          <w:sz w:val="16"/>
          <w:u w:val="none"/>
        </w:rPr>
        <w:t>By the 2nd Cold War, the 1980s, the NC3 system “matured” and began to digitize.</w:t>
      </w:r>
    </w:p>
    <w:p>
      <w:pPr>
        <w:spacing w:after="60"/>
      </w:pPr>
      <w:r>
        <w:rPr>
          <w:b w:val="0"/>
          <w:i w:val="0"/>
          <w:smallCaps w:val="0"/>
          <w:strike w:val="0"/>
          <w:sz w:val="16"/>
          <w:u w:val="none"/>
        </w:rPr>
        <w:t>Many of these communication systems are now fully digitized, and are shared with conventional forces and weapons systems in which the nuclear triad is now nested.</w:t>
      </w:r>
    </w:p>
    <w:p>
      <w:pPr>
        <w:spacing w:after="60"/>
      </w:pPr>
      <w:r>
        <w:rPr>
          <w:b w:val="0"/>
          <w:i w:val="0"/>
          <w:smallCaps w:val="0"/>
          <w:strike w:val="0"/>
          <w:sz w:val="16"/>
          <w:u w:val="none"/>
        </w:rPr>
        <w:t>This integration of nuclear and conventional C3I along with the forces themselves since the end of the Cold War results in a new tension alongside managing the always-never paradox of nuclear control.  That is that US conventional forces strive for C3I systems that push “Power to the Edge” and are characterized by agility, devolution, co-evolution, adaptation, and individual initiative by soldiers, units and entire, networked force structures—the antithesis of NC3I and force structure.</w:t>
      </w:r>
    </w:p>
    <w:p>
      <w:pPr>
        <w:spacing w:after="60"/>
      </w:pPr>
      <w:r>
        <w:rPr>
          <w:b w:val="0"/>
          <w:i w:val="0"/>
          <w:smallCaps w:val="0"/>
          <w:strike w:val="0"/>
          <w:sz w:val="16"/>
          <w:u w:val="none"/>
        </w:rPr>
        <w:t>A currently critical issue is whether the new digital information systems, for example, on communication satellites, can provide the bandwidth to support the information requirements of US commanders, especially the President and his coterie, if they are airborne before or during a nuclear war.  Like Windows, the sheer size and complexity of the code that runs the most advanced satellite links for example, may generate disabling errors faster than they can be fixed.</w:t>
      </w:r>
    </w:p>
    <w:p>
      <w:pPr>
        <w:spacing w:after="60"/>
      </w:pPr>
      <w:r>
        <w:rPr>
          <w:b w:val="0"/>
          <w:i w:val="0"/>
          <w:smallCaps w:val="0"/>
          <w:strike w:val="0"/>
          <w:sz w:val="16"/>
          <w:u w:val="none"/>
        </w:rPr>
        <w:t>How brittle the triadic NC3 system is to attack, EMP effects, and loss of critical nodes, remains unclear.  The system is likely resilient enough to get orders out to attack or retaliate under almost any circumstance; but may not survive to control on-going nuclear operations, nor suffice to terminate nuclear warfighting.</w:t>
      </w:r>
    </w:p>
    <w:p>
      <w:pPr>
        <w:spacing w:after="60"/>
      </w:pPr>
      <w:r>
        <w:rPr>
          <w:b w:val="0"/>
          <w:i w:val="0"/>
          <w:smallCaps w:val="0"/>
          <w:strike w:val="0"/>
          <w:sz w:val="16"/>
          <w:u w:val="none"/>
        </w:rPr>
        <w:t>Overall, American NCD, as Defense Information Systems Agency puts it, “is a patchwork of disparate systems, each with its own characteristics.  There is no one operating system or coding language.”</w:t>
      </w:r>
    </w:p>
    <w:p>
      <w:pPr>
        <w:spacing w:after="60"/>
      </w:pPr>
      <w:r>
        <w:rPr>
          <w:b w:val="0"/>
          <w:i w:val="0"/>
          <w:smallCaps w:val="0"/>
          <w:strike w:val="0"/>
          <w:sz w:val="16"/>
          <w:u w:val="none"/>
        </w:rPr>
        <w:t xml:space="preserve">Moreover, the role of </w:t>
      </w:r>
      <w:r>
        <w:rPr>
          <w:b w:val="0"/>
          <w:i w:val="0"/>
          <w:smallCaps w:val="0"/>
          <w:strike w:val="0"/>
          <w:sz w:val="22"/>
          <w:u w:val="single"/>
        </w:rPr>
        <w:t>NC3 systems</w:t>
      </w:r>
      <w:r>
        <w:rPr>
          <w:b w:val="0"/>
          <w:i w:val="0"/>
          <w:smallCaps w:val="0"/>
          <w:strike w:val="0"/>
          <w:sz w:val="16"/>
          <w:u w:val="none"/>
        </w:rPr>
        <w:t xml:space="preserve"> as an </w:t>
      </w:r>
      <w:r>
        <w:rPr>
          <w:b w:val="0"/>
          <w:i w:val="0"/>
          <w:smallCaps w:val="0"/>
          <w:strike w:val="0"/>
          <w:sz w:val="22"/>
          <w:u w:val="single"/>
        </w:rPr>
        <w:t xml:space="preserve">independent </w:t>
      </w:r>
      <w:r>
        <w:rPr>
          <w:b/>
          <w:i w:val="0"/>
          <w:smallCaps w:val="0"/>
          <w:strike w:val="0"/>
          <w:sz w:val="22"/>
          <w:u w:val="single"/>
        </w:rPr>
        <w:t>source</w:t>
      </w:r>
      <w:r>
        <w:rPr>
          <w:b w:val="0"/>
          <w:i w:val="0"/>
          <w:smallCaps w:val="0"/>
          <w:strike w:val="0"/>
          <w:sz w:val="22"/>
          <w:u w:val="single"/>
        </w:rPr>
        <w:t xml:space="preserve"> of</w:t>
      </w:r>
      <w:r>
        <w:rPr>
          <w:b w:val="0"/>
          <w:i w:val="0"/>
          <w:smallCaps w:val="0"/>
          <w:strike w:val="0"/>
          <w:sz w:val="16"/>
          <w:u w:val="none"/>
        </w:rPr>
        <w:t xml:space="preserve"> risk of </w:t>
      </w:r>
      <w:r>
        <w:rPr>
          <w:b/>
          <w:i w:val="0"/>
          <w:smallCaps w:val="0"/>
          <w:strike w:val="0"/>
          <w:sz w:val="22"/>
          <w:u w:val="single"/>
        </w:rPr>
        <w:t>inadvertent war</w:t>
      </w:r>
      <w:r>
        <w:rPr>
          <w:b w:val="0"/>
          <w:i w:val="0"/>
          <w:smallCaps w:val="0"/>
          <w:strike w:val="0"/>
          <w:sz w:val="16"/>
          <w:u w:val="none"/>
        </w:rPr>
        <w:t xml:space="preserve"> is unclear.  Americans like to think that any increase in NC3 capability is “stabilizing,” that is, should be welcomed by an adversary as stabilizing the balance of terror by giving them confidence that the US will always be able to control its weapons, reducing the propensity of any adversary to fear nuclear attack from weapons that have lost control and are used without proper authority while reinforcing the US ability to use nuclear weapons, thereby reinforcing the credibility of deterrent threats.</w:t>
      </w:r>
    </w:p>
    <w:p>
      <w:pPr>
        <w:spacing w:after="60"/>
      </w:pPr>
      <w:r>
        <w:rPr>
          <w:b w:val="0"/>
          <w:i w:val="0"/>
          <w:smallCaps w:val="0"/>
          <w:strike w:val="0"/>
          <w:sz w:val="16"/>
          <w:u w:val="none"/>
        </w:rPr>
        <w:t>Conversely, Americans also think of upgraded NC3 systems as force multipliers—more NC3 capacity can actually increase the delivered nuclear firepower and even substitute for it—an argument advanced at the end of the Cold War as budget reductions forced hard choices on the US military and tradeoffs between nuclear and conventional forces.   Of course, a US force multiplier represents increased threat to an adversary, which may then respond in many ways to overwhelm this NC3-based increase in American nuclear fire-power, not just by symmetrical upgrades in its own NC3 and related decision support systems.</w:t>
      </w:r>
    </w:p>
    <w:p>
      <w:pPr>
        <w:spacing w:after="60"/>
      </w:pPr>
      <w:r>
        <w:rPr>
          <w:b w:val="0"/>
          <w:i w:val="0"/>
          <w:smallCaps w:val="0"/>
          <w:strike w:val="0"/>
          <w:sz w:val="16"/>
          <w:u w:val="none"/>
        </w:rPr>
        <w:t xml:space="preserve">The control imperative leads directly to large-scale organizational systems dedicated to political-bureaucratic direction of human behavior, informed by traditional military theory of command-and-control, or by essentially Weberian notions of organizational performance.  In the modern era, we have come to expect that such organizations built around complex, </w:t>
      </w:r>
      <w:r>
        <w:rPr>
          <w:b w:val="0"/>
          <w:i w:val="0"/>
          <w:smallCaps w:val="0"/>
          <w:strike w:val="0"/>
          <w:sz w:val="22"/>
          <w:u w:val="single"/>
        </w:rPr>
        <w:t>high technology</w:t>
      </w:r>
      <w:r>
        <w:rPr>
          <w:b w:val="0"/>
          <w:i w:val="0"/>
          <w:smallCaps w:val="0"/>
          <w:strike w:val="0"/>
          <w:sz w:val="16"/>
          <w:u w:val="none"/>
        </w:rPr>
        <w:t xml:space="preserve"> may work for a long time at high levels of excellence, but then </w:t>
      </w:r>
      <w:r>
        <w:rPr>
          <w:b w:val="0"/>
          <w:i w:val="0"/>
          <w:smallCaps w:val="0"/>
          <w:strike w:val="0"/>
          <w:sz w:val="22"/>
          <w:u w:val="single"/>
        </w:rPr>
        <w:t>fail catastrophically in</w:t>
      </w:r>
      <w:r>
        <w:rPr>
          <w:b w:val="0"/>
          <w:i w:val="0"/>
          <w:smallCaps w:val="0"/>
          <w:strike w:val="0"/>
          <w:sz w:val="16"/>
          <w:u w:val="none"/>
        </w:rPr>
        <w:t xml:space="preserve"> what are called “normal” </w:t>
      </w:r>
      <w:r>
        <w:rPr>
          <w:b w:val="0"/>
          <w:i w:val="0"/>
          <w:smallCaps w:val="0"/>
          <w:strike w:val="0"/>
          <w:sz w:val="22"/>
          <w:u w:val="single"/>
        </w:rPr>
        <w:t>accidents</w:t>
      </w:r>
      <w:r>
        <w:rPr>
          <w:b w:val="0"/>
          <w:i w:val="0"/>
          <w:smallCaps w:val="0"/>
          <w:strike w:val="0"/>
          <w:sz w:val="16"/>
          <w:u w:val="none"/>
        </w:rPr>
        <w:t>; and that it is often the tacit knowledge that maintains many of these organizations, not the rigid, stringent standard operating procedures and control systems, such as personnel reliability programs, etc.</w:t>
      </w:r>
    </w:p>
    <w:p>
      <w:pPr>
        <w:spacing w:after="60"/>
      </w:pPr>
      <w:r>
        <w:rPr>
          <w:b w:val="0"/>
          <w:i w:val="0"/>
          <w:smallCaps w:val="0"/>
          <w:strike w:val="0"/>
          <w:sz w:val="16"/>
          <w:u w:val="none"/>
        </w:rPr>
        <w:t>Today’s condition of complexity in which nine states now operate nuclear forces with their related NC3 systems gives rise to the interaction of more than 2 nuclear weapons states at a time.  In Northeast Asia, for example, at least four nuclear-armed states are party to the Korean conflict.  Thus, the impact of Q tech on what may be termed the NC3 bias of these states as they interact, shifting them from primary emphasis on negative rather than positive control, and combining as many technical and organizational control measures as possible to strengthen positive and negative control, may be highly a-symmetric, and consequently highly destabilizing (that is, may induce a threatened party to escalate first to nuclear use to limit their own damage from a nuclear strike, or to win a nuclear war).  How this might play out in relation to North Korea is shown below (in this instance, a nuclear terrorist incident starts the ball rolling).</w:t>
      </w:r>
    </w:p>
    <w:p>
      <w:pPr>
        <w:spacing w:after="60"/>
      </w:pPr>
      <w:r>
        <w:rPr>
          <w:b w:val="0"/>
          <w:i w:val="0"/>
          <w:smallCaps w:val="0"/>
          <w:strike w:val="0"/>
          <w:sz w:val="22"/>
          <w:u w:val="single"/>
        </w:rPr>
        <w:t xml:space="preserve">POSSIBLE </w:t>
      </w:r>
      <w:r>
        <w:rPr>
          <w:b/>
          <w:i w:val="0"/>
          <w:smallCaps w:val="0"/>
          <w:strike w:val="0"/>
          <w:sz w:val="22"/>
          <w:u w:val="single"/>
        </w:rPr>
        <w:t>IMPACTS OF QUANTUM TECH</w:t>
      </w:r>
      <w:r>
        <w:rPr>
          <w:b w:val="0"/>
          <w:i w:val="0"/>
          <w:smallCaps w:val="0"/>
          <w:strike w:val="0"/>
          <w:sz w:val="16"/>
          <w:u w:val="none"/>
        </w:rPr>
        <w:t xml:space="preserve">NOLOGIES </w:t>
      </w:r>
      <w:r>
        <w:rPr>
          <w:b w:val="0"/>
          <w:i w:val="0"/>
          <w:smallCaps w:val="0"/>
          <w:strike w:val="0"/>
          <w:sz w:val="22"/>
          <w:u w:val="single"/>
        </w:rPr>
        <w:t>ON NC3</w:t>
      </w:r>
    </w:p>
    <w:p>
      <w:pPr>
        <w:spacing w:after="60"/>
      </w:pPr>
      <w:r>
        <w:rPr>
          <w:b w:val="0"/>
          <w:i w:val="0"/>
          <w:smallCaps w:val="0"/>
          <w:strike w:val="0"/>
          <w:sz w:val="16"/>
          <w:u w:val="none"/>
        </w:rPr>
        <w:t xml:space="preserve">Given the choices being made by the nuclear armed </w:t>
      </w:r>
      <w:r>
        <w:rPr>
          <w:b/>
          <w:i w:val="0"/>
          <w:smallCaps w:val="0"/>
          <w:strike w:val="0"/>
          <w:sz w:val="22"/>
          <w:u w:val="single"/>
        </w:rPr>
        <w:t>states</w:t>
      </w:r>
      <w:r>
        <w:rPr>
          <w:b w:val="0"/>
          <w:i w:val="0"/>
          <w:smallCaps w:val="0"/>
          <w:strike w:val="0"/>
          <w:sz w:val="16"/>
          <w:u w:val="none"/>
        </w:rPr>
        <w:t xml:space="preserve"> to </w:t>
      </w:r>
      <w:r>
        <w:rPr>
          <w:b w:val="0"/>
          <w:i w:val="0"/>
          <w:smallCaps w:val="0"/>
          <w:strike w:val="0"/>
          <w:sz w:val="22"/>
          <w:u w:val="single"/>
        </w:rPr>
        <w:t>re-</w:t>
      </w:r>
      <w:r>
        <w:rPr>
          <w:b/>
          <w:i w:val="0"/>
          <w:smallCaps w:val="0"/>
          <w:strike w:val="0"/>
          <w:sz w:val="22"/>
          <w:u w:val="single"/>
        </w:rPr>
        <w:t>embrace nuclear weapons</w:t>
      </w:r>
      <w:r>
        <w:rPr>
          <w:b w:val="0"/>
          <w:i w:val="0"/>
          <w:smallCaps w:val="0"/>
          <w:strike w:val="0"/>
          <w:sz w:val="16"/>
          <w:u w:val="none"/>
        </w:rPr>
        <w:t xml:space="preserve">, it is useful to speculate about the potential </w:t>
      </w:r>
      <w:r>
        <w:rPr>
          <w:b w:val="0"/>
          <w:i w:val="0"/>
          <w:smallCaps w:val="0"/>
          <w:strike w:val="0"/>
          <w:sz w:val="22"/>
          <w:u w:val="single"/>
        </w:rPr>
        <w:t>effects of</w:t>
      </w:r>
      <w:r>
        <w:rPr>
          <w:b w:val="0"/>
          <w:i w:val="0"/>
          <w:smallCaps w:val="0"/>
          <w:strike w:val="0"/>
          <w:sz w:val="16"/>
          <w:u w:val="none"/>
        </w:rPr>
        <w:t xml:space="preserve"> quantum (</w:t>
      </w:r>
      <w:r>
        <w:rPr>
          <w:b/>
          <w:i w:val="0"/>
          <w:smallCaps w:val="0"/>
          <w:strike w:val="0"/>
          <w:sz w:val="22"/>
          <w:u w:val="single"/>
        </w:rPr>
        <w:t>Q</w:t>
      </w:r>
      <w:r>
        <w:rPr>
          <w:b w:val="0"/>
          <w:i w:val="0"/>
          <w:smallCaps w:val="0"/>
          <w:strike w:val="0"/>
          <w:sz w:val="16"/>
          <w:u w:val="none"/>
        </w:rPr>
        <w:t xml:space="preserve">) technology on nuclear forces, and in particular, possible </w:t>
      </w:r>
      <w:r>
        <w:rPr>
          <w:b/>
          <w:i w:val="0"/>
          <w:smallCaps w:val="0"/>
          <w:strike w:val="0"/>
          <w:sz w:val="22"/>
          <w:u w:val="single"/>
        </w:rPr>
        <w:t>consequences</w:t>
      </w:r>
      <w:r>
        <w:rPr>
          <w:b w:val="0"/>
          <w:i w:val="0"/>
          <w:smallCaps w:val="0"/>
          <w:strike w:val="0"/>
          <w:sz w:val="22"/>
          <w:u w:val="single"/>
        </w:rPr>
        <w:t xml:space="preserve"> for </w:t>
      </w:r>
      <w:r>
        <w:rPr>
          <w:b/>
          <w:i w:val="0"/>
          <w:smallCaps w:val="0"/>
          <w:strike w:val="0"/>
          <w:sz w:val="22"/>
          <w:u w:val="single"/>
        </w:rPr>
        <w:t>NC3</w:t>
      </w:r>
      <w:r>
        <w:rPr>
          <w:b w:val="0"/>
          <w:i w:val="0"/>
          <w:smallCaps w:val="0"/>
          <w:strike w:val="0"/>
          <w:sz w:val="16"/>
          <w:u w:val="none"/>
        </w:rPr>
        <w:t xml:space="preserve"> systems.  At least some of the early intimations of Q technology effects may be superimposed onto nuclear weapons control systems today to anticipate some of the changes already on the horizon.[1]</w:t>
      </w:r>
    </w:p>
    <w:p>
      <w:pPr>
        <w:spacing w:after="60"/>
      </w:pPr>
      <w:r>
        <w:rPr>
          <w:b w:val="0"/>
          <w:i w:val="0"/>
          <w:smallCaps w:val="0"/>
          <w:strike w:val="0"/>
          <w:sz w:val="16"/>
          <w:u w:val="none"/>
        </w:rPr>
        <w:t>These guesstimates are made ceteris paribus, whereas in reality, everything else will be changing at the same time, and Q technology will arrive alongside and will interact with other potent technologies (such as artificial technology and autonomous drones) that will also affect NC3.</w:t>
      </w:r>
    </w:p>
    <w:p>
      <w:pPr>
        <w:spacing w:after="60"/>
      </w:pPr>
      <w:r>
        <w:rPr>
          <w:b w:val="0"/>
          <w:i w:val="0"/>
          <w:smallCaps w:val="0"/>
          <w:strike w:val="0"/>
          <w:sz w:val="16"/>
          <w:u w:val="none"/>
        </w:rPr>
        <w:t xml:space="preserve">Q-communications impact on NC3:  The </w:t>
      </w:r>
      <w:r>
        <w:rPr>
          <w:b w:val="0"/>
          <w:i w:val="0"/>
          <w:smallCaps w:val="0"/>
          <w:strike w:val="0"/>
          <w:sz w:val="22"/>
          <w:u w:val="single"/>
        </w:rPr>
        <w:t>impact</w:t>
      </w:r>
      <w:r>
        <w:rPr>
          <w:b w:val="0"/>
          <w:i w:val="0"/>
          <w:smallCaps w:val="0"/>
          <w:strike w:val="0"/>
          <w:sz w:val="16"/>
          <w:u w:val="none"/>
        </w:rPr>
        <w:t xml:space="preserve"> of Q technology on communications may </w:t>
      </w:r>
      <w:r>
        <w:rPr>
          <w:b/>
          <w:i w:val="0"/>
          <w:smallCaps w:val="0"/>
          <w:strike w:val="0"/>
          <w:sz w:val="22"/>
          <w:highlight w:val="cyan"/>
          <w:u w:val="single"/>
        </w:rPr>
        <w:t>disrupt</w:t>
      </w:r>
      <w:r>
        <w:rPr>
          <w:b w:val="0"/>
          <w:i w:val="0"/>
          <w:smallCaps w:val="0"/>
          <w:strike w:val="0"/>
          <w:sz w:val="16"/>
          <w:u w:val="none"/>
        </w:rPr>
        <w:t xml:space="preserve"> massively the system of </w:t>
      </w:r>
      <w:r>
        <w:rPr>
          <w:b w:val="0"/>
          <w:i w:val="0"/>
          <w:smallCaps w:val="0"/>
          <w:strike w:val="0"/>
          <w:sz w:val="22"/>
          <w:u w:val="single"/>
        </w:rPr>
        <w:t xml:space="preserve">authenticating </w:t>
      </w:r>
      <w:r>
        <w:rPr>
          <w:b/>
          <w:i w:val="0"/>
          <w:smallCaps w:val="0"/>
          <w:strike w:val="0"/>
          <w:sz w:val="22"/>
          <w:u w:val="single"/>
        </w:rPr>
        <w:t>codes</w:t>
      </w:r>
      <w:r>
        <w:rPr>
          <w:b w:val="0"/>
          <w:i w:val="0"/>
          <w:smallCaps w:val="0"/>
          <w:strike w:val="0"/>
          <w:sz w:val="16"/>
          <w:u w:val="none"/>
        </w:rPr>
        <w:t xml:space="preserve"> that </w:t>
      </w:r>
      <w:r>
        <w:rPr>
          <w:b w:val="0"/>
          <w:i w:val="0"/>
          <w:smallCaps w:val="0"/>
          <w:strike w:val="0"/>
          <w:sz w:val="22"/>
          <w:u w:val="single"/>
        </w:rPr>
        <w:t xml:space="preserve">states use to </w:t>
      </w:r>
      <w:r>
        <w:rPr>
          <w:b/>
          <w:i w:val="0"/>
          <w:smallCaps w:val="0"/>
          <w:strike w:val="0"/>
          <w:sz w:val="22"/>
          <w:u w:val="single"/>
        </w:rPr>
        <w:t>control</w:t>
      </w:r>
      <w:r>
        <w:rPr>
          <w:b w:val="0"/>
          <w:i w:val="0"/>
          <w:smallCaps w:val="0"/>
          <w:strike w:val="0"/>
          <w:sz w:val="22"/>
          <w:u w:val="single"/>
        </w:rPr>
        <w:t xml:space="preserve"> nuclear weapons</w:t>
      </w:r>
      <w:r>
        <w:rPr>
          <w:b w:val="0"/>
          <w:i w:val="0"/>
          <w:smallCaps w:val="0"/>
          <w:strike w:val="0"/>
          <w:sz w:val="16"/>
          <w:u w:val="none"/>
        </w:rPr>
        <w:t xml:space="preserve"> and to </w:t>
      </w:r>
      <w:r>
        <w:rPr>
          <w:b/>
          <w:i w:val="0"/>
          <w:smallCaps w:val="0"/>
          <w:strike w:val="0"/>
          <w:sz w:val="22"/>
          <w:u w:val="single"/>
        </w:rPr>
        <w:t>communicate</w:t>
      </w:r>
      <w:r>
        <w:rPr>
          <w:b w:val="0"/>
          <w:i w:val="0"/>
          <w:smallCaps w:val="0"/>
          <w:strike w:val="0"/>
          <w:sz w:val="16"/>
          <w:u w:val="none"/>
        </w:rPr>
        <w:t xml:space="preserve"> nuclear fire </w:t>
      </w:r>
      <w:r>
        <w:rPr>
          <w:b w:val="0"/>
          <w:i w:val="0"/>
          <w:smallCaps w:val="0"/>
          <w:strike w:val="0"/>
          <w:sz w:val="22"/>
          <w:u w:val="single"/>
        </w:rPr>
        <w:t>orders</w:t>
      </w:r>
      <w:r>
        <w:rPr>
          <w:b w:val="0"/>
          <w:i w:val="0"/>
          <w:smallCaps w:val="0"/>
          <w:strike w:val="0"/>
          <w:sz w:val="16"/>
          <w:u w:val="none"/>
        </w:rPr>
        <w:t xml:space="preserve"> over a variety of physical media—cables, radio transmission, etc. </w:t>
      </w:r>
      <w:r>
        <w:rPr>
          <w:b/>
          <w:i w:val="0"/>
          <w:smallCaps w:val="0"/>
          <w:strike w:val="0"/>
          <w:sz w:val="22"/>
          <w:u w:val="single"/>
        </w:rPr>
        <w:t>Not only</w:t>
      </w:r>
      <w:r>
        <w:rPr>
          <w:b w:val="0"/>
          <w:i w:val="0"/>
          <w:smallCaps w:val="0"/>
          <w:strike w:val="0"/>
          <w:sz w:val="22"/>
          <w:u w:val="single"/>
        </w:rPr>
        <w:t xml:space="preserve"> 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but also</w:t>
      </w:r>
      <w:r>
        <w:rPr>
          <w:b w:val="0"/>
          <w:i w:val="0"/>
          <w:smallCaps w:val="0"/>
          <w:strike w:val="0"/>
          <w:sz w:val="16"/>
          <w:u w:val="none"/>
        </w:rPr>
        <w:t xml:space="preserve"> the </w:t>
      </w:r>
      <w:r>
        <w:rPr>
          <w:b w:val="0"/>
          <w:i w:val="0"/>
          <w:smallCaps w:val="0"/>
          <w:strike w:val="0"/>
          <w:sz w:val="22"/>
          <w:u w:val="single"/>
        </w:rPr>
        <w:t>other eight</w:t>
      </w:r>
      <w:r>
        <w:rPr>
          <w:b w:val="0"/>
          <w:i w:val="0"/>
          <w:smallCaps w:val="0"/>
          <w:strike w:val="0"/>
          <w:sz w:val="16"/>
          <w:u w:val="none"/>
        </w:rPr>
        <w:t xml:space="preserve"> nuclear armed </w:t>
      </w:r>
      <w:r>
        <w:rPr>
          <w:b w:val="0"/>
          <w:i w:val="0"/>
          <w:smallCaps w:val="0"/>
          <w:strike w:val="0"/>
          <w:sz w:val="22"/>
          <w:u w:val="single"/>
        </w:rPr>
        <w:t>states</w:t>
      </w:r>
      <w:r>
        <w:rPr>
          <w:b w:val="0"/>
          <w:i w:val="0"/>
          <w:smallCaps w:val="0"/>
          <w:strike w:val="0"/>
          <w:sz w:val="16"/>
          <w:u w:val="none"/>
        </w:rPr>
        <w:t xml:space="preserve">, face this apparently relatively near-term threat to the security of their nuclear weapons-related communication systems and code-based control technologies such as permissive action links.   </w:t>
      </w:r>
      <w:r>
        <w:rPr>
          <w:b w:val="0"/>
          <w:i w:val="0"/>
          <w:smallCaps w:val="0"/>
          <w:strike w:val="0"/>
          <w:sz w:val="22"/>
          <w:u w:val="single"/>
        </w:rPr>
        <w:t>Quantum</w:t>
      </w:r>
      <w:r>
        <w:rPr>
          <w:b w:val="0"/>
          <w:i w:val="0"/>
          <w:smallCaps w:val="0"/>
          <w:strike w:val="0"/>
          <w:sz w:val="16"/>
          <w:u w:val="none"/>
        </w:rPr>
        <w:t xml:space="preserve">-armed </w:t>
      </w:r>
      <w:r>
        <w:rPr>
          <w:b/>
          <w:i w:val="0"/>
          <w:smallCaps w:val="0"/>
          <w:strike w:val="0"/>
          <w:sz w:val="22"/>
          <w:u w:val="single"/>
        </w:rPr>
        <w:t>superpowers</w:t>
      </w:r>
      <w:r>
        <w:rPr>
          <w:b w:val="0"/>
          <w:i w:val="0"/>
          <w:smallCaps w:val="0"/>
          <w:strike w:val="0"/>
          <w:sz w:val="16"/>
          <w:u w:val="none"/>
        </w:rPr>
        <w:t xml:space="preserve"> may be able to </w:t>
      </w:r>
      <w:r>
        <w:rPr>
          <w:b/>
          <w:i w:val="0"/>
          <w:smallCaps w:val="0"/>
          <w:strike w:val="0"/>
          <w:sz w:val="22"/>
          <w:u w:val="single"/>
        </w:rPr>
        <w:t>reconstruct</w:t>
      </w:r>
      <w:r>
        <w:rPr>
          <w:b w:val="0"/>
          <w:i w:val="0"/>
          <w:smallCaps w:val="0"/>
          <w:strike w:val="0"/>
          <w:sz w:val="16"/>
          <w:u w:val="none"/>
        </w:rPr>
        <w:t xml:space="preserve"> their </w:t>
      </w:r>
      <w:r>
        <w:rPr>
          <w:b w:val="0"/>
          <w:i w:val="0"/>
          <w:smallCaps w:val="0"/>
          <w:strike w:val="0"/>
          <w:sz w:val="22"/>
          <w:highlight w:val="cyan"/>
          <w:u w:val="single"/>
        </w:rPr>
        <w:t xml:space="preserve">NC3 </w:t>
      </w:r>
      <w:r>
        <w:rPr>
          <w:b w:val="0"/>
          <w:i w:val="0"/>
          <w:smallCaps w:val="0"/>
          <w:strike w:val="0"/>
          <w:sz w:val="22"/>
          <w:u w:val="single"/>
        </w:rPr>
        <w:t>using</w:t>
      </w:r>
      <w:r>
        <w:rPr>
          <w:b w:val="0"/>
          <w:i w:val="0"/>
          <w:smallCaps w:val="0"/>
          <w:strike w:val="0"/>
          <w:sz w:val="16"/>
          <w:u w:val="none"/>
        </w:rPr>
        <w:t xml:space="preserve"> long distance </w:t>
      </w:r>
      <w:r>
        <w:rPr>
          <w:b/>
          <w:i w:val="0"/>
          <w:smallCaps w:val="0"/>
          <w:strike w:val="0"/>
          <w:sz w:val="22"/>
          <w:highlight w:val="cyan"/>
          <w:u w:val="single"/>
        </w:rPr>
        <w:t>entanglement</w:t>
      </w:r>
      <w:r>
        <w:rPr>
          <w:b w:val="0"/>
          <w:i w:val="0"/>
          <w:smallCaps w:val="0"/>
          <w:strike w:val="0"/>
          <w:sz w:val="16"/>
          <w:u w:val="none"/>
        </w:rPr>
        <w:t xml:space="preserve"> effects[2] combined </w:t>
      </w:r>
      <w:r>
        <w:rPr>
          <w:b w:val="0"/>
          <w:i w:val="0"/>
          <w:smallCaps w:val="0"/>
          <w:strike w:val="0"/>
          <w:sz w:val="22"/>
          <w:u w:val="single"/>
        </w:rPr>
        <w:t xml:space="preserve">with quantum </w:t>
      </w:r>
      <w:r>
        <w:rPr>
          <w:b/>
          <w:i w:val="0"/>
          <w:smallCaps w:val="0"/>
          <w:strike w:val="0"/>
          <w:sz w:val="22"/>
          <w:u w:val="single"/>
        </w:rPr>
        <w:t>encryption</w:t>
      </w:r>
      <w:r>
        <w:rPr>
          <w:b w:val="0"/>
          <w:i w:val="0"/>
          <w:smallCaps w:val="0"/>
          <w:strike w:val="0"/>
          <w:sz w:val="16"/>
          <w:u w:val="none"/>
        </w:rPr>
        <w:t xml:space="preserve">; but it’s </w:t>
      </w:r>
      <w:r>
        <w:rPr>
          <w:b w:val="0"/>
          <w:i w:val="0"/>
          <w:smallCaps w:val="0"/>
          <w:strike w:val="0"/>
          <w:sz w:val="22"/>
          <w:u w:val="single"/>
        </w:rPr>
        <w:t>not clear</w:t>
      </w:r>
      <w:r>
        <w:rPr>
          <w:b w:val="0"/>
          <w:i w:val="0"/>
          <w:smallCaps w:val="0"/>
          <w:strike w:val="0"/>
          <w:sz w:val="16"/>
          <w:u w:val="none"/>
        </w:rPr>
        <w:t xml:space="preserve"> that the less capable nuclear-armed </w:t>
      </w:r>
      <w:r>
        <w:rPr>
          <w:b w:val="0"/>
          <w:i w:val="0"/>
          <w:smallCaps w:val="0"/>
          <w:strike w:val="0"/>
          <w:sz w:val="22"/>
          <w:u w:val="single"/>
        </w:rPr>
        <w:t>states can sustain</w:t>
      </w:r>
      <w:r>
        <w:rPr>
          <w:b w:val="0"/>
          <w:i w:val="0"/>
          <w:smallCaps w:val="0"/>
          <w:strike w:val="0"/>
          <w:sz w:val="16"/>
          <w:u w:val="none"/>
        </w:rPr>
        <w:t xml:space="preserve"> the </w:t>
      </w:r>
      <w:r>
        <w:rPr>
          <w:b w:val="0"/>
          <w:i w:val="0"/>
          <w:smallCaps w:val="0"/>
          <w:strike w:val="0"/>
          <w:sz w:val="22"/>
          <w:u w:val="single"/>
        </w:rPr>
        <w:t>security</w:t>
      </w:r>
      <w:r>
        <w:rPr>
          <w:b w:val="0"/>
          <w:i w:val="0"/>
          <w:smallCaps w:val="0"/>
          <w:strike w:val="0"/>
          <w:sz w:val="16"/>
          <w:u w:val="none"/>
        </w:rPr>
        <w:t xml:space="preserve"> of their nuclear communications and other decision-support systems against external intrusion, decoding, and demolition or disruption.</w:t>
      </w:r>
    </w:p>
    <w:p>
      <w:pPr>
        <w:spacing w:after="60"/>
      </w:pPr>
      <w:r>
        <w:rPr>
          <w:b w:val="0"/>
          <w:i w:val="0"/>
          <w:smallCaps w:val="0"/>
          <w:strike w:val="0"/>
          <w:sz w:val="16"/>
          <w:u w:val="none"/>
        </w:rPr>
        <w:t xml:space="preserve">Solving </w:t>
      </w:r>
      <w:r>
        <w:rPr>
          <w:b w:val="0"/>
          <w:i w:val="0"/>
          <w:smallCaps w:val="0"/>
          <w:strike w:val="0"/>
          <w:sz w:val="22"/>
          <w:u w:val="single"/>
        </w:rPr>
        <w:t>Computationally Massive Problems</w:t>
      </w:r>
      <w:r>
        <w:rPr>
          <w:b w:val="0"/>
          <w:i w:val="0"/>
          <w:smallCaps w:val="0"/>
          <w:strike w:val="0"/>
          <w:sz w:val="16"/>
          <w:u w:val="none"/>
        </w:rPr>
        <w:t xml:space="preserve">:  The ability of quantum computing to tackle anew intractable problems such as </w:t>
      </w:r>
      <w:r>
        <w:rPr>
          <w:b w:val="0"/>
          <w:i w:val="0"/>
          <w:smallCaps w:val="0"/>
          <w:strike w:val="0"/>
          <w:sz w:val="22"/>
          <w:u w:val="single"/>
        </w:rPr>
        <w:t>determining</w:t>
      </w:r>
      <w:r>
        <w:rPr>
          <w:b w:val="0"/>
          <w:i w:val="0"/>
          <w:smallCaps w:val="0"/>
          <w:strike w:val="0"/>
          <w:sz w:val="16"/>
          <w:u w:val="none"/>
        </w:rPr>
        <w:t xml:space="preserve"> efficient </w:t>
      </w:r>
      <w:r>
        <w:rPr>
          <w:b/>
          <w:i w:val="0"/>
          <w:smallCaps w:val="0"/>
          <w:strike w:val="0"/>
          <w:sz w:val="22"/>
          <w:u w:val="single"/>
        </w:rPr>
        <w:t>routes to attack</w:t>
      </w:r>
      <w:r>
        <w:rPr>
          <w:b w:val="0"/>
          <w:i w:val="0"/>
          <w:smallCaps w:val="0"/>
          <w:strike w:val="0"/>
          <w:sz w:val="16"/>
          <w:u w:val="none"/>
        </w:rPr>
        <w:t xml:space="preserve"> or bypass air defense for </w:t>
      </w:r>
      <w:r>
        <w:rPr>
          <w:b w:val="0"/>
          <w:i w:val="0"/>
          <w:smallCaps w:val="0"/>
          <w:strike w:val="0"/>
          <w:sz w:val="22"/>
          <w:u w:val="single"/>
        </w:rPr>
        <w:t>nuclear</w:t>
      </w:r>
      <w:r>
        <w:rPr>
          <w:b w:val="0"/>
          <w:i w:val="0"/>
          <w:smallCaps w:val="0"/>
          <w:strike w:val="0"/>
          <w:sz w:val="16"/>
          <w:u w:val="none"/>
        </w:rPr>
        <w:t xml:space="preserve">-armed </w:t>
      </w:r>
      <w:r>
        <w:rPr>
          <w:b w:val="0"/>
          <w:i w:val="0"/>
          <w:smallCaps w:val="0"/>
          <w:strike w:val="0"/>
          <w:sz w:val="22"/>
          <w:u w:val="single"/>
        </w:rPr>
        <w:t xml:space="preserve">cruise </w:t>
      </w:r>
      <w:r>
        <w:rPr>
          <w:b/>
          <w:i w:val="0"/>
          <w:smallCaps w:val="0"/>
          <w:strike w:val="0"/>
          <w:sz w:val="22"/>
          <w:highlight w:val="cyan"/>
          <w:u w:val="single"/>
        </w:rPr>
        <w:t>missiles</w:t>
      </w:r>
      <w:r>
        <w:rPr>
          <w:b w:val="0"/>
          <w:i w:val="0"/>
          <w:smallCaps w:val="0"/>
          <w:strike w:val="0"/>
          <w:sz w:val="16"/>
          <w:u w:val="none"/>
        </w:rPr>
        <w:t xml:space="preserve"> or </w:t>
      </w:r>
      <w:r>
        <w:rPr>
          <w:b w:val="0"/>
          <w:i w:val="0"/>
          <w:smallCaps w:val="0"/>
          <w:strike w:val="0"/>
          <w:sz w:val="22"/>
          <w:highlight w:val="cyan"/>
          <w:u w:val="single"/>
        </w:rPr>
        <w:t>bombers</w:t>
      </w:r>
      <w:r>
        <w:rPr>
          <w:b w:val="0"/>
          <w:i w:val="0"/>
          <w:smallCaps w:val="0"/>
          <w:strike w:val="0"/>
          <w:sz w:val="16"/>
          <w:u w:val="none"/>
        </w:rPr>
        <w:t xml:space="preserve"> flying into a heavily defended region such as </w:t>
      </w:r>
      <w:r>
        <w:rPr>
          <w:b/>
          <w:i w:val="0"/>
          <w:smallCaps w:val="0"/>
          <w:strike w:val="0"/>
          <w:sz w:val="22"/>
          <w:highlight w:val="cyan"/>
          <w:u w:val="single"/>
        </w:rPr>
        <w:t>China</w:t>
      </w:r>
      <w:r>
        <w:rPr>
          <w:b w:val="0"/>
          <w:i w:val="0"/>
          <w:smallCaps w:val="0"/>
          <w:strike w:val="0"/>
          <w:sz w:val="16"/>
          <w:u w:val="none"/>
        </w:rPr>
        <w:t xml:space="preserve">’s eastern coastline or </w:t>
      </w:r>
      <w:r>
        <w:rPr>
          <w:b/>
          <w:i w:val="0"/>
          <w:smallCaps w:val="0"/>
          <w:strike w:val="0"/>
          <w:sz w:val="22"/>
          <w:highlight w:val="cyan"/>
          <w:u w:val="single"/>
        </w:rPr>
        <w:t>No</w:t>
      </w:r>
      <w:r>
        <w:rPr>
          <w:b w:val="0"/>
          <w:i w:val="0"/>
          <w:smallCaps w:val="0"/>
          <w:strike w:val="0"/>
          <w:sz w:val="16"/>
          <w:u w:val="none"/>
        </w:rPr>
        <w:t xml:space="preserve">rth </w:t>
      </w:r>
      <w:r>
        <w:rPr>
          <w:b/>
          <w:i w:val="0"/>
          <w:smallCaps w:val="0"/>
          <w:strike w:val="0"/>
          <w:sz w:val="22"/>
          <w:highlight w:val="cyan"/>
          <w:u w:val="single"/>
        </w:rPr>
        <w:t>Ko</w:t>
      </w:r>
      <w:r>
        <w:rPr>
          <w:b w:val="0"/>
          <w:i w:val="0"/>
          <w:smallCaps w:val="0"/>
          <w:strike w:val="0"/>
          <w:sz w:val="16"/>
          <w:u w:val="none"/>
        </w:rPr>
        <w:t xml:space="preserve">rea.[3]  Likewise, using quantum-enabled </w:t>
      </w:r>
      <w:r>
        <w:rPr>
          <w:b w:val="0"/>
          <w:i w:val="0"/>
          <w:smallCaps w:val="0"/>
          <w:strike w:val="0"/>
          <w:sz w:val="22"/>
          <w:u w:val="single"/>
        </w:rPr>
        <w:t>nav</w:t>
      </w:r>
      <w:r>
        <w:rPr>
          <w:b w:val="0"/>
          <w:i w:val="0"/>
          <w:smallCaps w:val="0"/>
          <w:strike w:val="0"/>
          <w:sz w:val="16"/>
          <w:u w:val="none"/>
        </w:rPr>
        <w:t xml:space="preserve">igation </w:t>
      </w:r>
      <w:r>
        <w:rPr>
          <w:b/>
          <w:i w:val="0"/>
          <w:smallCaps w:val="0"/>
          <w:strike w:val="0"/>
          <w:sz w:val="22"/>
          <w:u w:val="single"/>
        </w:rPr>
        <w:t>systems</w:t>
      </w:r>
      <w:r>
        <w:rPr>
          <w:b w:val="0"/>
          <w:i w:val="0"/>
          <w:smallCaps w:val="0"/>
          <w:strike w:val="0"/>
          <w:sz w:val="16"/>
          <w:u w:val="none"/>
        </w:rPr>
        <w:t xml:space="preserve"> to operate </w:t>
      </w:r>
      <w:r>
        <w:rPr>
          <w:b w:val="0"/>
          <w:i w:val="0"/>
          <w:smallCaps w:val="0"/>
          <w:strike w:val="0"/>
          <w:sz w:val="22"/>
          <w:u w:val="single"/>
        </w:rPr>
        <w:t>in war zones</w:t>
      </w:r>
      <w:r>
        <w:rPr>
          <w:b w:val="0"/>
          <w:i w:val="0"/>
          <w:smallCaps w:val="0"/>
          <w:strike w:val="0"/>
          <w:sz w:val="16"/>
          <w:u w:val="none"/>
        </w:rPr>
        <w:t xml:space="preserve"> </w:t>
      </w:r>
      <w:r>
        <w:rPr>
          <w:b w:val="0"/>
          <w:i w:val="0"/>
          <w:smallCaps w:val="0"/>
          <w:strike w:val="0"/>
          <w:sz w:val="22"/>
          <w:u w:val="single"/>
        </w:rPr>
        <w:t>where</w:t>
      </w:r>
      <w:r>
        <w:rPr>
          <w:b w:val="0"/>
          <w:i w:val="0"/>
          <w:smallCaps w:val="0"/>
          <w:strike w:val="0"/>
          <w:sz w:val="16"/>
          <w:u w:val="none"/>
        </w:rPr>
        <w:t xml:space="preserve"> satellite-</w:t>
      </w:r>
      <w:r>
        <w:rPr>
          <w:b w:val="0"/>
          <w:i w:val="0"/>
          <w:smallCaps w:val="0"/>
          <w:strike w:val="0"/>
          <w:sz w:val="22"/>
          <w:u w:val="single"/>
        </w:rPr>
        <w:t>GPS</w:t>
      </w:r>
      <w:r>
        <w:rPr>
          <w:b w:val="0"/>
          <w:i w:val="0"/>
          <w:smallCaps w:val="0"/>
          <w:strike w:val="0"/>
          <w:sz w:val="16"/>
          <w:u w:val="none"/>
        </w:rPr>
        <w:t xml:space="preserve"> has been [damaged] </w:t>
      </w:r>
      <w:r>
        <w:rPr>
          <w:b w:val="0"/>
          <w:i w:val="0"/>
          <w:smallCaps w:val="0"/>
          <w:strike/>
          <w:sz w:val="16"/>
          <w:u w:val="none"/>
        </w:rPr>
        <w:t>disabled</w:t>
      </w:r>
      <w:r>
        <w:rPr>
          <w:b w:val="0"/>
          <w:i w:val="0"/>
          <w:smallCaps w:val="0"/>
          <w:strike w:val="0"/>
          <w:sz w:val="16"/>
          <w:u w:val="none"/>
        </w:rPr>
        <w:t xml:space="preserve"> or more likely, heavily </w:t>
      </w:r>
      <w:r>
        <w:rPr>
          <w:b w:val="0"/>
          <w:i w:val="0"/>
          <w:smallCaps w:val="0"/>
          <w:strike w:val="0"/>
          <w:sz w:val="22"/>
          <w:u w:val="single"/>
        </w:rPr>
        <w:t>jammed</w:t>
      </w:r>
      <w:r>
        <w:rPr>
          <w:b w:val="0"/>
          <w:i w:val="0"/>
          <w:smallCaps w:val="0"/>
          <w:strike w:val="0"/>
          <w:sz w:val="16"/>
          <w:u w:val="none"/>
        </w:rPr>
        <w:t xml:space="preserve"> by an adversary, may </w:t>
      </w:r>
      <w:r>
        <w:rPr>
          <w:b/>
          <w:i w:val="0"/>
          <w:smallCaps w:val="0"/>
          <w:strike w:val="0"/>
          <w:sz w:val="22"/>
          <w:u w:val="single"/>
        </w:rPr>
        <w:t>affect</w:t>
      </w:r>
      <w:r>
        <w:rPr>
          <w:b w:val="0"/>
          <w:i w:val="0"/>
          <w:smallCaps w:val="0"/>
          <w:strike w:val="0"/>
          <w:sz w:val="22"/>
          <w:u w:val="single"/>
        </w:rPr>
        <w:t xml:space="preserve"> the </w:t>
      </w:r>
      <w:r>
        <w:rPr>
          <w:b/>
          <w:i w:val="0"/>
          <w:smallCaps w:val="0"/>
          <w:strike w:val="0"/>
          <w:sz w:val="22"/>
          <w:u w:val="single"/>
        </w:rPr>
        <w:t>threshold</w:t>
      </w:r>
      <w:r>
        <w:rPr>
          <w:b w:val="0"/>
          <w:i w:val="0"/>
          <w:smallCaps w:val="0"/>
          <w:strike w:val="0"/>
          <w:sz w:val="22"/>
          <w:u w:val="single"/>
        </w:rPr>
        <w:t xml:space="preserve"> at which </w:t>
      </w:r>
      <w:r>
        <w:rPr>
          <w:b/>
          <w:i w:val="0"/>
          <w:smallCaps w:val="0"/>
          <w:strike w:val="0"/>
          <w:sz w:val="22"/>
          <w:u w:val="single"/>
        </w:rPr>
        <w:t>nuclear weapons</w:t>
      </w:r>
      <w:r>
        <w:rPr>
          <w:b w:val="0"/>
          <w:i w:val="0"/>
          <w:smallCaps w:val="0"/>
          <w:strike w:val="0"/>
          <w:sz w:val="22"/>
          <w:u w:val="single"/>
        </w:rPr>
        <w:t xml:space="preserve"> come into play</w:t>
      </w:r>
      <w:r>
        <w:rPr>
          <w:b w:val="0"/>
          <w:i w:val="0"/>
          <w:smallCaps w:val="0"/>
          <w:strike w:val="0"/>
          <w:sz w:val="16"/>
          <w:u w:val="none"/>
        </w:rPr>
        <w:t xml:space="preserve"> (earlier for a state attacked by an external force using such navigational systems, later for a state able to delay escalation to nuclear brute force by using such navigational systems to make conventional forces more capable against air defenses it is attacking).</w:t>
      </w:r>
    </w:p>
    <w:p>
      <w:pPr>
        <w:spacing w:after="60"/>
      </w:pPr>
      <w:r>
        <w:rPr>
          <w:b w:val="0"/>
          <w:i w:val="0"/>
          <w:smallCaps w:val="0"/>
          <w:strike w:val="0"/>
          <w:sz w:val="22"/>
          <w:highlight w:val="cyan"/>
          <w:u w:val="single"/>
        </w:rPr>
        <w:t>Rendering</w:t>
      </w:r>
      <w:r>
        <w:rPr>
          <w:b w:val="0"/>
          <w:i w:val="0"/>
          <w:smallCaps w:val="0"/>
          <w:strike w:val="0"/>
          <w:sz w:val="22"/>
          <w:u w:val="single"/>
        </w:rPr>
        <w:t xml:space="preserve"> Visible</w:t>
      </w:r>
      <w:r>
        <w:rPr>
          <w:b w:val="0"/>
          <w:i w:val="0"/>
          <w:smallCaps w:val="0"/>
          <w:strike w:val="0"/>
          <w:sz w:val="16"/>
          <w:u w:val="none"/>
        </w:rPr>
        <w:t xml:space="preserve"> Nuclear Weapons and </w:t>
      </w:r>
      <w:r>
        <w:rPr>
          <w:b/>
          <w:i w:val="0"/>
          <w:smallCaps w:val="0"/>
          <w:strike w:val="0"/>
          <w:sz w:val="22"/>
          <w:highlight w:val="cyan"/>
          <w:u w:val="single"/>
        </w:rPr>
        <w:t>Delivery</w:t>
      </w:r>
      <w:r>
        <w:rPr>
          <w:b w:val="0"/>
          <w:i w:val="0"/>
          <w:smallCaps w:val="0"/>
          <w:strike w:val="0"/>
          <w:sz w:val="16"/>
          <w:u w:val="none"/>
        </w:rPr>
        <w:t xml:space="preserve"> Systems—and Command Centers:  </w:t>
      </w:r>
      <w:r>
        <w:rPr>
          <w:b w:val="0"/>
          <w:i w:val="0"/>
          <w:smallCaps w:val="0"/>
          <w:strike w:val="0"/>
          <w:sz w:val="22"/>
          <w:u w:val="single"/>
        </w:rPr>
        <w:t>Quantum clocks</w:t>
      </w:r>
      <w:r>
        <w:rPr>
          <w:b w:val="0"/>
          <w:i w:val="0"/>
          <w:smallCaps w:val="0"/>
          <w:strike w:val="0"/>
          <w:sz w:val="16"/>
          <w:u w:val="none"/>
        </w:rPr>
        <w:t xml:space="preserve"> and sensing technology may </w:t>
      </w:r>
      <w:r>
        <w:rPr>
          <w:b w:val="0"/>
          <w:i w:val="0"/>
          <w:smallCaps w:val="0"/>
          <w:strike w:val="0"/>
          <w:sz w:val="22"/>
          <w:u w:val="single"/>
        </w:rPr>
        <w:t xml:space="preserve">increase </w:t>
      </w:r>
      <w:r>
        <w:rPr>
          <w:b/>
          <w:i w:val="0"/>
          <w:smallCaps w:val="0"/>
          <w:strike w:val="0"/>
          <w:sz w:val="22"/>
          <w:u w:val="single"/>
        </w:rPr>
        <w:t>transparency</w:t>
      </w:r>
      <w:r>
        <w:rPr>
          <w:b w:val="0"/>
          <w:i w:val="0"/>
          <w:smallCaps w:val="0"/>
          <w:strike w:val="0"/>
          <w:sz w:val="22"/>
          <w:u w:val="single"/>
        </w:rPr>
        <w:t xml:space="preserve"> of nuclear weapons</w:t>
      </w:r>
      <w:r>
        <w:rPr>
          <w:b w:val="0"/>
          <w:i w:val="0"/>
          <w:smallCaps w:val="0"/>
          <w:strike w:val="0"/>
          <w:sz w:val="16"/>
          <w:u w:val="none"/>
        </w:rPr>
        <w:t xml:space="preserve"> and nuclear weapons delivery systems, </w:t>
      </w:r>
      <w:r>
        <w:rPr>
          <w:b/>
          <w:i w:val="0"/>
          <w:smallCaps w:val="0"/>
          <w:strike w:val="0"/>
          <w:sz w:val="22"/>
          <w:u w:val="single"/>
        </w:rPr>
        <w:t>overcoming stealth</w:t>
      </w:r>
      <w:r>
        <w:rPr>
          <w:b w:val="0"/>
          <w:i w:val="0"/>
          <w:smallCaps w:val="0"/>
          <w:strike w:val="0"/>
          <w:sz w:val="22"/>
          <w:u w:val="single"/>
        </w:rPr>
        <w:t xml:space="preserve"> delivery</w:t>
      </w:r>
      <w:r>
        <w:rPr>
          <w:b w:val="0"/>
          <w:i w:val="0"/>
          <w:smallCaps w:val="0"/>
          <w:strike w:val="0"/>
          <w:sz w:val="16"/>
          <w:u w:val="none"/>
        </w:rPr>
        <w:t xml:space="preserve">,[4] </w:t>
      </w:r>
      <w:r>
        <w:rPr>
          <w:b w:val="0"/>
          <w:i w:val="0"/>
          <w:smallCaps w:val="0"/>
          <w:strike w:val="0"/>
          <w:sz w:val="22"/>
          <w:u w:val="single"/>
        </w:rPr>
        <w:t xml:space="preserve">and enabling states to </w:t>
      </w:r>
      <w:r>
        <w:rPr>
          <w:b/>
          <w:i w:val="0"/>
          <w:smallCaps w:val="0"/>
          <w:strike w:val="0"/>
          <w:sz w:val="22"/>
          <w:u w:val="single"/>
        </w:rPr>
        <w:t>identify</w:t>
      </w:r>
      <w:r>
        <w:rPr>
          <w:b w:val="0"/>
          <w:i w:val="0"/>
          <w:smallCaps w:val="0"/>
          <w:strike w:val="0"/>
          <w:sz w:val="16"/>
          <w:u w:val="none"/>
        </w:rPr>
        <w:t xml:space="preserve"> and track otherwise invisible delivery </w:t>
      </w:r>
      <w:r>
        <w:rPr>
          <w:b w:val="0"/>
          <w:i w:val="0"/>
          <w:smallCaps w:val="0"/>
          <w:strike w:val="0"/>
          <w:sz w:val="22"/>
          <w:u w:val="single"/>
        </w:rPr>
        <w:t>platforms</w:t>
      </w:r>
      <w:r>
        <w:rPr>
          <w:b w:val="0"/>
          <w:i w:val="0"/>
          <w:smallCaps w:val="0"/>
          <w:strike w:val="0"/>
          <w:sz w:val="16"/>
          <w:u w:val="none"/>
        </w:rPr>
        <w:t xml:space="preserve"> such as submerged </w:t>
      </w:r>
      <w:r>
        <w:rPr>
          <w:b/>
          <w:i w:val="0"/>
          <w:smallCaps w:val="0"/>
          <w:strike w:val="0"/>
          <w:sz w:val="22"/>
          <w:highlight w:val="cyan"/>
          <w:u w:val="single"/>
        </w:rPr>
        <w:t>sub</w:t>
      </w:r>
      <w:r>
        <w:rPr>
          <w:b w:val="0"/>
          <w:i w:val="0"/>
          <w:smallCaps w:val="0"/>
          <w:strike w:val="0"/>
          <w:sz w:val="16"/>
          <w:u w:val="none"/>
        </w:rPr>
        <w:t>marine</w:t>
      </w:r>
      <w:r>
        <w:rPr>
          <w:b/>
          <w:i w:val="0"/>
          <w:smallCaps w:val="0"/>
          <w:strike w:val="0"/>
          <w:sz w:val="22"/>
          <w:highlight w:val="cyan"/>
          <w:u w:val="single"/>
        </w:rPr>
        <w:t>s</w:t>
      </w:r>
      <w:r>
        <w:rPr>
          <w:b w:val="0"/>
          <w:i w:val="0"/>
          <w:smallCaps w:val="0"/>
          <w:strike w:val="0"/>
          <w:sz w:val="16"/>
          <w:u w:val="none"/>
        </w:rPr>
        <w:t xml:space="preserve"> and </w:t>
      </w:r>
      <w:r>
        <w:rPr>
          <w:b w:val="0"/>
          <w:i w:val="0"/>
          <w:smallCaps w:val="0"/>
          <w:strike w:val="0"/>
          <w:sz w:val="22"/>
          <w:u w:val="single"/>
        </w:rPr>
        <w:t>nuclear</w:t>
      </w:r>
      <w:r>
        <w:rPr>
          <w:b w:val="0"/>
          <w:i w:val="0"/>
          <w:smallCaps w:val="0"/>
          <w:strike w:val="0"/>
          <w:sz w:val="16"/>
          <w:u w:val="none"/>
        </w:rPr>
        <w:t xml:space="preserve"> armed </w:t>
      </w:r>
      <w:r>
        <w:rPr>
          <w:b/>
          <w:i w:val="0"/>
          <w:smallCaps w:val="0"/>
          <w:strike w:val="0"/>
          <w:sz w:val="22"/>
          <w:highlight w:val="cyan"/>
          <w:u w:val="single"/>
        </w:rPr>
        <w:t>drones</w:t>
      </w:r>
      <w:r>
        <w:rPr>
          <w:b w:val="0"/>
          <w:i w:val="0"/>
          <w:smallCaps w:val="0"/>
          <w:strike w:val="0"/>
          <w:sz w:val="16"/>
          <w:u w:val="none"/>
        </w:rPr>
        <w:t xml:space="preserve">, or of subterranean command centers and </w:t>
      </w:r>
      <w:r>
        <w:rPr>
          <w:b w:val="0"/>
          <w:i w:val="0"/>
          <w:smallCaps w:val="0"/>
          <w:strike w:val="0"/>
          <w:sz w:val="22"/>
          <w:u w:val="single"/>
        </w:rPr>
        <w:t xml:space="preserve">missile launch </w:t>
      </w:r>
      <w:r>
        <w:rPr>
          <w:b w:val="0"/>
          <w:i w:val="0"/>
          <w:smallCaps w:val="0"/>
          <w:strike w:val="0"/>
          <w:sz w:val="16"/>
          <w:u w:val="none"/>
        </w:rPr>
        <w:t xml:space="preserve">sites used by China and North Korea.  With these sites rendered transparent, </w:t>
      </w:r>
      <w:r>
        <w:rPr>
          <w:b w:val="0"/>
          <w:i w:val="0"/>
          <w:smallCaps w:val="0"/>
          <w:strike w:val="0"/>
          <w:sz w:val="22"/>
          <w:u w:val="single"/>
        </w:rPr>
        <w:t>NC3</w:t>
      </w:r>
      <w:r>
        <w:rPr>
          <w:b w:val="0"/>
          <w:i w:val="0"/>
          <w:smallCaps w:val="0"/>
          <w:strike w:val="0"/>
          <w:sz w:val="16"/>
          <w:u w:val="none"/>
        </w:rPr>
        <w:t xml:space="preserve"> systems may be forced to adjust not just to the </w:t>
      </w:r>
      <w:r>
        <w:rPr>
          <w:b/>
          <w:i w:val="0"/>
          <w:smallCaps w:val="0"/>
          <w:strike w:val="0"/>
          <w:sz w:val="22"/>
          <w:u w:val="single"/>
        </w:rPr>
        <w:t>direct threat</w:t>
      </w:r>
      <w:r>
        <w:rPr>
          <w:b w:val="0"/>
          <w:i w:val="0"/>
          <w:smallCaps w:val="0"/>
          <w:strike w:val="0"/>
          <w:sz w:val="16"/>
          <w:u w:val="none"/>
        </w:rPr>
        <w:t xml:space="preserve"> of external access to these systems, but to further reduction of the already </w:t>
      </w:r>
      <w:r>
        <w:rPr>
          <w:b/>
          <w:i w:val="0"/>
          <w:smallCaps w:val="0"/>
          <w:strike w:val="0"/>
          <w:sz w:val="22"/>
          <w:highlight w:val="cyan"/>
          <w:u w:val="single"/>
        </w:rPr>
        <w:t>compress</w:t>
      </w:r>
      <w:r>
        <w:rPr>
          <w:b/>
          <w:i w:val="0"/>
          <w:smallCaps w:val="0"/>
          <w:strike w:val="0"/>
          <w:sz w:val="22"/>
          <w:u w:val="single"/>
        </w:rPr>
        <w:t xml:space="preserve">ed </w:t>
      </w:r>
      <w:r>
        <w:rPr>
          <w:b/>
          <w:i w:val="0"/>
          <w:smallCaps w:val="0"/>
          <w:strike w:val="0"/>
          <w:sz w:val="22"/>
          <w:highlight w:val="cyan"/>
          <w:u w:val="single"/>
        </w:rPr>
        <w:t>decision</w:t>
      </w:r>
      <w:r>
        <w:rPr>
          <w:b w:val="0"/>
          <w:i w:val="0"/>
          <w:smallCaps w:val="0"/>
          <w:strike w:val="0"/>
          <w:sz w:val="22"/>
          <w:highlight w:val="cyan"/>
          <w:u w:val="single"/>
        </w:rPr>
        <w:t xml:space="preserve"> s</w:t>
      </w:r>
      <w:r>
        <w:rPr>
          <w:b w:val="0"/>
          <w:i w:val="0"/>
          <w:smallCaps w:val="0"/>
          <w:strike w:val="0"/>
          <w:sz w:val="22"/>
          <w:u w:val="single"/>
        </w:rPr>
        <w:t>pace</w:t>
      </w:r>
      <w:r>
        <w:rPr>
          <w:b w:val="0"/>
          <w:i w:val="0"/>
          <w:smallCaps w:val="0"/>
          <w:strike w:val="0"/>
          <w:sz w:val="16"/>
          <w:u w:val="none"/>
        </w:rPr>
        <w:t xml:space="preserve"> from minutes to seconds, with the implication that artificial intelligence systems may substitute for humans whose brains are too slow and limited to process sensed information communicated to the nuclear command and control sensors.</w:t>
      </w:r>
    </w:p>
    <w:p>
      <w:pPr>
        <w:spacing w:after="60"/>
      </w:pPr>
      <w:r>
        <w:rPr>
          <w:b w:val="0"/>
          <w:i w:val="0"/>
          <w:smallCaps w:val="0"/>
          <w:strike w:val="0"/>
          <w:sz w:val="22"/>
          <w:u w:val="single"/>
        </w:rPr>
        <w:t>Given</w:t>
      </w:r>
      <w:r>
        <w:rPr>
          <w:b w:val="0"/>
          <w:i w:val="0"/>
          <w:smallCaps w:val="0"/>
          <w:strike w:val="0"/>
          <w:sz w:val="16"/>
          <w:u w:val="none"/>
        </w:rPr>
        <w:t xml:space="preserve"> these </w:t>
      </w:r>
      <w:r>
        <w:rPr>
          <w:b w:val="0"/>
          <w:i w:val="0"/>
          <w:smallCaps w:val="0"/>
          <w:strike w:val="0"/>
          <w:sz w:val="22"/>
          <w:u w:val="single"/>
        </w:rPr>
        <w:t>trends</w:t>
      </w:r>
      <w:r>
        <w:rPr>
          <w:b w:val="0"/>
          <w:i w:val="0"/>
          <w:smallCaps w:val="0"/>
          <w:strike w:val="0"/>
          <w:sz w:val="16"/>
          <w:u w:val="none"/>
        </w:rPr>
        <w:t xml:space="preserve">, </w:t>
      </w:r>
      <w:r>
        <w:rPr>
          <w:b w:val="0"/>
          <w:i w:val="0"/>
          <w:smallCaps w:val="0"/>
          <w:strike w:val="0"/>
          <w:sz w:val="22"/>
          <w:u w:val="single"/>
        </w:rPr>
        <w:t xml:space="preserve">nuclear-armed </w:t>
      </w:r>
      <w:r>
        <w:rPr>
          <w:b/>
          <w:i w:val="0"/>
          <w:smallCaps w:val="0"/>
          <w:strike w:val="0"/>
          <w:sz w:val="22"/>
          <w:highlight w:val="cyan"/>
          <w:u w:val="single"/>
        </w:rPr>
        <w:t>states</w:t>
      </w:r>
      <w:r>
        <w:rPr>
          <w:b w:val="0"/>
          <w:i w:val="0"/>
          <w:smallCaps w:val="0"/>
          <w:strike w:val="0"/>
          <w:sz w:val="16"/>
          <w:u w:val="none"/>
        </w:rPr>
        <w:t xml:space="preserve"> may be wise to </w:t>
      </w:r>
      <w:r>
        <w:rPr>
          <w:b w:val="0"/>
          <w:i w:val="0"/>
          <w:smallCaps w:val="0"/>
          <w:strike w:val="0"/>
          <w:sz w:val="22"/>
          <w:highlight w:val="cyan"/>
          <w:u w:val="single"/>
        </w:rPr>
        <w:t>seek</w:t>
      </w:r>
      <w:r>
        <w:rPr>
          <w:b w:val="0"/>
          <w:i w:val="0"/>
          <w:smallCaps w:val="0"/>
          <w:strike w:val="0"/>
          <w:sz w:val="16"/>
          <w:u w:val="none"/>
        </w:rPr>
        <w:t xml:space="preserve"> to </w:t>
      </w:r>
      <w:r>
        <w:rPr>
          <w:b/>
          <w:i w:val="0"/>
          <w:smallCaps w:val="0"/>
          <w:strike w:val="0"/>
          <w:sz w:val="22"/>
          <w:u w:val="single"/>
        </w:rPr>
        <w:t>secure</w:t>
      </w:r>
      <w:r>
        <w:rPr>
          <w:b w:val="0"/>
          <w:i w:val="0"/>
          <w:smallCaps w:val="0"/>
          <w:strike w:val="0"/>
          <w:sz w:val="22"/>
          <w:u w:val="single"/>
        </w:rPr>
        <w:t xml:space="preserve"> </w:t>
      </w:r>
      <w:r>
        <w:rPr>
          <w:b w:val="0"/>
          <w:i w:val="0"/>
          <w:smallCaps w:val="0"/>
          <w:strike w:val="0"/>
          <w:sz w:val="16"/>
          <w:u w:val="none"/>
        </w:rPr>
        <w:t xml:space="preserve">widespread </w:t>
      </w:r>
      <w:r>
        <w:rPr>
          <w:b w:val="0"/>
          <w:i w:val="0"/>
          <w:smallCaps w:val="0"/>
          <w:strike w:val="0"/>
          <w:sz w:val="22"/>
          <w:u w:val="single"/>
        </w:rPr>
        <w:t xml:space="preserve">concurrence from all states with </w:t>
      </w:r>
      <w:r>
        <w:rPr>
          <w:b/>
          <w:i w:val="0"/>
          <w:smallCaps w:val="0"/>
          <w:strike w:val="0"/>
          <w:sz w:val="22"/>
          <w:u w:val="single"/>
        </w:rPr>
        <w:t xml:space="preserve">new </w:t>
      </w:r>
      <w:r>
        <w:rPr>
          <w:b/>
          <w:i w:val="0"/>
          <w:smallCaps w:val="0"/>
          <w:strike w:val="0"/>
          <w:sz w:val="22"/>
          <w:highlight w:val="cyan"/>
          <w:u w:val="single"/>
        </w:rPr>
        <w:t>norms</w:t>
      </w:r>
      <w:r>
        <w:rPr>
          <w:b w:val="0"/>
          <w:i w:val="0"/>
          <w:smallCaps w:val="0"/>
          <w:strike w:val="0"/>
          <w:sz w:val="22"/>
          <w:u w:val="single"/>
        </w:rPr>
        <w:t xml:space="preserve"> against attacking</w:t>
      </w:r>
      <w:r>
        <w:rPr>
          <w:b w:val="0"/>
          <w:i w:val="0"/>
          <w:smallCaps w:val="0"/>
          <w:strike w:val="0"/>
          <w:sz w:val="16"/>
          <w:u w:val="none"/>
        </w:rPr>
        <w:t xml:space="preserve"> the leadership of nuclear armed states, just as the United States and the former Soviet Union (now Russia) are committed by strategic arms treaties to not attack each other’s “national technical means.”  Such</w:t>
      </w:r>
      <w:r>
        <w:rPr>
          <w:b w:val="0"/>
          <w:i w:val="0"/>
          <w:smallCaps w:val="0"/>
          <w:strike w:val="0"/>
          <w:sz w:val="22"/>
          <w:u w:val="single"/>
        </w:rPr>
        <w:t xml:space="preserve"> </w:t>
      </w:r>
      <w:r>
        <w:rPr>
          <w:b/>
          <w:i w:val="0"/>
          <w:smallCaps w:val="0"/>
          <w:strike w:val="0"/>
          <w:sz w:val="22"/>
          <w:highlight w:val="cyan"/>
          <w:u w:val="single"/>
        </w:rPr>
        <w:t>Q-sensors</w:t>
      </w:r>
      <w:r>
        <w:rPr>
          <w:b w:val="0"/>
          <w:i w:val="0"/>
          <w:smallCaps w:val="0"/>
          <w:strike w:val="0"/>
          <w:sz w:val="16"/>
          <w:u w:val="none"/>
        </w:rPr>
        <w:t xml:space="preserve"> may also </w:t>
      </w:r>
      <w:r>
        <w:rPr>
          <w:b w:val="0"/>
          <w:i w:val="0"/>
          <w:smallCaps w:val="0"/>
          <w:strike w:val="0"/>
          <w:sz w:val="22"/>
          <w:highlight w:val="cyan"/>
          <w:u w:val="single"/>
        </w:rPr>
        <w:t>enable</w:t>
      </w:r>
      <w:r>
        <w:rPr>
          <w:b w:val="0"/>
          <w:i w:val="0"/>
          <w:smallCaps w:val="0"/>
          <w:strike w:val="0"/>
          <w:sz w:val="16"/>
          <w:u w:val="none"/>
        </w:rPr>
        <w:t xml:space="preserve"> nuclear armed states to map with much greater precision the </w:t>
      </w:r>
      <w:r>
        <w:rPr>
          <w:b w:val="0"/>
          <w:i w:val="0"/>
          <w:smallCaps w:val="0"/>
          <w:strike w:val="0"/>
          <w:sz w:val="22"/>
          <w:u w:val="single"/>
        </w:rPr>
        <w:t xml:space="preserve">magnetic </w:t>
      </w:r>
      <w:r>
        <w:rPr>
          <w:b/>
          <w:i w:val="0"/>
          <w:smallCaps w:val="0"/>
          <w:strike w:val="0"/>
          <w:sz w:val="22"/>
          <w:u w:val="single"/>
        </w:rPr>
        <w:t>anomalies</w:t>
      </w:r>
      <w:r>
        <w:rPr>
          <w:b w:val="0"/>
          <w:i w:val="0"/>
          <w:smallCaps w:val="0"/>
          <w:strike w:val="0"/>
          <w:sz w:val="16"/>
          <w:u w:val="none"/>
        </w:rPr>
        <w:t xml:space="preserve"> of Earth and thereby </w:t>
      </w:r>
      <w:r>
        <w:rPr>
          <w:b w:val="0"/>
          <w:i w:val="0"/>
          <w:smallCaps w:val="0"/>
          <w:strike w:val="0"/>
          <w:sz w:val="22"/>
          <w:u w:val="single"/>
        </w:rPr>
        <w:t>adjust</w:t>
      </w:r>
      <w:r>
        <w:rPr>
          <w:b w:val="0"/>
          <w:i w:val="0"/>
          <w:smallCaps w:val="0"/>
          <w:strike w:val="0"/>
          <w:sz w:val="16"/>
          <w:u w:val="none"/>
        </w:rPr>
        <w:t xml:space="preserve"> slightly the intended </w:t>
      </w:r>
      <w:r>
        <w:rPr>
          <w:b w:val="0"/>
          <w:i w:val="0"/>
          <w:smallCaps w:val="0"/>
          <w:strike w:val="0"/>
          <w:sz w:val="22"/>
          <w:u w:val="single"/>
        </w:rPr>
        <w:t>trajectory of</w:t>
      </w:r>
      <w:r>
        <w:rPr>
          <w:b w:val="0"/>
          <w:i w:val="0"/>
          <w:smallCaps w:val="0"/>
          <w:strike w:val="0"/>
          <w:sz w:val="16"/>
          <w:u w:val="none"/>
        </w:rPr>
        <w:t xml:space="preserve"> long-range </w:t>
      </w:r>
      <w:r>
        <w:rPr>
          <w:b w:val="0"/>
          <w:i w:val="0"/>
          <w:smallCaps w:val="0"/>
          <w:strike w:val="0"/>
          <w:sz w:val="22"/>
          <w:u w:val="single"/>
        </w:rPr>
        <w:t>missiles</w:t>
      </w:r>
      <w:r>
        <w:rPr>
          <w:b w:val="0"/>
          <w:i w:val="0"/>
          <w:smallCaps w:val="0"/>
          <w:strike w:val="0"/>
          <w:sz w:val="16"/>
          <w:u w:val="none"/>
        </w:rPr>
        <w:t xml:space="preserve"> fired over full range (mostly North-South over the pole) rather than in short-range test mode (mostly East-West), thereby increasing the probability of destroying targets.  Such a development could </w:t>
      </w:r>
      <w:r>
        <w:rPr>
          <w:b w:val="0"/>
          <w:i w:val="0"/>
          <w:smallCaps w:val="0"/>
          <w:strike w:val="0"/>
          <w:sz w:val="22"/>
          <w:u w:val="single"/>
        </w:rPr>
        <w:t xml:space="preserve">increase </w:t>
      </w:r>
      <w:r>
        <w:rPr>
          <w:b/>
          <w:i w:val="0"/>
          <w:smallCaps w:val="0"/>
          <w:strike w:val="0"/>
          <w:sz w:val="22"/>
          <w:highlight w:val="cyan"/>
          <w:u w:val="single"/>
        </w:rPr>
        <w:t>first strike</w:t>
      </w:r>
      <w:r>
        <w:rPr>
          <w:b w:val="0"/>
          <w:i w:val="0"/>
          <w:smallCaps w:val="0"/>
          <w:strike w:val="0"/>
          <w:sz w:val="16"/>
          <w:u w:val="none"/>
        </w:rPr>
        <w:t xml:space="preserve"> capability on the one hand and </w:t>
      </w:r>
      <w:r>
        <w:rPr>
          <w:b/>
          <w:i w:val="0"/>
          <w:smallCaps w:val="0"/>
          <w:strike w:val="0"/>
          <w:sz w:val="22"/>
          <w:highlight w:val="cyan"/>
          <w:u w:val="single"/>
        </w:rPr>
        <w:t>destabilize deterrence</w:t>
      </w:r>
      <w:r>
        <w:rPr>
          <w:b w:val="0"/>
          <w:i w:val="0"/>
          <w:smallCaps w:val="0"/>
          <w:strike w:val="0"/>
          <w:sz w:val="16"/>
          <w:u w:val="none"/>
        </w:rPr>
        <w:t xml:space="preserve"> on the one hand; or </w:t>
      </w:r>
      <w:r>
        <w:rPr>
          <w:b w:val="0"/>
          <w:i w:val="0"/>
          <w:smallCaps w:val="0"/>
          <w:strike w:val="0"/>
          <w:sz w:val="22"/>
          <w:u w:val="single"/>
        </w:rPr>
        <w:t>increase</w:t>
      </w:r>
      <w:r>
        <w:rPr>
          <w:b w:val="0"/>
          <w:i w:val="0"/>
          <w:smallCaps w:val="0"/>
          <w:strike w:val="0"/>
          <w:sz w:val="16"/>
          <w:u w:val="none"/>
        </w:rPr>
        <w:t xml:space="preserve"> the </w:t>
      </w:r>
      <w:r>
        <w:rPr>
          <w:b w:val="0"/>
          <w:i w:val="0"/>
          <w:smallCaps w:val="0"/>
          <w:strike w:val="0"/>
          <w:sz w:val="22"/>
          <w:u w:val="single"/>
        </w:rPr>
        <w:t>credibility of threats</w:t>
      </w:r>
      <w:r>
        <w:rPr>
          <w:b w:val="0"/>
          <w:i w:val="0"/>
          <w:smallCaps w:val="0"/>
          <w:strike w:val="0"/>
          <w:sz w:val="16"/>
          <w:u w:val="none"/>
        </w:rPr>
        <w:t xml:space="preserve"> of nuclear attack, thereby reducing the propensity of nuclear adversaries to risk a first strike.   The net effects are unknown at this stage and are purely speculative—but may emerge over the time frames in which </w:t>
      </w:r>
      <w:r>
        <w:rPr>
          <w:b w:val="0"/>
          <w:i w:val="0"/>
          <w:smallCaps w:val="0"/>
          <w:strike w:val="0"/>
          <w:sz w:val="22"/>
          <w:u w:val="single"/>
        </w:rPr>
        <w:t>nuclear modernization</w:t>
      </w:r>
      <w:r>
        <w:rPr>
          <w:b w:val="0"/>
          <w:i w:val="0"/>
          <w:smallCaps w:val="0"/>
          <w:strike w:val="0"/>
          <w:sz w:val="16"/>
          <w:u w:val="none"/>
        </w:rPr>
        <w:t xml:space="preserve"> of major nuclear weapons delivery platforms will take place.</w:t>
      </w:r>
    </w:p>
    <w:p>
      <w:pPr>
        <w:spacing w:after="60"/>
      </w:pPr>
      <w:r>
        <w:rPr>
          <w:b/>
          <w:i w:val="0"/>
          <w:smallCaps w:val="0"/>
          <w:strike w:val="0"/>
          <w:sz w:val="22"/>
          <w:u w:val="single"/>
        </w:rPr>
        <w:t>Supplanting</w:t>
      </w:r>
      <w:r>
        <w:rPr>
          <w:b w:val="0"/>
          <w:i w:val="0"/>
          <w:smallCaps w:val="0"/>
          <w:strike w:val="0"/>
          <w:sz w:val="22"/>
          <w:u w:val="single"/>
        </w:rPr>
        <w:t xml:space="preserve"> Nuclear</w:t>
      </w:r>
      <w:r>
        <w:rPr>
          <w:b w:val="0"/>
          <w:i w:val="0"/>
          <w:smallCaps w:val="0"/>
          <w:strike w:val="0"/>
          <w:sz w:val="16"/>
          <w:u w:val="none"/>
        </w:rPr>
        <w:t xml:space="preserve"> and Much Conventional </w:t>
      </w:r>
      <w:r>
        <w:rPr>
          <w:b/>
          <w:i w:val="0"/>
          <w:smallCaps w:val="0"/>
          <w:strike w:val="0"/>
          <w:sz w:val="22"/>
          <w:u w:val="single"/>
        </w:rPr>
        <w:t>Weaponry</w:t>
      </w:r>
      <w:r>
        <w:rPr>
          <w:b w:val="0"/>
          <w:i w:val="0"/>
          <w:smallCaps w:val="0"/>
          <w:strike w:val="0"/>
          <w:sz w:val="16"/>
          <w:u w:val="none"/>
        </w:rPr>
        <w:t xml:space="preserve">:  More fundamentally, </w:t>
      </w:r>
      <w:r>
        <w:rPr>
          <w:b w:val="0"/>
          <w:i w:val="0"/>
          <w:smallCaps w:val="0"/>
          <w:strike w:val="0"/>
          <w:sz w:val="22"/>
          <w:u w:val="single"/>
        </w:rPr>
        <w:t xml:space="preserve">quantum </w:t>
      </w:r>
      <w:r>
        <w:rPr>
          <w:b w:val="0"/>
          <w:i w:val="0"/>
          <w:smallCaps w:val="0"/>
          <w:strike w:val="0"/>
          <w:sz w:val="22"/>
          <w:highlight w:val="cyan"/>
          <w:u w:val="single"/>
        </w:rPr>
        <w:t xml:space="preserve">driven </w:t>
      </w:r>
      <w:r>
        <w:rPr>
          <w:b w:val="0"/>
          <w:i w:val="0"/>
          <w:smallCaps w:val="0"/>
          <w:strike w:val="0"/>
          <w:sz w:val="22"/>
          <w:u w:val="single"/>
        </w:rPr>
        <w:t xml:space="preserve">advances in </w:t>
      </w:r>
      <w:r>
        <w:rPr>
          <w:b/>
          <w:i w:val="0"/>
          <w:smallCaps w:val="0"/>
          <w:strike w:val="0"/>
          <w:sz w:val="22"/>
          <w:u w:val="single"/>
        </w:rPr>
        <w:t>precision</w:t>
      </w:r>
      <w:r>
        <w:rPr>
          <w:b w:val="0"/>
          <w:i w:val="0"/>
          <w:smallCaps w:val="0"/>
          <w:strike w:val="0"/>
          <w:sz w:val="22"/>
          <w:u w:val="single"/>
        </w:rPr>
        <w:t xml:space="preserve"> of </w:t>
      </w:r>
      <w:r>
        <w:rPr>
          <w:b w:val="0"/>
          <w:i w:val="0"/>
          <w:smallCaps w:val="0"/>
          <w:strike w:val="0"/>
          <w:sz w:val="16"/>
          <w:u w:val="none"/>
        </w:rPr>
        <w:t xml:space="preserve">delivery of </w:t>
      </w:r>
      <w:r>
        <w:rPr>
          <w:b/>
          <w:i w:val="0"/>
          <w:smallCaps w:val="0"/>
          <w:strike w:val="0"/>
          <w:sz w:val="22"/>
          <w:highlight w:val="cyan"/>
          <w:u w:val="single"/>
        </w:rPr>
        <w:t>chemical</w:t>
      </w:r>
      <w:r>
        <w:rPr>
          <w:b w:val="0"/>
          <w:i w:val="0"/>
          <w:smallCaps w:val="0"/>
          <w:strike w:val="0"/>
          <w:sz w:val="22"/>
          <w:u w:val="single"/>
        </w:rPr>
        <w:t xml:space="preserve"> and physical</w:t>
      </w:r>
      <w:r>
        <w:rPr>
          <w:b w:val="0"/>
          <w:i w:val="0"/>
          <w:smallCaps w:val="0"/>
          <w:strike w:val="0"/>
          <w:sz w:val="16"/>
          <w:u w:val="none"/>
        </w:rPr>
        <w:t xml:space="preserve"> processes are likely to </w:t>
      </w:r>
      <w:r>
        <w:rPr>
          <w:b w:val="0"/>
          <w:i w:val="0"/>
          <w:smallCaps w:val="0"/>
          <w:strike w:val="0"/>
          <w:sz w:val="22"/>
          <w:u w:val="single"/>
        </w:rPr>
        <w:t>lead to</w:t>
      </w:r>
      <w:r>
        <w:rPr>
          <w:b w:val="0"/>
          <w:i w:val="0"/>
          <w:smallCaps w:val="0"/>
          <w:strike w:val="0"/>
          <w:sz w:val="16"/>
          <w:u w:val="none"/>
        </w:rPr>
        <w:t xml:space="preserve"> completely </w:t>
      </w:r>
      <w:r>
        <w:rPr>
          <w:b/>
          <w:i w:val="0"/>
          <w:smallCaps w:val="0"/>
          <w:strike w:val="0"/>
          <w:sz w:val="22"/>
          <w:u w:val="single"/>
        </w:rPr>
        <w:t>new</w:t>
      </w:r>
      <w:r>
        <w:rPr>
          <w:b w:val="0"/>
          <w:i w:val="0"/>
          <w:smallCaps w:val="0"/>
          <w:strike w:val="0"/>
          <w:sz w:val="16"/>
          <w:u w:val="none"/>
        </w:rPr>
        <w:t xml:space="preserve"> types of </w:t>
      </w:r>
      <w:r>
        <w:rPr>
          <w:b/>
          <w:i w:val="0"/>
          <w:smallCaps w:val="0"/>
          <w:strike w:val="0"/>
          <w:sz w:val="22"/>
          <w:highlight w:val="cyan"/>
          <w:u w:val="single"/>
        </w:rPr>
        <w:t>weapon s</w:t>
      </w:r>
      <w:r>
        <w:rPr>
          <w:b w:val="0"/>
          <w:i w:val="0"/>
          <w:smallCaps w:val="0"/>
          <w:strike w:val="0"/>
          <w:sz w:val="16"/>
          <w:u w:val="none"/>
        </w:rPr>
        <w:t xml:space="preserve">ystems that render nuclear weapons even more useless for warfighting than they are today, increasing the opportunity cost that they impose on conventional militaries that actually want to fight wars unencumbered by nuclear weapons or threat of nuclear attack.  Such systems are likely to be </w:t>
      </w:r>
      <w:r>
        <w:rPr>
          <w:b w:val="0"/>
          <w:i w:val="0"/>
          <w:smallCaps w:val="0"/>
          <w:strike w:val="0"/>
          <w:sz w:val="22"/>
          <w:u w:val="single"/>
        </w:rPr>
        <w:t>diffuse, distributed, and work like precision-</w:t>
      </w:r>
      <w:r>
        <w:rPr>
          <w:b w:val="0"/>
          <w:i w:val="0"/>
          <w:smallCaps w:val="0"/>
          <w:strike w:val="0"/>
          <w:sz w:val="22"/>
          <w:highlight w:val="cyan"/>
          <w:u w:val="single"/>
        </w:rPr>
        <w:t>guide</w:t>
      </w:r>
      <w:r>
        <w:rPr>
          <w:b w:val="0"/>
          <w:i w:val="0"/>
          <w:smallCaps w:val="0"/>
          <w:strike w:val="0"/>
          <w:sz w:val="22"/>
          <w:u w:val="single"/>
        </w:rPr>
        <w:t>d</w:t>
      </w:r>
      <w:r>
        <w:rPr>
          <w:b w:val="0"/>
          <w:i w:val="0"/>
          <w:smallCaps w:val="0"/>
          <w:strike w:val="0"/>
          <w:sz w:val="22"/>
          <w:highlight w:val="cyan"/>
          <w:u w:val="single"/>
        </w:rPr>
        <w:t xml:space="preserve"> </w:t>
      </w:r>
      <w:r>
        <w:rPr>
          <w:b/>
          <w:i w:val="0"/>
          <w:smallCaps w:val="0"/>
          <w:strike w:val="0"/>
          <w:sz w:val="22"/>
          <w:highlight w:val="cyan"/>
          <w:u w:val="single"/>
        </w:rPr>
        <w:t>swarms</w:t>
      </w:r>
      <w:r>
        <w:rPr>
          <w:b w:val="0"/>
          <w:i w:val="0"/>
          <w:smallCaps w:val="0"/>
          <w:strike w:val="0"/>
          <w:sz w:val="16"/>
          <w:highlight w:val="cyan"/>
          <w:u w:val="none"/>
        </w:rPr>
        <w:t>,</w:t>
      </w:r>
      <w:r>
        <w:rPr>
          <w:b w:val="0"/>
          <w:i w:val="0"/>
          <w:smallCaps w:val="0"/>
          <w:strike w:val="0"/>
          <w:sz w:val="16"/>
          <w:u w:val="none"/>
        </w:rPr>
        <w:t xml:space="preserve"> enveloping fog, or needlelike accuracy against specifically targeted humans or soldiers, or body parts and chemical processes thereof, rather than against large formations or populations.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