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Specifically for </w:t>
      </w:r>
      <w:r>
        <w:rPr>
          <w:b/>
          <w:i w:val="0"/>
          <w:smallCaps w:val="0"/>
          <w:strike w:val="0"/>
          <w:sz w:val="26"/>
          <w:u w:val="single"/>
        </w:rPr>
        <w:t>Biden</w:t>
      </w:r>
      <w:r>
        <w:rPr>
          <w:b/>
          <w:i w:val="0"/>
          <w:smallCaps w:val="0"/>
          <w:strike w:val="0"/>
          <w:sz w:val="26"/>
          <w:u w:val="none"/>
        </w:rPr>
        <w:t xml:space="preserve">. </w:t>
      </w:r>
    </w:p>
    <w:p>
      <w:pPr>
        <w:spacing w:after="80"/>
      </w:pPr>
      <w:r>
        <w:rPr>
          <w:b w:val="0"/>
          <w:i w:val="0"/>
          <w:smallCaps w:val="0"/>
          <w:strike w:val="0"/>
          <w:u w:val="none"/>
        </w:rPr>
        <w:t xml:space="preserve">Amy </w:t>
      </w:r>
      <w:r>
        <w:rPr>
          <w:b/>
          <w:i w:val="0"/>
          <w:smallCaps w:val="0"/>
          <w:strike w:val="0"/>
          <w:sz w:val="26"/>
          <w:u w:val="none"/>
        </w:rPr>
        <w:t>Sherman 22</w:t>
      </w:r>
      <w:r>
        <w:rPr>
          <w:b w:val="0"/>
          <w:i w:val="0"/>
          <w:smallCaps w:val="0"/>
          <w:strike w:val="0"/>
          <w:u w:val="none"/>
        </w:rPr>
        <w:t xml:space="preserve">, senior correspondent with PolitiFact, 1/4/2022, “Biden hasn’t moved on promise to decriminalize marijuana use.” </w:t>
      </w:r>
      <w:r>
        <w:rPr>
          <w:b w:val="0"/>
          <w:i w:val="0"/>
          <w:smallCaps w:val="0"/>
          <w:strike w:val="0"/>
          <w:u w:val="none"/>
        </w:rPr>
        <w:t>https://www.politifact.com/truth-o-meter/promises/biden-promise-tracker/promise/1529/decriminalize-marijuana/</w:t>
      </w:r>
      <w:r>
        <w:rPr>
          <w:b w:val="0"/>
          <w:i w:val="0"/>
          <w:smallCaps w:val="0"/>
          <w:strike w:val="0"/>
          <w:u w:val="none"/>
        </w:rPr>
        <w:t>, kav</w:t>
      </w:r>
    </w:p>
    <w:p>
      <w:pPr>
        <w:spacing w:after="60"/>
      </w:pPr>
      <w:r>
        <w:rPr>
          <w:b w:val="0"/>
          <w:i w:val="0"/>
          <w:smallCaps w:val="0"/>
          <w:strike w:val="0"/>
          <w:sz w:val="22"/>
          <w:u w:val="single"/>
        </w:rPr>
        <w:t xml:space="preserve">Most Americans support </w:t>
      </w:r>
      <w:r>
        <w:rPr>
          <w:b/>
          <w:i w:val="0"/>
          <w:smallCaps w:val="0"/>
          <w:strike w:val="0"/>
          <w:sz w:val="22"/>
          <w:u w:val="single"/>
        </w:rPr>
        <w:t>legalizing marijuana</w:t>
      </w:r>
      <w:r>
        <w:rPr>
          <w:b w:val="0"/>
          <w:i w:val="0"/>
          <w:smallCaps w:val="0"/>
          <w:strike w:val="0"/>
          <w:sz w:val="16"/>
          <w:u w:val="none"/>
        </w:rPr>
        <w:t xml:space="preserve">, according to Gallup, </w:t>
      </w:r>
      <w:r>
        <w:rPr>
          <w:b w:val="0"/>
          <w:i w:val="0"/>
          <w:smallCaps w:val="0"/>
          <w:strike w:val="0"/>
          <w:sz w:val="22"/>
          <w:u w:val="single"/>
        </w:rPr>
        <w:t xml:space="preserve">but that hasn't influenced President Joe Biden to take </w:t>
      </w:r>
      <w:r>
        <w:rPr>
          <w:b/>
          <w:i w:val="0"/>
          <w:smallCaps w:val="0"/>
          <w:strike w:val="0"/>
          <w:sz w:val="22"/>
          <w:u w:val="single"/>
        </w:rPr>
        <w:t>steps</w:t>
      </w:r>
      <w:r>
        <w:rPr>
          <w:b w:val="0"/>
          <w:i w:val="0"/>
          <w:smallCaps w:val="0"/>
          <w:strike w:val="0"/>
          <w:sz w:val="22"/>
          <w:u w:val="single"/>
        </w:rPr>
        <w:t xml:space="preserve"> toward his campaign promise to decriminalize marijuana use at the federal level.</w:t>
      </w:r>
    </w:p>
    <w:p>
      <w:pPr>
        <w:spacing w:after="60"/>
      </w:pPr>
      <w:r>
        <w:rPr>
          <w:b w:val="0"/>
          <w:i w:val="0"/>
          <w:smallCaps w:val="0"/>
          <w:strike w:val="0"/>
          <w:sz w:val="16"/>
          <w:u w:val="none"/>
        </w:rPr>
        <w:t>"</w:t>
      </w:r>
      <w:r>
        <w:rPr>
          <w:b w:val="0"/>
          <w:i w:val="0"/>
          <w:smallCaps w:val="0"/>
          <w:strike w:val="0"/>
          <w:sz w:val="22"/>
          <w:u w:val="single"/>
        </w:rPr>
        <w:t xml:space="preserve">Unfortunately, </w:t>
      </w:r>
      <w:r>
        <w:rPr>
          <w:b w:val="0"/>
          <w:i w:val="0"/>
          <w:smallCaps w:val="0"/>
          <w:strike w:val="0"/>
          <w:sz w:val="22"/>
          <w:highlight w:val="cyan"/>
          <w:u w:val="single"/>
        </w:rPr>
        <w:t>we have not seen any</w:t>
      </w:r>
      <w:r>
        <w:rPr>
          <w:b w:val="0"/>
          <w:i w:val="0"/>
          <w:smallCaps w:val="0"/>
          <w:strike w:val="0"/>
          <w:sz w:val="22"/>
          <w:u w:val="single"/>
        </w:rPr>
        <w:t xml:space="preserve"> steps or even the </w:t>
      </w:r>
      <w:r>
        <w:rPr>
          <w:b/>
          <w:i w:val="0"/>
          <w:smallCaps w:val="0"/>
          <w:strike w:val="0"/>
          <w:sz w:val="22"/>
          <w:highlight w:val="cyan"/>
          <w:u w:val="single"/>
        </w:rPr>
        <w:t>indication</w:t>
      </w:r>
      <w:r>
        <w:rPr>
          <w:b w:val="0"/>
          <w:i w:val="0"/>
          <w:smallCaps w:val="0"/>
          <w:strike w:val="0"/>
          <w:sz w:val="22"/>
          <w:highlight w:val="cyan"/>
          <w:u w:val="single"/>
        </w:rPr>
        <w:t xml:space="preserve"> of</w:t>
      </w:r>
      <w:r>
        <w:rPr>
          <w:b w:val="0"/>
          <w:i w:val="0"/>
          <w:smallCaps w:val="0"/>
          <w:strike w:val="0"/>
          <w:sz w:val="22"/>
          <w:u w:val="single"/>
        </w:rPr>
        <w:t xml:space="preserve"> serious consideration for a step in the right direction when it comes to </w:t>
      </w:r>
      <w:r>
        <w:rPr>
          <w:b/>
          <w:i w:val="0"/>
          <w:smallCaps w:val="0"/>
          <w:strike w:val="0"/>
          <w:sz w:val="22"/>
          <w:highlight w:val="cyan"/>
          <w:u w:val="single"/>
        </w:rPr>
        <w:t>marijuana</w:t>
      </w:r>
      <w:r>
        <w:rPr>
          <w:b/>
          <w:i w:val="0"/>
          <w:smallCaps w:val="0"/>
          <w:strike w:val="0"/>
          <w:sz w:val="22"/>
          <w:u w:val="single"/>
        </w:rPr>
        <w:t xml:space="preserve"> policy </w:t>
      </w:r>
      <w:r>
        <w:rPr>
          <w:b/>
          <w:i w:val="0"/>
          <w:smallCaps w:val="0"/>
          <w:strike w:val="0"/>
          <w:sz w:val="22"/>
          <w:highlight w:val="cyan"/>
          <w:u w:val="single"/>
        </w:rPr>
        <w:t>reform</w:t>
      </w:r>
      <w:r>
        <w:rPr>
          <w:b w:val="0"/>
          <w:i w:val="0"/>
          <w:smallCaps w:val="0"/>
          <w:strike w:val="0"/>
          <w:sz w:val="22"/>
          <w:highlight w:val="cyan"/>
          <w:u w:val="single"/>
        </w:rPr>
        <w:t xml:space="preserve"> and</w:t>
      </w:r>
      <w:r>
        <w:rPr>
          <w:b w:val="0"/>
          <w:i w:val="0"/>
          <w:smallCaps w:val="0"/>
          <w:strike w:val="0"/>
          <w:sz w:val="22"/>
          <w:u w:val="single"/>
        </w:rPr>
        <w:t xml:space="preserve"> the </w:t>
      </w:r>
      <w:r>
        <w:rPr>
          <w:b w:val="0"/>
          <w:i w:val="0"/>
          <w:smallCaps w:val="0"/>
          <w:strike w:val="0"/>
          <w:sz w:val="22"/>
          <w:highlight w:val="cyan"/>
          <w:u w:val="single"/>
        </w:rPr>
        <w:t>Biden</w:t>
      </w:r>
      <w:r>
        <w:rPr>
          <w:b w:val="0"/>
          <w:i w:val="0"/>
          <w:smallCaps w:val="0"/>
          <w:strike w:val="0"/>
          <w:sz w:val="22"/>
          <w:u w:val="single"/>
        </w:rPr>
        <w:t xml:space="preserve"> administration</w:t>
      </w:r>
      <w:r>
        <w:rPr>
          <w:b w:val="0"/>
          <w:i w:val="0"/>
          <w:smallCaps w:val="0"/>
          <w:strike w:val="0"/>
          <w:sz w:val="16"/>
          <w:u w:val="none"/>
        </w:rPr>
        <w:t>," said Justin Strekal, political director of the National Organization for the Reform of Marijuana Laws, which supports decriminalization.</w:t>
      </w:r>
    </w:p>
    <w:p>
      <w:pPr>
        <w:spacing w:after="60"/>
      </w:pPr>
      <w:r>
        <w:rPr>
          <w:b w:val="0"/>
          <w:i w:val="0"/>
          <w:smallCaps w:val="0"/>
          <w:strike w:val="0"/>
          <w:sz w:val="16"/>
          <w:u w:val="none"/>
        </w:rPr>
        <w:t>Drug policy experts pointed to several examples of steps the administration could take.</w:t>
      </w:r>
    </w:p>
    <w:p>
      <w:pPr>
        <w:spacing w:after="60"/>
      </w:pPr>
      <w:r>
        <w:rPr>
          <w:b w:val="0"/>
          <w:i w:val="0"/>
          <w:smallCaps w:val="0"/>
          <w:strike w:val="0"/>
          <w:sz w:val="16"/>
          <w:u w:val="none"/>
        </w:rPr>
        <w:t xml:space="preserve">Maritza Perez, a director at the Drug Policy Alliance, an organization that supports changing marijuana laws, said that Biden could order the Justice Department to deprioritize marijuana prosecutions or use his clemency power to release people serving time for federal marijuana offenses. Biden could also throw his weight behind the MORE Act, a bill that would remove marijuana from the list of scheduled substances under the Controlled Substances Act and eliminate criminal penalties for an individual who manufactures, distributes or possesses marijuana. The bill was introduced in May by Rep. Jerrold Nadler, D-N.Y., and has 101 co-sponsors. </w:t>
      </w:r>
    </w:p>
    <w:p>
      <w:pPr>
        <w:spacing w:after="60"/>
      </w:pPr>
      <w:r>
        <w:rPr>
          <w:b w:val="0"/>
          <w:i w:val="0"/>
          <w:smallCaps w:val="0"/>
          <w:strike w:val="0"/>
          <w:sz w:val="16"/>
          <w:u w:val="none"/>
        </w:rPr>
        <w:t xml:space="preserve">The MORE Act is one of several legislative proposals to decriminalize marijuana possession that haven't reached a vote. U.S. Rep. Nancy Mace, R-S.C., introduced a bill in November that would decriminalize marijuana at the federal level, allowing states more latitude to set their own laws. Mace's bill had four co-sponsors as of early January. </w:t>
      </w:r>
    </w:p>
    <w:p>
      <w:pPr>
        <w:spacing w:after="60"/>
      </w:pPr>
      <w:r>
        <w:rPr>
          <w:b w:val="0"/>
          <w:i w:val="0"/>
          <w:smallCaps w:val="0"/>
          <w:strike w:val="0"/>
          <w:sz w:val="16"/>
          <w:u w:val="none"/>
        </w:rPr>
        <w:t>Under the Controlled Substance Act, the federal government considers marijuana a Schedule 1 substance, the most serious level, "meaning that it has a high potential for abuse, no currently accepted medical use in treatment in the United States, and a lack of accepted safety for use under medical supervision," according to the U.S. Drug Enforcement Administration.</w:t>
      </w:r>
    </w:p>
    <w:p>
      <w:pPr>
        <w:spacing w:after="60"/>
      </w:pPr>
      <w:r>
        <w:rPr>
          <w:b w:val="0"/>
          <w:i w:val="0"/>
          <w:smallCaps w:val="0"/>
          <w:strike w:val="0"/>
          <w:sz w:val="16"/>
          <w:u w:val="none"/>
        </w:rPr>
        <w:t>Under federal law a person convicted of marijuana possession can face one year in jail for their first offense, and two or three years for subsequent offenses. But the majority of arrests are made by state or local law enforcement, and state penalties vary.</w:t>
      </w:r>
    </w:p>
    <w:p>
      <w:pPr>
        <w:spacing w:after="60"/>
      </w:pPr>
      <w:r>
        <w:rPr>
          <w:b w:val="0"/>
          <w:i w:val="0"/>
          <w:smallCaps w:val="0"/>
          <w:strike w:val="0"/>
          <w:sz w:val="16"/>
          <w:u w:val="none"/>
        </w:rPr>
        <w:t>Many states over the past decade have legalized marijuana for recreational or medical use. Eighteen states, two territories and the District of Columbia have legalized small amounts of marijuana for adult recreational use, according to the National Conference of State Legislatures. As of May, 36 states and four territories allow for the medical use of cannabis products.</w:t>
      </w:r>
    </w:p>
    <w:p>
      <w:pPr>
        <w:spacing w:after="60"/>
      </w:pPr>
      <w:r>
        <w:rPr>
          <w:b w:val="0"/>
          <w:i w:val="0"/>
          <w:smallCaps w:val="0"/>
          <w:strike w:val="0"/>
          <w:sz w:val="16"/>
          <w:u w:val="none"/>
        </w:rPr>
        <w:t xml:space="preserve">Andrew Sidman, chair of the political science department at John Jay College of Criminal Justice, said criminal justice reform has taken a back seat as the Biden administration focuses on other priorities including COVID-19, inflation and his Build Back Better social safety-net legislation. </w:t>
      </w:r>
    </w:p>
    <w:p>
      <w:pPr>
        <w:spacing w:after="60"/>
      </w:pPr>
      <w:r>
        <w:rPr>
          <w:b w:val="0"/>
          <w:i w:val="0"/>
          <w:smallCaps w:val="0"/>
          <w:strike w:val="0"/>
          <w:sz w:val="16"/>
          <w:u w:val="none"/>
        </w:rPr>
        <w:t xml:space="preserve">"Criminal justice reform is not a place where the president is going to try to spend political capital," Sidman said. </w:t>
      </w:r>
    </w:p>
    <w:p>
      <w:pPr>
        <w:spacing w:after="60"/>
      </w:pPr>
      <w:r>
        <w:rPr>
          <w:b w:val="0"/>
          <w:i w:val="0"/>
          <w:smallCaps w:val="0"/>
          <w:strike w:val="0"/>
          <w:sz w:val="22"/>
          <w:highlight w:val="cyan"/>
          <w:u w:val="single"/>
        </w:rPr>
        <w:t xml:space="preserve">Biden could take </w:t>
      </w:r>
      <w:r>
        <w:rPr>
          <w:b/>
          <w:i w:val="0"/>
          <w:smallCaps w:val="0"/>
          <w:strike w:val="0"/>
          <w:sz w:val="22"/>
          <w:highlight w:val="cyan"/>
          <w:u w:val="single"/>
        </w:rPr>
        <w:t>some actions</w:t>
      </w:r>
      <w:r>
        <w:rPr>
          <w:b w:val="0"/>
          <w:i w:val="0"/>
          <w:smallCaps w:val="0"/>
          <w:strike w:val="0"/>
          <w:sz w:val="22"/>
          <w:u w:val="single"/>
        </w:rPr>
        <w:t xml:space="preserve"> without legislation, such as making drug enforcement a </w:t>
      </w:r>
      <w:r>
        <w:rPr>
          <w:b/>
          <w:i w:val="0"/>
          <w:smallCaps w:val="0"/>
          <w:strike w:val="0"/>
          <w:sz w:val="22"/>
          <w:u w:val="single"/>
        </w:rPr>
        <w:t>reduced priority</w:t>
      </w:r>
      <w:r>
        <w:rPr>
          <w:b w:val="0"/>
          <w:i w:val="0"/>
          <w:smallCaps w:val="0"/>
          <w:strike w:val="0"/>
          <w:sz w:val="22"/>
          <w:u w:val="single"/>
        </w:rPr>
        <w:t xml:space="preserve">, </w:t>
      </w:r>
      <w:r>
        <w:rPr>
          <w:b w:val="0"/>
          <w:i w:val="0"/>
          <w:smallCaps w:val="0"/>
          <w:strike w:val="0"/>
          <w:sz w:val="22"/>
          <w:highlight w:val="cyan"/>
          <w:u w:val="single"/>
        </w:rPr>
        <w:t>but he has chosen</w:t>
      </w:r>
      <w:r>
        <w:rPr>
          <w:b w:val="0"/>
          <w:i w:val="0"/>
          <w:smallCaps w:val="0"/>
          <w:strike w:val="0"/>
          <w:sz w:val="22"/>
          <w:u w:val="single"/>
        </w:rPr>
        <w:t xml:space="preserve"> not </w:t>
      </w:r>
      <w:r>
        <w:rPr>
          <w:b w:val="0"/>
          <w:i w:val="0"/>
          <w:smallCaps w:val="0"/>
          <w:strike w:val="0"/>
          <w:sz w:val="22"/>
          <w:highlight w:val="cyan"/>
          <w:u w:val="single"/>
        </w:rPr>
        <w:t>to</w:t>
      </w:r>
      <w:r>
        <w:rPr>
          <w:b w:val="0"/>
          <w:i w:val="0"/>
          <w:smallCaps w:val="0"/>
          <w:strike w:val="0"/>
          <w:sz w:val="22"/>
          <w:u w:val="single"/>
        </w:rPr>
        <w:t xml:space="preserve"> take steps on his own, Sidman said. Meanwhile, </w:t>
      </w:r>
      <w:r>
        <w:rPr>
          <w:b w:val="0"/>
          <w:i w:val="0"/>
          <w:smallCaps w:val="0"/>
          <w:strike w:val="0"/>
          <w:sz w:val="22"/>
          <w:highlight w:val="cyan"/>
          <w:u w:val="single"/>
        </w:rPr>
        <w:t>given the partisan split</w:t>
      </w:r>
      <w:r>
        <w:rPr>
          <w:b w:val="0"/>
          <w:i w:val="0"/>
          <w:smallCaps w:val="0"/>
          <w:strike w:val="0"/>
          <w:sz w:val="22"/>
          <w:u w:val="single"/>
        </w:rPr>
        <w:t xml:space="preserve"> in the Senate, </w:t>
      </w:r>
      <w:r>
        <w:rPr>
          <w:b w:val="0"/>
          <w:i w:val="0"/>
          <w:smallCaps w:val="0"/>
          <w:strike w:val="0"/>
          <w:sz w:val="22"/>
          <w:highlight w:val="cyan"/>
          <w:u w:val="single"/>
        </w:rPr>
        <w:t>legislation</w:t>
      </w:r>
      <w:r>
        <w:rPr>
          <w:b w:val="0"/>
          <w:i w:val="0"/>
          <w:smallCaps w:val="0"/>
          <w:strike w:val="0"/>
          <w:sz w:val="22"/>
          <w:u w:val="single"/>
        </w:rPr>
        <w:t xml:space="preserve"> to decriminalize marijuana is </w:t>
      </w:r>
      <w:r>
        <w:rPr>
          <w:b/>
          <w:i w:val="0"/>
          <w:smallCaps w:val="0"/>
          <w:strike w:val="0"/>
          <w:sz w:val="22"/>
          <w:highlight w:val="cyan"/>
          <w:u w:val="single"/>
        </w:rPr>
        <w:t>unlikely</w:t>
      </w:r>
      <w:r>
        <w:rPr>
          <w:b w:val="0"/>
          <w:i w:val="0"/>
          <w:smallCaps w:val="0"/>
          <w:strike w:val="0"/>
          <w:sz w:val="22"/>
          <w:highlight w:val="cyan"/>
          <w:u w:val="single"/>
        </w:rPr>
        <w:t xml:space="preserve"> to move forward</w:t>
      </w:r>
      <w:r>
        <w:rPr>
          <w:b w:val="0"/>
          <w:i w:val="0"/>
          <w:smallCaps w:val="0"/>
          <w:strike w:val="0"/>
          <w:sz w:val="22"/>
          <w:u w:val="single"/>
        </w:rPr>
        <w:t xml:space="preserve">. </w:t>
      </w:r>
    </w:p>
    <w:p>
      <w:pPr>
        <w:spacing w:after="60"/>
      </w:pPr>
      <w:r>
        <w:rPr>
          <w:b w:val="0"/>
          <w:i w:val="0"/>
          <w:smallCaps w:val="0"/>
          <w:strike w:val="0"/>
          <w:sz w:val="22"/>
          <w:highlight w:val="cyan"/>
          <w:u w:val="single"/>
        </w:rPr>
        <w:t>Biden</w:t>
      </w:r>
      <w:r>
        <w:rPr>
          <w:b w:val="0"/>
          <w:i w:val="0"/>
          <w:smallCaps w:val="0"/>
          <w:strike w:val="0"/>
          <w:sz w:val="22"/>
          <w:u w:val="single"/>
        </w:rPr>
        <w:t xml:space="preserve"> still has time, but so far he </w:t>
      </w:r>
      <w:r>
        <w:rPr>
          <w:b w:val="0"/>
          <w:i w:val="0"/>
          <w:smallCaps w:val="0"/>
          <w:strike w:val="0"/>
          <w:sz w:val="22"/>
          <w:highlight w:val="cyan"/>
          <w:u w:val="single"/>
        </w:rPr>
        <w:t>hasn't taken</w:t>
      </w:r>
      <w:r>
        <w:rPr>
          <w:b w:val="0"/>
          <w:i w:val="0"/>
          <w:smallCaps w:val="0"/>
          <w:strike w:val="0"/>
          <w:sz w:val="22"/>
          <w:u w:val="single"/>
        </w:rPr>
        <w:t xml:space="preserve"> any </w:t>
      </w:r>
      <w:r>
        <w:rPr>
          <w:b w:val="0"/>
          <w:i w:val="0"/>
          <w:smallCaps w:val="0"/>
          <w:strike w:val="0"/>
          <w:sz w:val="22"/>
          <w:highlight w:val="cyan"/>
          <w:u w:val="single"/>
        </w:rPr>
        <w:t>steps to fulfill his promise</w:t>
      </w:r>
      <w:r>
        <w:rPr>
          <w:b w:val="0"/>
          <w:i w:val="0"/>
          <w:smallCaps w:val="0"/>
          <w:strike w:val="0"/>
          <w:sz w:val="22"/>
          <w:u w:val="single"/>
        </w:rPr>
        <w:t>.</w:t>
      </w:r>
      <w:r>
        <w:rPr>
          <w:b w:val="0"/>
          <w:i w:val="0"/>
          <w:smallCaps w:val="0"/>
          <w:strike w:val="0"/>
          <w:sz w:val="16"/>
          <w:u w:val="none"/>
        </w:rPr>
        <w:t xml:space="preserve"> We rate this promise Stalled. </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